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5386"/>
      </w:tblGrid>
      <w:tr w:rsidR="003477EF" w14:paraId="6F79B8D7" w14:textId="77777777">
        <w:trPr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81534" w14:textId="77777777" w:rsidR="003477EF" w:rsidRDefault="00000000">
            <w:r>
              <w:rPr>
                <w:noProof/>
              </w:rPr>
              <w:drawing>
                <wp:inline distT="0" distB="0" distL="0" distR="0" wp14:anchorId="524E953F" wp14:editId="2BC07911">
                  <wp:extent cx="929640" cy="414719"/>
                  <wp:effectExtent l="0" t="0" r="3810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0016" cy="419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229C9" w14:textId="77777777" w:rsidR="003477EF" w:rsidRPr="009D078E" w:rsidRDefault="00000000">
            <w:pPr>
              <w:spacing w:after="0" w:line="240" w:lineRule="auto"/>
              <w:jc w:val="right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9D078E">
              <w:rPr>
                <w:rFonts w:asciiTheme="majorHAnsi" w:hAnsiTheme="majorHAnsi" w:cstheme="majorHAnsi"/>
                <w:bCs/>
                <w:sz w:val="18"/>
                <w:szCs w:val="18"/>
              </w:rPr>
              <w:t>ΠΕΙΡΑΙΑΣ, ΗΜΕΡΟΜΗΝΙΑ: ____ / ____ / ______</w:t>
            </w:r>
            <w:r w:rsidRPr="009D078E">
              <w:rPr>
                <w:rFonts w:asciiTheme="majorHAnsi" w:hAnsiTheme="majorHAnsi" w:cstheme="majorHAnsi"/>
                <w:bCs/>
                <w:sz w:val="18"/>
                <w:szCs w:val="18"/>
              </w:rPr>
              <w:br/>
              <w:t>ΑΡ. ΠΡΩΤ.: __________________</w:t>
            </w:r>
            <w:r w:rsidRPr="009D078E">
              <w:rPr>
                <w:rFonts w:asciiTheme="majorHAnsi" w:hAnsiTheme="majorHAnsi" w:cstheme="majorHAnsi"/>
                <w:bCs/>
                <w:sz w:val="18"/>
                <w:szCs w:val="18"/>
              </w:rPr>
              <w:br/>
            </w:r>
          </w:p>
        </w:tc>
      </w:tr>
    </w:tbl>
    <w:p w14:paraId="2BB5127B" w14:textId="77777777" w:rsidR="009D078E" w:rsidRPr="009D078E" w:rsidRDefault="009D078E">
      <w:pPr>
        <w:spacing w:after="20" w:line="240" w:lineRule="auto"/>
        <w:jc w:val="center"/>
        <w:rPr>
          <w:rFonts w:asciiTheme="majorHAnsi" w:hAnsiTheme="majorHAnsi" w:cstheme="majorHAnsi"/>
          <w:b/>
          <w:sz w:val="28"/>
          <w:szCs w:val="28"/>
          <w:lang w:val="el-GR"/>
        </w:rPr>
      </w:pPr>
    </w:p>
    <w:tbl>
      <w:tblPr>
        <w:tblStyle w:val="afa"/>
        <w:tblW w:w="0" w:type="auto"/>
        <w:tblInd w:w="5353" w:type="dxa"/>
        <w:tblLook w:val="04A0" w:firstRow="1" w:lastRow="0" w:firstColumn="1" w:lastColumn="0" w:noHBand="0" w:noVBand="1"/>
      </w:tblPr>
      <w:tblGrid>
        <w:gridCol w:w="1134"/>
        <w:gridCol w:w="4253"/>
      </w:tblGrid>
      <w:tr w:rsidR="009D078E" w14:paraId="2A365B06" w14:textId="77777777" w:rsidTr="009D078E">
        <w:tc>
          <w:tcPr>
            <w:tcW w:w="1134" w:type="dxa"/>
          </w:tcPr>
          <w:p w14:paraId="5C92D49F" w14:textId="77777777" w:rsidR="009D078E" w:rsidRPr="009D078E" w:rsidRDefault="009D078E" w:rsidP="009D078E">
            <w:pPr>
              <w:spacing w:after="20"/>
              <w:rPr>
                <w:rFonts w:asciiTheme="majorHAnsi" w:hAnsiTheme="majorHAnsi" w:cstheme="majorHAnsi"/>
                <w:b/>
                <w:bCs/>
                <w:sz w:val="22"/>
                <w:lang w:val="el-GR"/>
              </w:rPr>
            </w:pPr>
            <w:r w:rsidRPr="009D078E">
              <w:rPr>
                <w:rFonts w:asciiTheme="majorHAnsi" w:hAnsiTheme="majorHAnsi" w:cstheme="majorHAnsi"/>
                <w:b/>
                <w:bCs/>
                <w:sz w:val="22"/>
                <w:lang w:val="el-GR"/>
              </w:rPr>
              <w:t>ΠΡΟΣ:</w:t>
            </w:r>
          </w:p>
        </w:tc>
        <w:tc>
          <w:tcPr>
            <w:tcW w:w="4253" w:type="dxa"/>
          </w:tcPr>
          <w:p w14:paraId="07F3ACBC" w14:textId="77777777" w:rsidR="009D078E" w:rsidRPr="009D078E" w:rsidRDefault="009D078E" w:rsidP="009D078E">
            <w:pPr>
              <w:spacing w:after="20"/>
              <w:rPr>
                <w:rFonts w:asciiTheme="majorHAnsi" w:hAnsiTheme="majorHAnsi" w:cstheme="majorHAnsi"/>
                <w:sz w:val="22"/>
                <w:lang w:val="el-GR"/>
              </w:rPr>
            </w:pPr>
            <w:r w:rsidRPr="009D078E">
              <w:rPr>
                <w:rFonts w:asciiTheme="majorHAnsi" w:hAnsiTheme="majorHAnsi" w:cstheme="majorHAnsi"/>
                <w:sz w:val="22"/>
                <w:lang w:val="el-GR"/>
              </w:rPr>
              <w:t>Επιστημονικό Συμβούλιο / Γραμματεία Διοικητή – Τμήμα Κλινικών Μελετών (ανά τύπο μελέτης)</w:t>
            </w:r>
          </w:p>
        </w:tc>
      </w:tr>
      <w:tr w:rsidR="009D078E" w:rsidRPr="00C85E0E" w14:paraId="6C269471" w14:textId="77777777" w:rsidTr="009D078E">
        <w:tc>
          <w:tcPr>
            <w:tcW w:w="1134" w:type="dxa"/>
          </w:tcPr>
          <w:p w14:paraId="024ECDE6" w14:textId="77777777" w:rsidR="009D078E" w:rsidRPr="009D078E" w:rsidRDefault="009D078E" w:rsidP="009D078E">
            <w:pPr>
              <w:spacing w:after="20"/>
              <w:rPr>
                <w:rFonts w:asciiTheme="majorHAnsi" w:hAnsiTheme="majorHAnsi" w:cstheme="majorHAnsi"/>
                <w:b/>
                <w:bCs/>
                <w:sz w:val="22"/>
                <w:lang w:val="el-GR"/>
              </w:rPr>
            </w:pPr>
            <w:r w:rsidRPr="009D078E">
              <w:rPr>
                <w:rFonts w:asciiTheme="majorHAnsi" w:hAnsiTheme="majorHAnsi" w:cstheme="majorHAnsi"/>
                <w:b/>
                <w:bCs/>
                <w:sz w:val="22"/>
                <w:lang w:val="el-GR"/>
              </w:rPr>
              <w:t xml:space="preserve">ΚΟΙΝ: </w:t>
            </w:r>
          </w:p>
        </w:tc>
        <w:tc>
          <w:tcPr>
            <w:tcW w:w="4253" w:type="dxa"/>
          </w:tcPr>
          <w:p w14:paraId="243DA66E" w14:textId="4CEA82B4" w:rsidR="009D078E" w:rsidRPr="009D078E" w:rsidRDefault="009D078E" w:rsidP="009D078E">
            <w:pPr>
              <w:spacing w:after="20"/>
              <w:rPr>
                <w:rFonts w:asciiTheme="majorHAnsi" w:hAnsiTheme="majorHAnsi" w:cstheme="majorHAnsi"/>
                <w:sz w:val="22"/>
                <w:lang w:val="el-GR"/>
              </w:rPr>
            </w:pPr>
            <w:r w:rsidRPr="00C85E0E">
              <w:rPr>
                <w:sz w:val="18"/>
                <w:lang w:val="el-GR"/>
              </w:rPr>
              <w:t>Αυτοτελές Τμήμα Ελέγχου Ποιότητας, Έρευνας &amp; Συνεχιζόμενης Εκπαίδευσης (</w:t>
            </w:r>
            <w:r w:rsidR="00C85E0E">
              <w:rPr>
                <w:sz w:val="18"/>
                <w:lang w:val="el-GR"/>
              </w:rPr>
              <w:t>μητρώο ερευνών</w:t>
            </w:r>
            <w:r w:rsidRPr="00C85E0E">
              <w:rPr>
                <w:sz w:val="18"/>
                <w:lang w:val="el-GR"/>
              </w:rPr>
              <w:t>)</w:t>
            </w:r>
          </w:p>
        </w:tc>
      </w:tr>
    </w:tbl>
    <w:p w14:paraId="1F1992A9" w14:textId="77777777" w:rsidR="009D078E" w:rsidRDefault="009D078E" w:rsidP="009D078E">
      <w:pPr>
        <w:spacing w:after="20" w:line="240" w:lineRule="auto"/>
        <w:ind w:left="426"/>
        <w:jc w:val="both"/>
        <w:rPr>
          <w:rFonts w:asciiTheme="majorHAnsi" w:hAnsiTheme="majorHAnsi" w:cstheme="majorHAnsi"/>
          <w:b/>
          <w:sz w:val="28"/>
          <w:szCs w:val="28"/>
          <w:lang w:val="el-GR"/>
        </w:rPr>
      </w:pPr>
    </w:p>
    <w:p w14:paraId="331C2E8B" w14:textId="77777777" w:rsidR="009D078E" w:rsidRPr="009D078E" w:rsidRDefault="009D078E" w:rsidP="009D078E">
      <w:pPr>
        <w:spacing w:after="20" w:line="240" w:lineRule="auto"/>
        <w:ind w:left="426" w:right="282"/>
        <w:jc w:val="both"/>
        <w:rPr>
          <w:rFonts w:asciiTheme="majorHAnsi" w:hAnsiTheme="majorHAnsi" w:cstheme="majorHAnsi"/>
          <w:sz w:val="24"/>
          <w:szCs w:val="24"/>
          <w:lang w:val="el-GR"/>
        </w:rPr>
      </w:pPr>
      <w:r w:rsidRPr="009D078E">
        <w:rPr>
          <w:rFonts w:asciiTheme="majorHAnsi" w:hAnsiTheme="majorHAnsi" w:cstheme="majorHAnsi"/>
          <w:b/>
          <w:sz w:val="24"/>
          <w:szCs w:val="24"/>
          <w:lang w:val="el-GR"/>
        </w:rPr>
        <w:t>ΘΕΜΑ: ΓΝΩΣΤΟΠΟΙΗΣΗ ΠΕΡΑΤΩΣΗΣ / ΟΛΟΚΛΗΡΩΣΗΣ ΚΛΙΝΙΚΗΣ ΜΕΛΕΤΗΣ / ΚΛΙΝΙΚΗΣ ΕΡΕΥΝΑΣ</w:t>
      </w:r>
    </w:p>
    <w:p w14:paraId="5B325978" w14:textId="77777777" w:rsidR="003477EF" w:rsidRPr="009D078E" w:rsidRDefault="003477EF" w:rsidP="009D078E">
      <w:pPr>
        <w:spacing w:after="0" w:line="240" w:lineRule="auto"/>
        <w:rPr>
          <w:rFonts w:asciiTheme="majorHAnsi" w:hAnsiTheme="majorHAnsi" w:cstheme="majorHAnsi"/>
          <w:sz w:val="20"/>
          <w:szCs w:val="20"/>
          <w:lang w:val="el-G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2"/>
        <w:gridCol w:w="6690"/>
      </w:tblGrid>
      <w:tr w:rsidR="003477EF" w:rsidRPr="009D078E" w14:paraId="5934F3E1" w14:textId="77777777">
        <w:trPr>
          <w:jc w:val="center"/>
        </w:trPr>
        <w:tc>
          <w:tcPr>
            <w:tcW w:w="3742" w:type="dxa"/>
            <w:shd w:val="clear" w:color="auto" w:fill="E7E6E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59F3BAB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el-GR"/>
              </w:rPr>
            </w:pPr>
            <w:r w:rsidRPr="009D078E">
              <w:rPr>
                <w:rFonts w:asciiTheme="majorHAnsi" w:hAnsiTheme="majorHAnsi" w:cstheme="majorHAnsi"/>
                <w:b/>
                <w:sz w:val="20"/>
                <w:szCs w:val="20"/>
                <w:lang w:val="el-GR"/>
              </w:rPr>
              <w:t>Αρ. πρωτ. αρχικού φακέλου</w:t>
            </w:r>
          </w:p>
        </w:tc>
        <w:tc>
          <w:tcPr>
            <w:tcW w:w="669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8C0D840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Theme="majorHAnsi" w:hAnsiTheme="majorHAnsi" w:cstheme="majorHAnsi"/>
                <w:sz w:val="20"/>
                <w:szCs w:val="20"/>
              </w:rPr>
              <w:t>______________________________</w:t>
            </w:r>
          </w:p>
        </w:tc>
      </w:tr>
      <w:tr w:rsidR="003477EF" w:rsidRPr="009D078E" w14:paraId="0802719C" w14:textId="77777777">
        <w:trPr>
          <w:jc w:val="center"/>
        </w:trPr>
        <w:tc>
          <w:tcPr>
            <w:tcW w:w="3742" w:type="dxa"/>
            <w:shd w:val="clear" w:color="auto" w:fill="E7E6E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F7CD667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Theme="majorHAnsi" w:hAnsiTheme="majorHAnsi" w:cstheme="majorHAnsi"/>
                <w:b/>
                <w:sz w:val="20"/>
                <w:szCs w:val="20"/>
              </w:rPr>
              <w:t>Τίτλος μελέτης / κλινικής έρευνας</w:t>
            </w:r>
          </w:p>
        </w:tc>
        <w:tc>
          <w:tcPr>
            <w:tcW w:w="669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33A1B30" w14:textId="77777777" w:rsidR="003477EF" w:rsidRDefault="003477EF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el-GR"/>
              </w:rPr>
            </w:pPr>
          </w:p>
          <w:p w14:paraId="7731DE3F" w14:textId="77777777" w:rsidR="009D078E" w:rsidRDefault="009D078E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el-GR"/>
              </w:rPr>
            </w:pPr>
          </w:p>
          <w:p w14:paraId="4F28009C" w14:textId="77777777" w:rsidR="009D078E" w:rsidRDefault="009D078E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el-GR"/>
              </w:rPr>
            </w:pPr>
          </w:p>
          <w:p w14:paraId="4CAC45E6" w14:textId="77777777" w:rsidR="009D078E" w:rsidRPr="009D078E" w:rsidRDefault="009D078E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el-GR"/>
              </w:rPr>
            </w:pPr>
          </w:p>
        </w:tc>
      </w:tr>
      <w:tr w:rsidR="003477EF" w:rsidRPr="009D078E" w14:paraId="4DDAA8BC" w14:textId="77777777">
        <w:trPr>
          <w:jc w:val="center"/>
        </w:trPr>
        <w:tc>
          <w:tcPr>
            <w:tcW w:w="3742" w:type="dxa"/>
            <w:shd w:val="clear" w:color="auto" w:fill="E7E6E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0CD141C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el-GR"/>
              </w:rPr>
            </w:pPr>
            <w:r w:rsidRPr="009D078E">
              <w:rPr>
                <w:rFonts w:asciiTheme="majorHAnsi" w:hAnsiTheme="majorHAnsi" w:cstheme="majorHAnsi"/>
                <w:b/>
                <w:sz w:val="20"/>
                <w:szCs w:val="20"/>
                <w:lang w:val="el-GR"/>
              </w:rPr>
              <w:t xml:space="preserve">Κωδικός πρωτοκόλλου / </w:t>
            </w:r>
            <w:r w:rsidRPr="009D078E">
              <w:rPr>
                <w:rFonts w:asciiTheme="majorHAnsi" w:hAnsiTheme="majorHAnsi" w:cstheme="majorHAnsi"/>
                <w:b/>
                <w:sz w:val="20"/>
                <w:szCs w:val="20"/>
              </w:rPr>
              <w:t>EU</w:t>
            </w:r>
            <w:r w:rsidRPr="009D078E">
              <w:rPr>
                <w:rFonts w:asciiTheme="majorHAnsi" w:hAnsiTheme="majorHAnsi" w:cstheme="majorHAnsi"/>
                <w:b/>
                <w:sz w:val="20"/>
                <w:szCs w:val="20"/>
                <w:lang w:val="el-GR"/>
              </w:rPr>
              <w:t xml:space="preserve"> </w:t>
            </w:r>
            <w:r w:rsidRPr="009D078E">
              <w:rPr>
                <w:rFonts w:asciiTheme="majorHAnsi" w:hAnsiTheme="majorHAnsi" w:cstheme="majorHAnsi"/>
                <w:b/>
                <w:sz w:val="20"/>
                <w:szCs w:val="20"/>
              </w:rPr>
              <w:t>CT</w:t>
            </w:r>
            <w:r w:rsidRPr="009D078E">
              <w:rPr>
                <w:rFonts w:asciiTheme="majorHAnsi" w:hAnsiTheme="majorHAnsi" w:cstheme="majorHAnsi"/>
                <w:b/>
                <w:sz w:val="20"/>
                <w:szCs w:val="20"/>
                <w:lang w:val="el-GR"/>
              </w:rPr>
              <w:t xml:space="preserve"> / άλλος κωδικός</w:t>
            </w:r>
          </w:p>
        </w:tc>
        <w:tc>
          <w:tcPr>
            <w:tcW w:w="669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68956FB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Theme="majorHAnsi" w:hAnsiTheme="majorHAnsi" w:cstheme="majorHAnsi"/>
                <w:sz w:val="20"/>
                <w:szCs w:val="20"/>
              </w:rPr>
              <w:t>______________________________</w:t>
            </w:r>
          </w:p>
        </w:tc>
      </w:tr>
      <w:tr w:rsidR="003477EF" w:rsidRPr="009D078E" w14:paraId="17EE1377" w14:textId="77777777">
        <w:trPr>
          <w:jc w:val="center"/>
        </w:trPr>
        <w:tc>
          <w:tcPr>
            <w:tcW w:w="3742" w:type="dxa"/>
            <w:shd w:val="clear" w:color="auto" w:fill="E7E6E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8880E0F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Theme="majorHAnsi" w:hAnsiTheme="majorHAnsi" w:cstheme="majorHAnsi"/>
                <w:b/>
                <w:sz w:val="20"/>
                <w:szCs w:val="20"/>
              </w:rPr>
              <w:t>Κύριος Ερευνητής - Κλινική / Τμήμα</w:t>
            </w:r>
          </w:p>
        </w:tc>
        <w:tc>
          <w:tcPr>
            <w:tcW w:w="669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6904683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Theme="majorHAnsi" w:hAnsiTheme="majorHAnsi" w:cstheme="majorHAnsi"/>
                <w:sz w:val="20"/>
                <w:szCs w:val="20"/>
              </w:rPr>
              <w:t>______________________________________________</w:t>
            </w:r>
          </w:p>
        </w:tc>
      </w:tr>
      <w:tr w:rsidR="003477EF" w:rsidRPr="009D078E" w14:paraId="74167C7F" w14:textId="77777777">
        <w:trPr>
          <w:jc w:val="center"/>
        </w:trPr>
        <w:tc>
          <w:tcPr>
            <w:tcW w:w="3742" w:type="dxa"/>
            <w:shd w:val="clear" w:color="auto" w:fill="E7E6E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36D8A15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el-GR"/>
              </w:rPr>
            </w:pPr>
            <w:r w:rsidRPr="009D078E">
              <w:rPr>
                <w:rFonts w:asciiTheme="majorHAnsi" w:hAnsiTheme="majorHAnsi" w:cstheme="majorHAnsi"/>
                <w:b/>
                <w:sz w:val="20"/>
                <w:szCs w:val="20"/>
                <w:lang w:val="el-GR"/>
              </w:rPr>
              <w:t xml:space="preserve">Χορηγός / </w:t>
            </w:r>
            <w:r w:rsidRPr="009D078E">
              <w:rPr>
                <w:rFonts w:asciiTheme="majorHAnsi" w:hAnsiTheme="majorHAnsi" w:cstheme="majorHAnsi"/>
                <w:b/>
                <w:sz w:val="20"/>
                <w:szCs w:val="20"/>
              </w:rPr>
              <w:t>CRO</w:t>
            </w:r>
            <w:r w:rsidRPr="009D078E">
              <w:rPr>
                <w:rFonts w:asciiTheme="majorHAnsi" w:hAnsiTheme="majorHAnsi" w:cstheme="majorHAnsi"/>
                <w:b/>
                <w:sz w:val="20"/>
                <w:szCs w:val="20"/>
                <w:lang w:val="el-GR"/>
              </w:rPr>
              <w:t xml:space="preserve"> ή εκπρόσωπος, όπου υπάρχει</w:t>
            </w:r>
          </w:p>
        </w:tc>
        <w:tc>
          <w:tcPr>
            <w:tcW w:w="669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C5716E7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Theme="majorHAnsi" w:hAnsiTheme="majorHAnsi" w:cstheme="majorHAnsi"/>
                <w:sz w:val="20"/>
                <w:szCs w:val="20"/>
              </w:rPr>
              <w:t>______________________________________________</w:t>
            </w:r>
          </w:p>
        </w:tc>
      </w:tr>
    </w:tbl>
    <w:p w14:paraId="1DB31983" w14:textId="77777777" w:rsidR="009D078E" w:rsidRDefault="009D078E" w:rsidP="009D078E">
      <w:pPr>
        <w:spacing w:after="0" w:line="240" w:lineRule="auto"/>
        <w:ind w:left="284" w:hanging="142"/>
        <w:rPr>
          <w:rFonts w:asciiTheme="majorHAnsi" w:hAnsiTheme="majorHAnsi" w:cstheme="majorHAnsi"/>
          <w:b/>
          <w:sz w:val="20"/>
          <w:szCs w:val="20"/>
          <w:lang w:val="el-GR"/>
        </w:rPr>
      </w:pPr>
    </w:p>
    <w:p w14:paraId="7AE6765A" w14:textId="77777777" w:rsidR="003477EF" w:rsidRPr="009D078E" w:rsidRDefault="00000000" w:rsidP="009D078E">
      <w:pPr>
        <w:spacing w:before="43" w:after="29" w:line="240" w:lineRule="auto"/>
        <w:ind w:left="284" w:hanging="142"/>
        <w:rPr>
          <w:rFonts w:asciiTheme="majorHAnsi" w:hAnsiTheme="majorHAnsi" w:cstheme="majorHAnsi"/>
          <w:sz w:val="20"/>
          <w:szCs w:val="20"/>
        </w:rPr>
      </w:pPr>
      <w:r w:rsidRPr="009D078E">
        <w:rPr>
          <w:rFonts w:asciiTheme="majorHAnsi" w:hAnsiTheme="majorHAnsi" w:cstheme="majorHAnsi"/>
          <w:b/>
          <w:sz w:val="20"/>
          <w:szCs w:val="20"/>
        </w:rPr>
        <w:t>ΤΥΠΟΣ ΜΕΛΕΤΗΣ / ΕΡΕΥΝΑΣ</w:t>
      </w:r>
    </w:p>
    <w:p w14:paraId="76574AA3" w14:textId="77777777" w:rsidR="003477EF" w:rsidRPr="009D078E" w:rsidRDefault="00000000" w:rsidP="009D078E">
      <w:pPr>
        <w:spacing w:after="0" w:line="240" w:lineRule="auto"/>
        <w:ind w:left="284" w:hanging="142"/>
        <w:rPr>
          <w:rFonts w:asciiTheme="majorHAnsi" w:hAnsiTheme="majorHAnsi" w:cstheme="majorHAnsi"/>
          <w:sz w:val="20"/>
          <w:szCs w:val="20"/>
          <w:lang w:val="el-GR"/>
        </w:rPr>
      </w:pPr>
      <w:r w:rsidRPr="009D078E">
        <w:rPr>
          <w:rFonts w:ascii="Segoe UI Symbol" w:hAnsi="Segoe UI Symbol" w:cs="Segoe UI Symbol"/>
          <w:sz w:val="20"/>
          <w:szCs w:val="20"/>
          <w:lang w:val="el-GR"/>
        </w:rPr>
        <w:t>☐</w:t>
      </w:r>
      <w:r w:rsidRPr="009D078E">
        <w:rPr>
          <w:rFonts w:asciiTheme="majorHAnsi" w:hAnsiTheme="majorHAnsi" w:cstheme="majorHAnsi"/>
          <w:sz w:val="20"/>
          <w:szCs w:val="20"/>
          <w:lang w:val="el-GR"/>
        </w:rPr>
        <w:t xml:space="preserve"> Κλινική δοκιμή με φάρμακο   </w:t>
      </w:r>
      <w:r w:rsidRPr="009D078E">
        <w:rPr>
          <w:rFonts w:ascii="Segoe UI Symbol" w:hAnsi="Segoe UI Symbol" w:cs="Segoe UI Symbol"/>
          <w:sz w:val="20"/>
          <w:szCs w:val="20"/>
          <w:lang w:val="el-GR"/>
        </w:rPr>
        <w:t>☐</w:t>
      </w:r>
      <w:r w:rsidRPr="009D078E">
        <w:rPr>
          <w:rFonts w:asciiTheme="majorHAnsi" w:hAnsiTheme="majorHAnsi" w:cstheme="majorHAnsi"/>
          <w:sz w:val="20"/>
          <w:szCs w:val="20"/>
          <w:lang w:val="el-GR"/>
        </w:rPr>
        <w:t xml:space="preserve"> </w:t>
      </w:r>
      <w:r w:rsidRPr="009D078E">
        <w:rPr>
          <w:rFonts w:ascii="Calibri" w:hAnsi="Calibri" w:cs="Calibri"/>
          <w:sz w:val="20"/>
          <w:szCs w:val="20"/>
          <w:lang w:val="el-GR"/>
        </w:rPr>
        <w:t>Μη</w:t>
      </w:r>
      <w:r w:rsidRPr="009D078E">
        <w:rPr>
          <w:rFonts w:asciiTheme="majorHAnsi" w:hAnsiTheme="majorHAnsi" w:cstheme="majorHAnsi"/>
          <w:sz w:val="20"/>
          <w:szCs w:val="20"/>
          <w:lang w:val="el-GR"/>
        </w:rPr>
        <w:t xml:space="preserve"> </w:t>
      </w:r>
      <w:r w:rsidRPr="009D078E">
        <w:rPr>
          <w:rFonts w:ascii="Calibri" w:hAnsi="Calibri" w:cs="Calibri"/>
          <w:sz w:val="20"/>
          <w:szCs w:val="20"/>
          <w:lang w:val="el-GR"/>
        </w:rPr>
        <w:t>παρεμβατική</w:t>
      </w:r>
      <w:r w:rsidRPr="009D078E">
        <w:rPr>
          <w:rFonts w:asciiTheme="majorHAnsi" w:hAnsiTheme="majorHAnsi" w:cstheme="majorHAnsi"/>
          <w:sz w:val="20"/>
          <w:szCs w:val="20"/>
          <w:lang w:val="el-GR"/>
        </w:rPr>
        <w:t xml:space="preserve"> </w:t>
      </w:r>
      <w:r w:rsidRPr="009D078E">
        <w:rPr>
          <w:rFonts w:ascii="Calibri" w:hAnsi="Calibri" w:cs="Calibri"/>
          <w:sz w:val="20"/>
          <w:szCs w:val="20"/>
          <w:lang w:val="el-GR"/>
        </w:rPr>
        <w:t>μελέτη</w:t>
      </w:r>
      <w:r w:rsidRPr="009D078E">
        <w:rPr>
          <w:rFonts w:asciiTheme="majorHAnsi" w:hAnsiTheme="majorHAnsi" w:cstheme="majorHAnsi"/>
          <w:sz w:val="20"/>
          <w:szCs w:val="20"/>
          <w:lang w:val="el-GR"/>
        </w:rPr>
        <w:t xml:space="preserve"> </w:t>
      </w:r>
      <w:r w:rsidRPr="009D078E">
        <w:rPr>
          <w:rFonts w:ascii="Calibri" w:hAnsi="Calibri" w:cs="Calibri"/>
          <w:sz w:val="20"/>
          <w:szCs w:val="20"/>
          <w:lang w:val="el-GR"/>
        </w:rPr>
        <w:t>με</w:t>
      </w:r>
      <w:r w:rsidRPr="009D078E">
        <w:rPr>
          <w:rFonts w:asciiTheme="majorHAnsi" w:hAnsiTheme="majorHAnsi" w:cstheme="majorHAnsi"/>
          <w:sz w:val="20"/>
          <w:szCs w:val="20"/>
          <w:lang w:val="el-GR"/>
        </w:rPr>
        <w:t xml:space="preserve"> </w:t>
      </w:r>
      <w:r w:rsidRPr="009D078E">
        <w:rPr>
          <w:rFonts w:ascii="Calibri" w:hAnsi="Calibri" w:cs="Calibri"/>
          <w:sz w:val="20"/>
          <w:szCs w:val="20"/>
          <w:lang w:val="el-GR"/>
        </w:rPr>
        <w:t>φάρμακο</w:t>
      </w:r>
      <w:r w:rsidRPr="009D078E">
        <w:rPr>
          <w:rFonts w:asciiTheme="majorHAnsi" w:hAnsiTheme="majorHAnsi" w:cstheme="majorHAnsi"/>
          <w:sz w:val="20"/>
          <w:szCs w:val="20"/>
          <w:lang w:val="el-GR"/>
        </w:rPr>
        <w:t xml:space="preserve">   </w:t>
      </w:r>
      <w:r w:rsidRPr="009D078E">
        <w:rPr>
          <w:rFonts w:ascii="Segoe UI Symbol" w:hAnsi="Segoe UI Symbol" w:cs="Segoe UI Symbol"/>
          <w:sz w:val="20"/>
          <w:szCs w:val="20"/>
          <w:lang w:val="el-GR"/>
        </w:rPr>
        <w:t>☐</w:t>
      </w:r>
      <w:r w:rsidRPr="009D078E">
        <w:rPr>
          <w:rFonts w:asciiTheme="majorHAnsi" w:hAnsiTheme="majorHAnsi" w:cstheme="majorHAnsi"/>
          <w:sz w:val="20"/>
          <w:szCs w:val="20"/>
          <w:lang w:val="el-GR"/>
        </w:rPr>
        <w:t xml:space="preserve"> </w:t>
      </w:r>
      <w:r w:rsidRPr="009D078E">
        <w:rPr>
          <w:rFonts w:asciiTheme="majorHAnsi" w:hAnsiTheme="majorHAnsi" w:cstheme="majorHAnsi"/>
          <w:sz w:val="20"/>
          <w:szCs w:val="20"/>
        </w:rPr>
        <w:t>PASS</w:t>
      </w:r>
      <w:r w:rsidRPr="009D078E">
        <w:rPr>
          <w:rFonts w:asciiTheme="majorHAnsi" w:hAnsiTheme="majorHAnsi" w:cstheme="majorHAnsi"/>
          <w:sz w:val="20"/>
          <w:szCs w:val="20"/>
          <w:lang w:val="el-GR"/>
        </w:rPr>
        <w:t xml:space="preserve"> / </w:t>
      </w:r>
      <w:r w:rsidRPr="009D078E">
        <w:rPr>
          <w:rFonts w:asciiTheme="majorHAnsi" w:hAnsiTheme="majorHAnsi" w:cstheme="majorHAnsi"/>
          <w:sz w:val="20"/>
          <w:szCs w:val="20"/>
        </w:rPr>
        <w:t>PAES</w:t>
      </w:r>
    </w:p>
    <w:p w14:paraId="0DD73772" w14:textId="77777777" w:rsidR="003477EF" w:rsidRPr="009D078E" w:rsidRDefault="00000000" w:rsidP="009D078E">
      <w:pPr>
        <w:spacing w:after="0" w:line="240" w:lineRule="auto"/>
        <w:ind w:left="284" w:hanging="142"/>
        <w:rPr>
          <w:rFonts w:asciiTheme="majorHAnsi" w:hAnsiTheme="majorHAnsi" w:cstheme="majorHAnsi"/>
          <w:sz w:val="20"/>
          <w:szCs w:val="20"/>
          <w:lang w:val="el-GR"/>
        </w:rPr>
      </w:pPr>
      <w:r w:rsidRPr="009D078E">
        <w:rPr>
          <w:rFonts w:ascii="Segoe UI Symbol" w:hAnsi="Segoe UI Symbol" w:cs="Segoe UI Symbol"/>
          <w:sz w:val="20"/>
          <w:szCs w:val="20"/>
          <w:lang w:val="el-GR"/>
        </w:rPr>
        <w:t>☐</w:t>
      </w:r>
      <w:r w:rsidRPr="009D078E">
        <w:rPr>
          <w:rFonts w:asciiTheme="majorHAnsi" w:hAnsiTheme="majorHAnsi" w:cstheme="majorHAnsi"/>
          <w:sz w:val="20"/>
          <w:szCs w:val="20"/>
          <w:lang w:val="el-GR"/>
        </w:rPr>
        <w:t xml:space="preserve"> Ιατροτεχνολογικό / </w:t>
      </w:r>
      <w:r w:rsidRPr="009D078E">
        <w:rPr>
          <w:rFonts w:asciiTheme="majorHAnsi" w:hAnsiTheme="majorHAnsi" w:cstheme="majorHAnsi"/>
          <w:sz w:val="20"/>
          <w:szCs w:val="20"/>
        </w:rPr>
        <w:t>IVD</w:t>
      </w:r>
      <w:r w:rsidRPr="009D078E">
        <w:rPr>
          <w:rFonts w:asciiTheme="majorHAnsi" w:hAnsiTheme="majorHAnsi" w:cstheme="majorHAnsi"/>
          <w:sz w:val="20"/>
          <w:szCs w:val="20"/>
          <w:lang w:val="el-GR"/>
        </w:rPr>
        <w:t xml:space="preserve"> - εκτός προβλεπόμενης χρήσης   </w:t>
      </w:r>
      <w:r w:rsidRPr="009D078E">
        <w:rPr>
          <w:rFonts w:ascii="Segoe UI Symbol" w:hAnsi="Segoe UI Symbol" w:cs="Segoe UI Symbol"/>
          <w:sz w:val="20"/>
          <w:szCs w:val="20"/>
          <w:lang w:val="el-GR"/>
        </w:rPr>
        <w:t>☐</w:t>
      </w:r>
      <w:r w:rsidRPr="009D078E">
        <w:rPr>
          <w:rFonts w:asciiTheme="majorHAnsi" w:hAnsiTheme="majorHAnsi" w:cstheme="majorHAnsi"/>
          <w:sz w:val="20"/>
          <w:szCs w:val="20"/>
          <w:lang w:val="el-GR"/>
        </w:rPr>
        <w:t xml:space="preserve"> </w:t>
      </w:r>
      <w:r w:rsidRPr="009D078E">
        <w:rPr>
          <w:rFonts w:ascii="Calibri" w:hAnsi="Calibri" w:cs="Calibri"/>
          <w:sz w:val="20"/>
          <w:szCs w:val="20"/>
          <w:lang w:val="el-GR"/>
        </w:rPr>
        <w:t>Ιατροτεχνολογικό</w:t>
      </w:r>
      <w:r w:rsidRPr="009D078E">
        <w:rPr>
          <w:rFonts w:asciiTheme="majorHAnsi" w:hAnsiTheme="majorHAnsi" w:cstheme="majorHAnsi"/>
          <w:sz w:val="20"/>
          <w:szCs w:val="20"/>
          <w:lang w:val="el-GR"/>
        </w:rPr>
        <w:t xml:space="preserve"> / </w:t>
      </w:r>
      <w:r w:rsidRPr="009D078E">
        <w:rPr>
          <w:rFonts w:asciiTheme="majorHAnsi" w:hAnsiTheme="majorHAnsi" w:cstheme="majorHAnsi"/>
          <w:sz w:val="20"/>
          <w:szCs w:val="20"/>
        </w:rPr>
        <w:t>IVD</w:t>
      </w:r>
      <w:r w:rsidRPr="009D078E">
        <w:rPr>
          <w:rFonts w:asciiTheme="majorHAnsi" w:hAnsiTheme="majorHAnsi" w:cstheme="majorHAnsi"/>
          <w:sz w:val="20"/>
          <w:szCs w:val="20"/>
          <w:lang w:val="el-GR"/>
        </w:rPr>
        <w:t xml:space="preserve"> - εντός προβλεπόμενης χρήσης</w:t>
      </w:r>
    </w:p>
    <w:p w14:paraId="1476B701" w14:textId="77777777" w:rsidR="009D078E" w:rsidRDefault="009D078E" w:rsidP="009D078E">
      <w:pPr>
        <w:spacing w:after="0" w:line="240" w:lineRule="auto"/>
        <w:ind w:left="142"/>
        <w:rPr>
          <w:rFonts w:asciiTheme="majorHAnsi" w:hAnsiTheme="majorHAnsi" w:cstheme="majorHAnsi"/>
          <w:b/>
          <w:sz w:val="20"/>
          <w:szCs w:val="20"/>
          <w:lang w:val="el-GR"/>
        </w:rPr>
      </w:pPr>
    </w:p>
    <w:p w14:paraId="295769BF" w14:textId="77777777" w:rsidR="003477EF" w:rsidRPr="009D078E" w:rsidRDefault="00000000" w:rsidP="009D078E">
      <w:pPr>
        <w:spacing w:before="43" w:after="29" w:line="240" w:lineRule="auto"/>
        <w:ind w:left="142"/>
        <w:rPr>
          <w:rFonts w:asciiTheme="majorHAnsi" w:hAnsiTheme="majorHAnsi" w:cstheme="majorHAnsi"/>
          <w:sz w:val="20"/>
          <w:szCs w:val="20"/>
        </w:rPr>
      </w:pPr>
      <w:r w:rsidRPr="009D078E">
        <w:rPr>
          <w:rFonts w:asciiTheme="majorHAnsi" w:hAnsiTheme="majorHAnsi" w:cstheme="majorHAnsi"/>
          <w:b/>
          <w:sz w:val="20"/>
          <w:szCs w:val="20"/>
        </w:rPr>
        <w:t>ΣΤΟΙΧΕΙΑ ΠΕΡΑΤΩΣΗΣ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6463"/>
      </w:tblGrid>
      <w:tr w:rsidR="003477EF" w:rsidRPr="009D078E" w14:paraId="788A445E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98089B3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Theme="majorHAnsi" w:hAnsiTheme="majorHAnsi" w:cstheme="majorHAnsi"/>
                <w:b/>
                <w:sz w:val="20"/>
                <w:szCs w:val="20"/>
              </w:rPr>
              <w:t>Ημερομηνία έναρξης / ημερομηνία περάτωσης</w:t>
            </w:r>
          </w:p>
        </w:tc>
        <w:tc>
          <w:tcPr>
            <w:tcW w:w="646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2F4C2D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Theme="majorHAnsi" w:hAnsiTheme="majorHAnsi" w:cstheme="majorHAnsi"/>
                <w:sz w:val="20"/>
                <w:szCs w:val="20"/>
              </w:rPr>
              <w:t>____/____/______   /   ____/____/______</w:t>
            </w:r>
          </w:p>
        </w:tc>
      </w:tr>
      <w:tr w:rsidR="003477EF" w:rsidRPr="00C85E0E" w14:paraId="4B738BA1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B6DCB3F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Theme="majorHAnsi" w:hAnsiTheme="majorHAnsi" w:cstheme="majorHAnsi"/>
                <w:b/>
                <w:sz w:val="20"/>
                <w:szCs w:val="20"/>
              </w:rPr>
              <w:t>Τελική κατάσταση</w:t>
            </w:r>
          </w:p>
        </w:tc>
        <w:tc>
          <w:tcPr>
            <w:tcW w:w="646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1B2EE3" w14:textId="77777777" w:rsid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el-GR"/>
              </w:rPr>
            </w:pPr>
            <w:r w:rsidRPr="009D078E">
              <w:rPr>
                <w:rFonts w:ascii="Segoe UI Symbol" w:hAnsi="Segoe UI Symbol" w:cs="Segoe UI Symbol"/>
                <w:sz w:val="20"/>
                <w:szCs w:val="20"/>
                <w:lang w:val="el-GR"/>
              </w:rPr>
              <w:t>☐ Ολοκλήρωση κατά πρωτόκολλο   ☐ Πρόωρη διακοπή / λήξη</w:t>
            </w:r>
            <w:r w:rsidRPr="009D078E">
              <w:rPr>
                <w:rFonts w:ascii="Segoe UI Symbol" w:hAnsi="Segoe UI Symbol" w:cs="Segoe UI Symbol"/>
                <w:sz w:val="20"/>
                <w:szCs w:val="20"/>
                <w:lang w:val="el-GR"/>
              </w:rPr>
              <w:br/>
              <w:t>☐ Άλλο: __________________</w:t>
            </w:r>
          </w:p>
          <w:p w14:paraId="23E2B62C" w14:textId="77777777" w:rsidR="003477EF" w:rsidRPr="009D078E" w:rsidRDefault="003477EF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el-GR"/>
              </w:rPr>
            </w:pPr>
          </w:p>
        </w:tc>
      </w:tr>
      <w:tr w:rsidR="003477EF" w:rsidRPr="009D078E" w14:paraId="4E03575E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C06A91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el-GR"/>
              </w:rPr>
            </w:pPr>
            <w:r w:rsidRPr="009D078E">
              <w:rPr>
                <w:rFonts w:asciiTheme="majorHAnsi" w:hAnsiTheme="majorHAnsi" w:cstheme="majorHAnsi"/>
                <w:b/>
                <w:sz w:val="20"/>
                <w:szCs w:val="20"/>
                <w:lang w:val="el-GR"/>
              </w:rPr>
              <w:t>Τελικός αριθμός ενταγμένων συμμετεχόντων / ασθενών</w:t>
            </w:r>
          </w:p>
        </w:tc>
        <w:tc>
          <w:tcPr>
            <w:tcW w:w="646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2C516AA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Theme="majorHAnsi" w:hAnsiTheme="majorHAnsi" w:cstheme="majorHAnsi"/>
                <w:sz w:val="20"/>
                <w:szCs w:val="20"/>
              </w:rPr>
              <w:t>____________</w:t>
            </w:r>
          </w:p>
        </w:tc>
      </w:tr>
      <w:tr w:rsidR="003477EF" w:rsidRPr="009D078E" w14:paraId="5F0C7B5A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13B824B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el-GR"/>
              </w:rPr>
            </w:pPr>
            <w:r w:rsidRPr="009D078E">
              <w:rPr>
                <w:rFonts w:asciiTheme="majorHAnsi" w:hAnsiTheme="majorHAnsi" w:cstheme="majorHAnsi"/>
                <w:b/>
                <w:sz w:val="20"/>
                <w:szCs w:val="20"/>
                <w:lang w:val="el-GR"/>
              </w:rPr>
              <w:t>Τελικός αριθμός που ολοκλήρωσαν, όπου εφαρμόζεται</w:t>
            </w:r>
          </w:p>
        </w:tc>
        <w:tc>
          <w:tcPr>
            <w:tcW w:w="646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026C96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Theme="majorHAnsi" w:hAnsiTheme="majorHAnsi" w:cstheme="majorHAnsi"/>
                <w:sz w:val="20"/>
                <w:szCs w:val="20"/>
              </w:rPr>
              <w:t>____________</w:t>
            </w:r>
          </w:p>
        </w:tc>
      </w:tr>
    </w:tbl>
    <w:p w14:paraId="7CE502C2" w14:textId="77777777" w:rsidR="009D078E" w:rsidRDefault="009D078E" w:rsidP="009D078E">
      <w:pPr>
        <w:spacing w:after="0" w:line="240" w:lineRule="auto"/>
        <w:ind w:left="142"/>
        <w:rPr>
          <w:rFonts w:asciiTheme="majorHAnsi" w:hAnsiTheme="majorHAnsi" w:cstheme="majorHAnsi"/>
          <w:b/>
          <w:sz w:val="20"/>
          <w:szCs w:val="20"/>
          <w:lang w:val="el-GR"/>
        </w:rPr>
      </w:pPr>
    </w:p>
    <w:p w14:paraId="78A7CF39" w14:textId="77777777" w:rsidR="003477EF" w:rsidRPr="009D078E" w:rsidRDefault="00000000" w:rsidP="009D078E">
      <w:pPr>
        <w:spacing w:before="43" w:after="29" w:line="240" w:lineRule="auto"/>
        <w:ind w:left="142"/>
        <w:rPr>
          <w:rFonts w:asciiTheme="majorHAnsi" w:hAnsiTheme="majorHAnsi" w:cstheme="majorHAnsi"/>
          <w:sz w:val="20"/>
          <w:szCs w:val="20"/>
        </w:rPr>
      </w:pPr>
      <w:r w:rsidRPr="009D078E">
        <w:rPr>
          <w:rFonts w:asciiTheme="majorHAnsi" w:hAnsiTheme="majorHAnsi" w:cstheme="majorHAnsi"/>
          <w:b/>
          <w:sz w:val="20"/>
          <w:szCs w:val="20"/>
        </w:rPr>
        <w:t>ΕΛΕΓΧΟΣ ΔΙΟΙΚΗΤΙΚΗΣ ΠΕΡΑΤΩΣΗΣ</w:t>
      </w:r>
    </w:p>
    <w:tbl>
      <w:tblPr>
        <w:tblW w:w="10579" w:type="dxa"/>
        <w:jc w:val="center"/>
        <w:tblLayout w:type="fixed"/>
        <w:tblLook w:val="04A0" w:firstRow="1" w:lastRow="0" w:firstColumn="1" w:lastColumn="0" w:noHBand="0" w:noVBand="1"/>
      </w:tblPr>
      <w:tblGrid>
        <w:gridCol w:w="6043"/>
        <w:gridCol w:w="1701"/>
        <w:gridCol w:w="1155"/>
        <w:gridCol w:w="1680"/>
      </w:tblGrid>
      <w:tr w:rsidR="003477EF" w:rsidRPr="009D078E" w14:paraId="3ECA447C" w14:textId="77777777" w:rsidTr="009D078E">
        <w:trPr>
          <w:trHeight w:val="231"/>
          <w:jc w:val="center"/>
        </w:trPr>
        <w:tc>
          <w:tcPr>
            <w:tcW w:w="6043" w:type="dxa"/>
            <w:shd w:val="clear" w:color="auto" w:fill="D9E2F3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8C5BC8F" w14:textId="77777777" w:rsidR="003477EF" w:rsidRPr="009D078E" w:rsidRDefault="00000000" w:rsidP="009D078E">
            <w:pPr>
              <w:spacing w:after="0" w:line="240" w:lineRule="auto"/>
              <w:ind w:left="134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Theme="majorHAnsi" w:hAnsiTheme="majorHAnsi" w:cstheme="majorHAnsi"/>
                <w:b/>
                <w:sz w:val="20"/>
                <w:szCs w:val="20"/>
              </w:rPr>
              <w:t>Στοιχείο</w:t>
            </w:r>
          </w:p>
        </w:tc>
        <w:tc>
          <w:tcPr>
            <w:tcW w:w="1701" w:type="dxa"/>
            <w:shd w:val="clear" w:color="auto" w:fill="D9E2F3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4DFA7B8" w14:textId="77777777" w:rsidR="003477EF" w:rsidRPr="009D078E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Theme="majorHAnsi" w:hAnsiTheme="majorHAnsi" w:cstheme="majorHAnsi"/>
                <w:b/>
                <w:sz w:val="20"/>
                <w:szCs w:val="20"/>
              </w:rPr>
              <w:t>ΝΑΙ</w:t>
            </w:r>
          </w:p>
        </w:tc>
        <w:tc>
          <w:tcPr>
            <w:tcW w:w="1155" w:type="dxa"/>
            <w:shd w:val="clear" w:color="auto" w:fill="D9E2F3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3321BA8" w14:textId="77777777" w:rsidR="003477EF" w:rsidRPr="009D078E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Theme="majorHAnsi" w:hAnsiTheme="majorHAnsi" w:cstheme="majorHAnsi"/>
                <w:b/>
                <w:sz w:val="20"/>
                <w:szCs w:val="20"/>
              </w:rPr>
              <w:t>ΟΧΙ</w:t>
            </w:r>
          </w:p>
        </w:tc>
        <w:tc>
          <w:tcPr>
            <w:tcW w:w="1680" w:type="dxa"/>
            <w:shd w:val="clear" w:color="auto" w:fill="D9E2F3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45BBF65" w14:textId="77777777" w:rsidR="003477EF" w:rsidRPr="009D078E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Theme="majorHAnsi" w:hAnsiTheme="majorHAnsi" w:cstheme="majorHAnsi"/>
                <w:b/>
                <w:sz w:val="20"/>
                <w:szCs w:val="20"/>
              </w:rPr>
              <w:t>Δ/Ε</w:t>
            </w:r>
          </w:p>
        </w:tc>
      </w:tr>
      <w:tr w:rsidR="003477EF" w:rsidRPr="009D078E" w14:paraId="5C457CBA" w14:textId="77777777" w:rsidTr="009D078E">
        <w:trPr>
          <w:trHeight w:val="380"/>
          <w:jc w:val="center"/>
        </w:trPr>
        <w:tc>
          <w:tcPr>
            <w:tcW w:w="604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0B21BC4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el-GR"/>
              </w:rPr>
            </w:pPr>
            <w:r w:rsidRPr="009D078E">
              <w:rPr>
                <w:rFonts w:asciiTheme="majorHAnsi" w:hAnsiTheme="majorHAnsi" w:cstheme="majorHAnsi"/>
                <w:sz w:val="20"/>
                <w:szCs w:val="20"/>
                <w:lang w:val="el-GR"/>
              </w:rPr>
              <w:t>Προβλεπόμενη γνωστοποίηση περάτωσης προς αρμόδια αρχή/σύστημα, όπου εφαρμόζεται.</w:t>
            </w:r>
          </w:p>
        </w:tc>
        <w:tc>
          <w:tcPr>
            <w:tcW w:w="1701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BE01C6B" w14:textId="77777777" w:rsidR="003477EF" w:rsidRPr="009D078E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5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FAF3C91" w14:textId="77777777" w:rsidR="003477EF" w:rsidRPr="009D078E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68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0B35EB7" w14:textId="77777777" w:rsidR="003477EF" w:rsidRPr="009D078E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3477EF" w:rsidRPr="009D078E" w14:paraId="2664B16E" w14:textId="77777777" w:rsidTr="009D078E">
        <w:trPr>
          <w:trHeight w:val="497"/>
          <w:jc w:val="center"/>
        </w:trPr>
        <w:tc>
          <w:tcPr>
            <w:tcW w:w="604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0CEDB23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el-GR"/>
              </w:rPr>
            </w:pPr>
            <w:r w:rsidRPr="009D078E">
              <w:rPr>
                <w:rFonts w:asciiTheme="majorHAnsi" w:hAnsiTheme="majorHAnsi" w:cstheme="majorHAnsi"/>
                <w:sz w:val="20"/>
                <w:szCs w:val="20"/>
                <w:lang w:val="el-GR"/>
              </w:rPr>
              <w:t>Απολογιστικά οικονομικά στοιχεία στο κέντρο διεξαγωγής και στον αρμόδιο φορέα οικονομικής διαχείρισης, όπου εφαρμόζεται.</w:t>
            </w:r>
          </w:p>
        </w:tc>
        <w:tc>
          <w:tcPr>
            <w:tcW w:w="1701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AB9B950" w14:textId="77777777" w:rsidR="003477EF" w:rsidRPr="009D078E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5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207059B" w14:textId="77777777" w:rsidR="003477EF" w:rsidRPr="009D078E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68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26EF973" w14:textId="77777777" w:rsidR="003477EF" w:rsidRPr="009D078E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3477EF" w:rsidRPr="009D078E" w14:paraId="192C8A30" w14:textId="77777777" w:rsidTr="009D078E">
        <w:trPr>
          <w:trHeight w:val="380"/>
          <w:jc w:val="center"/>
        </w:trPr>
        <w:tc>
          <w:tcPr>
            <w:tcW w:w="604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FF79E27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el-GR"/>
              </w:rPr>
            </w:pPr>
            <w:r w:rsidRPr="009D078E">
              <w:rPr>
                <w:rFonts w:asciiTheme="majorHAnsi" w:hAnsiTheme="majorHAnsi" w:cstheme="majorHAnsi"/>
                <w:sz w:val="20"/>
                <w:szCs w:val="20"/>
                <w:lang w:val="el-GR"/>
              </w:rPr>
              <w:t>Τελική οικονομική εκκαθάριση σύμφωνα με τη σύμβαση, όπου εφαρμόζεται.</w:t>
            </w:r>
          </w:p>
        </w:tc>
        <w:tc>
          <w:tcPr>
            <w:tcW w:w="1701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97B2C29" w14:textId="77777777" w:rsidR="003477EF" w:rsidRPr="009D078E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5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55A139C" w14:textId="77777777" w:rsidR="003477EF" w:rsidRPr="009D078E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68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BAF2508" w14:textId="77777777" w:rsidR="003477EF" w:rsidRPr="009D078E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3477EF" w:rsidRPr="009D078E" w14:paraId="410610C3" w14:textId="77777777" w:rsidTr="009D078E">
        <w:trPr>
          <w:trHeight w:val="365"/>
          <w:jc w:val="center"/>
        </w:trPr>
        <w:tc>
          <w:tcPr>
            <w:tcW w:w="604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CBE0497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el-GR"/>
              </w:rPr>
            </w:pPr>
            <w:r w:rsidRPr="009D078E">
              <w:rPr>
                <w:rFonts w:asciiTheme="majorHAnsi" w:hAnsiTheme="majorHAnsi" w:cstheme="majorHAnsi"/>
                <w:sz w:val="20"/>
                <w:szCs w:val="20"/>
                <w:lang w:val="el-GR"/>
              </w:rPr>
              <w:t>Επιστροφή / διάθεση υλικών ή εξοπλισμού σύμφωνα με τη σύμβαση και τις οδηγίες του Χορηγού, όπου εφαρμόζεται.</w:t>
            </w:r>
          </w:p>
        </w:tc>
        <w:tc>
          <w:tcPr>
            <w:tcW w:w="1701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0C2F4B1" w14:textId="77777777" w:rsidR="003477EF" w:rsidRPr="009D078E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5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231E9FD" w14:textId="77777777" w:rsidR="003477EF" w:rsidRPr="009D078E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68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FEA77E2" w14:textId="77777777" w:rsidR="003477EF" w:rsidRPr="009D078E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3477EF" w:rsidRPr="009D078E" w14:paraId="4E10DEE1" w14:textId="77777777" w:rsidTr="009D078E">
        <w:trPr>
          <w:trHeight w:val="365"/>
          <w:jc w:val="center"/>
        </w:trPr>
        <w:tc>
          <w:tcPr>
            <w:tcW w:w="604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0BDE5C1" w14:textId="77777777" w:rsidR="003477EF" w:rsidRPr="009D078E" w:rsidRDefault="00000000">
            <w:pP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  <w:lang w:val="el-GR"/>
              </w:rPr>
            </w:pPr>
            <w:r w:rsidRPr="00C85E0E">
              <w:rPr>
                <w:lang w:val="el-GR"/>
              </w:rPr>
              <w:t xml:space="preserve">Επιβεβαίωση Χορηγού / </w:t>
            </w:r>
            <w:r>
              <w:t>CRO</w:t>
            </w:r>
            <w:r w:rsidRPr="00C85E0E">
              <w:rPr>
                <w:lang w:val="el-GR"/>
              </w:rPr>
              <w:t xml:space="preserve"> για ολοκλήρωση ή πρόωρη λήξη στο κέντρο, όπου εφαρμόζεται.</w:t>
            </w:r>
          </w:p>
        </w:tc>
        <w:tc>
          <w:tcPr>
            <w:tcW w:w="1701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023D995" w14:textId="77777777" w:rsidR="003477EF" w:rsidRPr="009D078E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55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A5EF302" w14:textId="77777777" w:rsidR="003477EF" w:rsidRPr="009D078E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68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79D7150" w14:textId="77777777" w:rsidR="003477EF" w:rsidRPr="009D078E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D078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p w14:paraId="78434F40" w14:textId="77777777" w:rsidR="003477EF" w:rsidRPr="009D078E" w:rsidRDefault="009D078E">
      <w:pPr>
        <w:spacing w:before="40" w:after="0" w:line="240" w:lineRule="auto"/>
        <w:rPr>
          <w:rFonts w:asciiTheme="majorHAnsi" w:hAnsiTheme="majorHAnsi" w:cstheme="majorHAnsi"/>
          <w:sz w:val="20"/>
          <w:szCs w:val="20"/>
          <w:lang w:val="el-GR"/>
        </w:rPr>
      </w:pPr>
      <w:r>
        <w:rPr>
          <w:rFonts w:asciiTheme="majorHAnsi" w:hAnsiTheme="majorHAnsi" w:cstheme="majorHAnsi"/>
          <w:b/>
          <w:sz w:val="20"/>
          <w:szCs w:val="20"/>
          <w:lang w:val="el-GR"/>
        </w:rPr>
        <w:t xml:space="preserve">  </w:t>
      </w:r>
      <w:r w:rsidRPr="009D078E">
        <w:rPr>
          <w:rFonts w:asciiTheme="majorHAnsi" w:hAnsiTheme="majorHAnsi" w:cstheme="majorHAnsi"/>
          <w:b/>
          <w:sz w:val="20"/>
          <w:szCs w:val="20"/>
          <w:lang w:val="el-GR"/>
        </w:rPr>
        <w:t xml:space="preserve">Παρατηρήσεις / λόγος πρόωρης διακοπής: </w:t>
      </w:r>
      <w:r w:rsidRPr="009D078E">
        <w:rPr>
          <w:rFonts w:asciiTheme="majorHAnsi" w:hAnsiTheme="majorHAnsi" w:cstheme="majorHAnsi"/>
          <w:sz w:val="20"/>
          <w:szCs w:val="20"/>
          <w:lang w:val="el-GR"/>
        </w:rPr>
        <w:t>____________________________________________________________</w:t>
      </w:r>
    </w:p>
    <w:p w14:paraId="49445192" w14:textId="77777777" w:rsidR="009D078E" w:rsidRPr="009D078E" w:rsidRDefault="009D078E">
      <w:pPr>
        <w:spacing w:after="0" w:line="240" w:lineRule="auto"/>
        <w:rPr>
          <w:rFonts w:asciiTheme="majorHAnsi" w:hAnsiTheme="majorHAnsi" w:cstheme="majorHAnsi"/>
          <w:b/>
          <w:sz w:val="20"/>
          <w:szCs w:val="20"/>
          <w:lang w:val="el-GR"/>
        </w:rPr>
      </w:pPr>
    </w:p>
    <w:p w14:paraId="5CFA29AD" w14:textId="77777777" w:rsidR="00D96AB0" w:rsidRPr="00C85E0E" w:rsidRDefault="00000000">
      <w:pPr>
        <w:spacing w:before="20" w:after="0"/>
        <w:rPr>
          <w:lang w:val="el-GR"/>
        </w:rPr>
      </w:pPr>
      <w:r w:rsidRPr="00C85E0E">
        <w:rPr>
          <w:b/>
          <w:sz w:val="18"/>
          <w:lang w:val="el-GR"/>
        </w:rPr>
        <w:t xml:space="preserve">Υποβάλλων: Κύριος Ερευνητής / Χορηγός / </w:t>
      </w:r>
      <w:r>
        <w:rPr>
          <w:b/>
          <w:sz w:val="18"/>
        </w:rPr>
        <w:t>CRO</w:t>
      </w:r>
      <w:r w:rsidRPr="00C85E0E">
        <w:rPr>
          <w:b/>
          <w:sz w:val="18"/>
          <w:lang w:val="el-GR"/>
        </w:rPr>
        <w:t xml:space="preserve"> / Εξουσιοδοτημένος Εκπρόσωπος</w:t>
      </w:r>
    </w:p>
    <w:p w14:paraId="041DB14F" w14:textId="77777777" w:rsidR="00D96AB0" w:rsidRDefault="00000000">
      <w:pPr>
        <w:spacing w:before="20" w:after="0"/>
      </w:pPr>
      <w:r>
        <w:rPr>
          <w:sz w:val="18"/>
        </w:rPr>
        <w:t>Ονοματεπώνυμο - Ιδιότητα - Υπογραφή: ________________________________________________</w:t>
      </w:r>
    </w:p>
    <w:p w14:paraId="0227E6EA" w14:textId="77777777" w:rsidR="009D078E" w:rsidRDefault="009D078E">
      <w:pPr>
        <w:spacing w:after="0" w:line="240" w:lineRule="auto"/>
        <w:rPr>
          <w:b/>
          <w:sz w:val="17"/>
          <w:lang w:val="el-GR"/>
        </w:rPr>
      </w:pPr>
    </w:p>
    <w:p w14:paraId="4FD24FDC" w14:textId="77777777" w:rsidR="009D078E" w:rsidRDefault="009D078E">
      <w:pPr>
        <w:spacing w:after="0" w:line="240" w:lineRule="auto"/>
        <w:rPr>
          <w:b/>
          <w:sz w:val="15"/>
          <w:lang w:val="el-GR"/>
        </w:rPr>
      </w:pPr>
    </w:p>
    <w:sectPr w:rsidR="009D078E" w:rsidSect="00034616">
      <w:footerReference w:type="default" r:id="rId9"/>
      <w:pgSz w:w="11906" w:h="16838"/>
      <w:pgMar w:top="369" w:right="567" w:bottom="36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EA547" w14:textId="77777777" w:rsidR="006B2C5F" w:rsidRDefault="006B2C5F" w:rsidP="009D078E">
      <w:pPr>
        <w:spacing w:after="0" w:line="240" w:lineRule="auto"/>
      </w:pPr>
      <w:r>
        <w:separator/>
      </w:r>
    </w:p>
  </w:endnote>
  <w:endnote w:type="continuationSeparator" w:id="0">
    <w:p w14:paraId="13F9B570" w14:textId="77777777" w:rsidR="006B2C5F" w:rsidRDefault="006B2C5F" w:rsidP="009D0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BBBC" w14:textId="77777777" w:rsidR="009D078E" w:rsidRPr="009D078E" w:rsidRDefault="009D078E" w:rsidP="009D078E">
    <w:pPr>
      <w:spacing w:before="40" w:after="0" w:line="240" w:lineRule="auto"/>
      <w:rPr>
        <w:lang w:val="el-GR"/>
      </w:rPr>
    </w:pPr>
    <w:r w:rsidRPr="009D078E">
      <w:rPr>
        <w:b/>
        <w:sz w:val="15"/>
        <w:lang w:val="el-GR"/>
      </w:rPr>
      <w:t xml:space="preserve">Σημείωση: </w:t>
    </w:r>
    <w:r w:rsidRPr="009D078E">
      <w:rPr>
        <w:sz w:val="15"/>
        <w:lang w:val="el-GR"/>
      </w:rPr>
      <w:t xml:space="preserve">Το έντυπο δεν υποκαθιστά υποχρεώσεις γνωστοποίησης προς ΕΟΦ, </w:t>
    </w:r>
    <w:r>
      <w:rPr>
        <w:sz w:val="15"/>
      </w:rPr>
      <w:t>CTIS</w:t>
    </w:r>
    <w:r w:rsidRPr="009D078E">
      <w:rPr>
        <w:sz w:val="15"/>
        <w:lang w:val="el-GR"/>
      </w:rPr>
      <w:t>, ΕΕΔ ή άλλη αρμόδια αρχή. Για κλινικές δοκιμές με φάρμακο, πριν από την τελική καταβολή ο Χορηγός υποβάλλει στο κέντρο διεξαγωγής και στον αρμόδιο φορέα οικονομικής διαχείρισης ενημέρωση περάτωσης και απολογιστικά οικονομικά στοιχεία.</w:t>
    </w:r>
  </w:p>
  <w:p w14:paraId="45B0CEEC" w14:textId="77777777" w:rsidR="009D078E" w:rsidRPr="009D078E" w:rsidRDefault="009D078E" w:rsidP="009D078E">
    <w:pPr>
      <w:spacing w:after="0" w:line="240" w:lineRule="auto"/>
      <w:rPr>
        <w:lang w:val="el-GR"/>
      </w:rPr>
    </w:pPr>
    <w:r w:rsidRPr="009D078E">
      <w:rPr>
        <w:sz w:val="15"/>
        <w:lang w:val="el-GR"/>
      </w:rPr>
      <w:t>Νομοθετική βάση: ΚΥΑ Δ3(α) 52922/2025, ΦΕΚ Β΄ 230/22.01.2026, όπως διορθώθηκε με ΦΕΚ Β΄ 1315/11.03.2026.</w:t>
    </w:r>
  </w:p>
  <w:p w14:paraId="2AFF1358" w14:textId="77777777" w:rsidR="009D078E" w:rsidRPr="009D078E" w:rsidRDefault="009D078E">
    <w:pPr>
      <w:pStyle w:val="a6"/>
      <w:jc w:val="right"/>
      <w:rPr>
        <w:lang w:val="el-GR"/>
      </w:rPr>
    </w:pPr>
    <w:r>
      <w:rPr>
        <w:b/>
        <w:sz w:val="16"/>
      </w:rPr>
      <w:t>Κωδικός ΜΕΤΑΞΑ: Ε.ΚΜ3-1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7CD76" w14:textId="77777777" w:rsidR="006B2C5F" w:rsidRDefault="006B2C5F" w:rsidP="009D078E">
      <w:pPr>
        <w:spacing w:after="0" w:line="240" w:lineRule="auto"/>
      </w:pPr>
      <w:r>
        <w:separator/>
      </w:r>
    </w:p>
  </w:footnote>
  <w:footnote w:type="continuationSeparator" w:id="0">
    <w:p w14:paraId="076256E0" w14:textId="77777777" w:rsidR="006B2C5F" w:rsidRDefault="006B2C5F" w:rsidP="009D07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6146335">
    <w:abstractNumId w:val="8"/>
  </w:num>
  <w:num w:numId="2" w16cid:durableId="1421221728">
    <w:abstractNumId w:val="6"/>
  </w:num>
  <w:num w:numId="3" w16cid:durableId="1726221575">
    <w:abstractNumId w:val="5"/>
  </w:num>
  <w:num w:numId="4" w16cid:durableId="2036736953">
    <w:abstractNumId w:val="4"/>
  </w:num>
  <w:num w:numId="5" w16cid:durableId="2031058924">
    <w:abstractNumId w:val="7"/>
  </w:num>
  <w:num w:numId="6" w16cid:durableId="1077366470">
    <w:abstractNumId w:val="3"/>
  </w:num>
  <w:num w:numId="7" w16cid:durableId="614600154">
    <w:abstractNumId w:val="2"/>
  </w:num>
  <w:num w:numId="8" w16cid:durableId="554659318">
    <w:abstractNumId w:val="1"/>
  </w:num>
  <w:num w:numId="9" w16cid:durableId="1220283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080"/>
    <w:rsid w:val="00034616"/>
    <w:rsid w:val="0006063C"/>
    <w:rsid w:val="0015074B"/>
    <w:rsid w:val="0029639D"/>
    <w:rsid w:val="00326F90"/>
    <w:rsid w:val="003477EF"/>
    <w:rsid w:val="004836C6"/>
    <w:rsid w:val="006B2C5F"/>
    <w:rsid w:val="006E1BC3"/>
    <w:rsid w:val="009D078E"/>
    <w:rsid w:val="00A97E87"/>
    <w:rsid w:val="00AA1D8D"/>
    <w:rsid w:val="00B47730"/>
    <w:rsid w:val="00C85E0E"/>
    <w:rsid w:val="00CB0664"/>
    <w:rsid w:val="00D96A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455020"/>
  <w14:defaultImageDpi w14:val="300"/>
  <w15:docId w15:val="{83D0939D-BA1D-47F7-99BF-426EF2625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312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Ελένη Πέτρακα</cp:lastModifiedBy>
  <cp:revision>4</cp:revision>
  <dcterms:created xsi:type="dcterms:W3CDTF">2026-10-05T12:31:00Z</dcterms:created>
  <dcterms:modified xsi:type="dcterms:W3CDTF">2026-10-05T12:31:00Z</dcterms:modified>
  <cp:category/>
</cp:coreProperties>
</file>