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6"/>
        <w:gridCol w:w="5216"/>
      </w:tblGrid>
      <w:tr w:rsidR="00C20F46" w14:paraId="18325846" w14:textId="77777777">
        <w:trPr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098E2" w14:textId="77777777" w:rsidR="00C20F46" w:rsidRDefault="00000000">
            <w:r>
              <w:rPr>
                <w:noProof/>
              </w:rPr>
              <w:drawing>
                <wp:inline distT="0" distB="0" distL="0" distR="0" wp14:anchorId="39CA0F61" wp14:editId="068FCEC7">
                  <wp:extent cx="1120140" cy="499703"/>
                  <wp:effectExtent l="0" t="0" r="381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18" cy="5042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2D25F291" w14:textId="77777777" w:rsidR="00C20F46" w:rsidRDefault="00000000">
            <w:pPr>
              <w:jc w:val="right"/>
            </w:pPr>
            <w:r>
              <w:rPr>
                <w:sz w:val="20"/>
              </w:rPr>
              <w:t>Ημερομηνία: ____ / ____ / ______</w:t>
            </w:r>
          </w:p>
          <w:p w14:paraId="23D75DB3" w14:textId="77777777" w:rsidR="00C20F46" w:rsidRDefault="00000000">
            <w:pPr>
              <w:jc w:val="right"/>
            </w:pPr>
            <w:r>
              <w:rPr>
                <w:sz w:val="20"/>
              </w:rPr>
              <w:t>Αρ. Πρωτ. Νοσοκομείου: __________________</w:t>
            </w:r>
          </w:p>
        </w:tc>
      </w:tr>
    </w:tbl>
    <w:p w14:paraId="5E712A67" w14:textId="77777777" w:rsidR="00C20F46" w:rsidRDefault="00000000">
      <w:pPr>
        <w:jc w:val="center"/>
      </w:pPr>
      <w:r>
        <w:rPr>
          <w:b/>
          <w:sz w:val="28"/>
        </w:rPr>
        <w:t>ΓΝΩΣΤΟΠΟΙΗΣΗ / ΑΙΤΗΜΑ ΤΡΟΠΟΠΟΙΗΣΗΣ ΚΛΙΝΙΚΗΣ ΜΕΛΕΤΗΣ</w:t>
      </w:r>
    </w:p>
    <w:p w14:paraId="36749B5E" w14:textId="77777777" w:rsidR="00C20F46" w:rsidRDefault="00000000">
      <w:pPr>
        <w:jc w:val="center"/>
        <w:rPr>
          <w:b/>
          <w:color w:val="1F4E79"/>
          <w:sz w:val="24"/>
          <w:lang w:val="el-GR"/>
        </w:rPr>
      </w:pPr>
      <w:r w:rsidRPr="00C04DD3">
        <w:rPr>
          <w:b/>
          <w:color w:val="1F4E79"/>
          <w:sz w:val="24"/>
          <w:lang w:val="el-GR"/>
        </w:rPr>
        <w:t xml:space="preserve">ΙΑΤΡΟΤΕΧΝΟΛΟΓΙΚΟ ΠΡΟΪΟΝ / </w:t>
      </w:r>
      <w:r>
        <w:rPr>
          <w:b/>
          <w:color w:val="1F4E79"/>
          <w:sz w:val="24"/>
        </w:rPr>
        <w:t>IVD</w:t>
      </w:r>
      <w:r w:rsidRPr="00C04DD3">
        <w:rPr>
          <w:b/>
          <w:color w:val="1F4E79"/>
          <w:sz w:val="24"/>
          <w:lang w:val="el-GR"/>
        </w:rPr>
        <w:t xml:space="preserve"> - ΕΚΤΟΣ ΠΡΟΒΛΕΠΟΜΕΝΗΣ ΧΡΗΣΗΣ</w:t>
      </w:r>
    </w:p>
    <w:p w14:paraId="2E345D69" w14:textId="77777777" w:rsidR="00B423E4" w:rsidRPr="00C04DD3" w:rsidRDefault="00B423E4">
      <w:pPr>
        <w:jc w:val="center"/>
        <w:rPr>
          <w:lang w:val="el-GR"/>
        </w:rPr>
      </w:pPr>
    </w:p>
    <w:tbl>
      <w:tblPr>
        <w:tblW w:w="0" w:type="auto"/>
        <w:tblInd w:w="5637" w:type="dxa"/>
        <w:tblLayout w:type="fixed"/>
        <w:tblLook w:val="04A0" w:firstRow="1" w:lastRow="0" w:firstColumn="1" w:lastColumn="0" w:noHBand="0" w:noVBand="1"/>
      </w:tblPr>
      <w:tblGrid>
        <w:gridCol w:w="850"/>
        <w:gridCol w:w="3969"/>
      </w:tblGrid>
      <w:tr w:rsidR="00C20F46" w14:paraId="17BCDF7D" w14:textId="77777777" w:rsidTr="00C04DD3">
        <w:tc>
          <w:tcPr>
            <w:tcW w:w="850" w:type="dxa"/>
            <w:tcBorders>
              <w:top w:val="single" w:sz="4" w:space="0" w:color="D9E5F2"/>
              <w:left w:val="single" w:sz="4" w:space="0" w:color="D9E5F2"/>
              <w:bottom w:val="single" w:sz="4" w:space="0" w:color="D9E5F2"/>
              <w:right w:val="single" w:sz="4" w:space="0" w:color="D9E5F2"/>
            </w:tcBorders>
            <w:shd w:val="clear" w:color="auto" w:fill="F5F9FC"/>
            <w:vAlign w:val="center"/>
          </w:tcPr>
          <w:p w14:paraId="327938D8" w14:textId="77777777" w:rsidR="00C20F46" w:rsidRDefault="00000000">
            <w:r>
              <w:rPr>
                <w:b/>
                <w:sz w:val="22"/>
              </w:rPr>
              <w:t>ΠΡΟΣ:</w:t>
            </w:r>
          </w:p>
        </w:tc>
        <w:tc>
          <w:tcPr>
            <w:tcW w:w="3969" w:type="dxa"/>
            <w:tcBorders>
              <w:top w:val="single" w:sz="4" w:space="0" w:color="D9E5F2"/>
              <w:left w:val="single" w:sz="4" w:space="0" w:color="D9E5F2"/>
              <w:bottom w:val="single" w:sz="4" w:space="0" w:color="D9E5F2"/>
              <w:right w:val="single" w:sz="4" w:space="0" w:color="D9E5F2"/>
            </w:tcBorders>
            <w:vAlign w:val="center"/>
          </w:tcPr>
          <w:p w14:paraId="6F868C2F" w14:textId="0516F86C" w:rsidR="00C20F46" w:rsidRPr="00B423E4" w:rsidRDefault="00B423E4">
            <w:pPr>
              <w:rPr>
                <w:lang w:val="el-GR"/>
              </w:rPr>
            </w:pPr>
            <w:r>
              <w:rPr>
                <w:sz w:val="22"/>
                <w:lang w:val="el-GR"/>
              </w:rPr>
              <w:t>Γραμματεία Διοικητή – Τμήμα Κλινικών Μελετών</w:t>
            </w:r>
          </w:p>
        </w:tc>
      </w:tr>
    </w:tbl>
    <w:p w14:paraId="08EF827E" w14:textId="77777777" w:rsidR="00C20F46" w:rsidRPr="00C04DD3" w:rsidRDefault="00C20F46">
      <w:pPr>
        <w:rPr>
          <w:lang w:val="el-GR"/>
        </w:rPr>
      </w:pPr>
    </w:p>
    <w:tbl>
      <w:tblPr>
        <w:tblStyle w:val="af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917"/>
      </w:tblGrid>
      <w:tr w:rsidR="00C20F46" w:rsidRPr="00C04DD3" w14:paraId="17048F62" w14:textId="77777777">
        <w:trPr>
          <w:jc w:val="center"/>
        </w:trPr>
        <w:tc>
          <w:tcPr>
            <w:tcW w:w="3402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6DDED5" w14:textId="77777777" w:rsidR="00C20F46" w:rsidRPr="00C04DD3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Theme="majorHAnsi" w:hAnsiTheme="majorHAnsi" w:cstheme="majorHAnsi"/>
                <w:b/>
                <w:sz w:val="22"/>
              </w:rPr>
              <w:t>Αρχικός Αρ. Πρωτ. Νοσοκομείου</w:t>
            </w:r>
          </w:p>
        </w:tc>
        <w:tc>
          <w:tcPr>
            <w:tcW w:w="6917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D0A8105" w14:textId="77777777" w:rsidR="00C20F46" w:rsidRPr="00C04DD3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Theme="majorHAnsi" w:hAnsiTheme="majorHAnsi" w:cstheme="majorHAnsi"/>
                <w:sz w:val="22"/>
              </w:rPr>
              <w:t>______________________________________________</w:t>
            </w:r>
          </w:p>
        </w:tc>
      </w:tr>
      <w:tr w:rsidR="00C20F46" w:rsidRPr="00C04DD3" w14:paraId="211499B0" w14:textId="77777777">
        <w:trPr>
          <w:jc w:val="center"/>
        </w:trPr>
        <w:tc>
          <w:tcPr>
            <w:tcW w:w="3402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FD721A" w14:textId="77777777" w:rsidR="00C20F46" w:rsidRPr="00C04DD3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Theme="majorHAnsi" w:hAnsiTheme="majorHAnsi" w:cstheme="majorHAnsi"/>
                <w:b/>
                <w:sz w:val="22"/>
              </w:rPr>
              <w:t>Τίτλος μελέτης</w:t>
            </w:r>
          </w:p>
        </w:tc>
        <w:tc>
          <w:tcPr>
            <w:tcW w:w="6917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B858D0C" w14:textId="77777777" w:rsidR="00C20F46" w:rsidRPr="00C04DD3" w:rsidRDefault="00C20F46">
            <w:pPr>
              <w:rPr>
                <w:rFonts w:asciiTheme="majorHAnsi" w:hAnsiTheme="majorHAnsi" w:cstheme="majorHAnsi"/>
                <w:sz w:val="22"/>
              </w:rPr>
            </w:pPr>
          </w:p>
          <w:p w14:paraId="676F11B3" w14:textId="77777777" w:rsidR="00C04DD3" w:rsidRPr="00C04DD3" w:rsidRDefault="00C04DD3">
            <w:pPr>
              <w:rPr>
                <w:rFonts w:asciiTheme="majorHAnsi" w:hAnsiTheme="majorHAnsi" w:cstheme="majorHAnsi"/>
                <w:sz w:val="22"/>
              </w:rPr>
            </w:pPr>
          </w:p>
          <w:p w14:paraId="4298B789" w14:textId="77777777" w:rsidR="00C04DD3" w:rsidRPr="00C04DD3" w:rsidRDefault="00C04DD3">
            <w:pPr>
              <w:rPr>
                <w:rFonts w:asciiTheme="majorHAnsi" w:hAnsiTheme="majorHAnsi" w:cstheme="majorHAnsi"/>
                <w:sz w:val="22"/>
              </w:rPr>
            </w:pPr>
          </w:p>
          <w:p w14:paraId="2A0F1E92" w14:textId="208F62B7" w:rsidR="00C04DD3" w:rsidRPr="00C04DD3" w:rsidRDefault="00C04DD3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C20F46" w:rsidRPr="00C04DD3" w14:paraId="02191488" w14:textId="77777777">
        <w:trPr>
          <w:jc w:val="center"/>
        </w:trPr>
        <w:tc>
          <w:tcPr>
            <w:tcW w:w="3402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E58B5D4" w14:textId="77777777" w:rsidR="00C20F46" w:rsidRPr="00C04DD3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Theme="majorHAnsi" w:hAnsiTheme="majorHAnsi" w:cstheme="majorHAnsi"/>
                <w:b/>
                <w:sz w:val="22"/>
              </w:rPr>
              <w:t>Κωδικός πρωτοκόλλου / έκδοση</w:t>
            </w:r>
          </w:p>
        </w:tc>
        <w:tc>
          <w:tcPr>
            <w:tcW w:w="6917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C444508" w14:textId="77777777" w:rsidR="00C20F46" w:rsidRPr="00C04DD3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Theme="majorHAnsi" w:hAnsiTheme="majorHAnsi" w:cstheme="majorHAnsi"/>
                <w:sz w:val="22"/>
              </w:rPr>
              <w:t>______________________________________________</w:t>
            </w:r>
          </w:p>
        </w:tc>
      </w:tr>
      <w:tr w:rsidR="00C20F46" w:rsidRPr="00C04DD3" w14:paraId="62AA9664" w14:textId="77777777">
        <w:trPr>
          <w:jc w:val="center"/>
        </w:trPr>
        <w:tc>
          <w:tcPr>
            <w:tcW w:w="3402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73569F8" w14:textId="77777777" w:rsidR="00C20F46" w:rsidRPr="00C04DD3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Theme="majorHAnsi" w:hAnsiTheme="majorHAnsi" w:cstheme="majorHAnsi"/>
                <w:b/>
                <w:sz w:val="22"/>
              </w:rPr>
              <w:t>Κύριος Ερευνητής</w:t>
            </w:r>
          </w:p>
        </w:tc>
        <w:tc>
          <w:tcPr>
            <w:tcW w:w="6917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72F0A49" w14:textId="77777777" w:rsidR="00C20F46" w:rsidRPr="00C04DD3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Theme="majorHAnsi" w:hAnsiTheme="majorHAnsi" w:cstheme="majorHAnsi"/>
                <w:sz w:val="22"/>
              </w:rPr>
              <w:t>______________________________________________</w:t>
            </w:r>
          </w:p>
        </w:tc>
      </w:tr>
      <w:tr w:rsidR="00C20F46" w:rsidRPr="00C04DD3" w14:paraId="4238FB26" w14:textId="77777777">
        <w:trPr>
          <w:jc w:val="center"/>
        </w:trPr>
        <w:tc>
          <w:tcPr>
            <w:tcW w:w="3402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5586E8B" w14:textId="77777777" w:rsidR="00C20F46" w:rsidRPr="00C04DD3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Theme="majorHAnsi" w:hAnsiTheme="majorHAnsi" w:cstheme="majorHAnsi"/>
                <w:b/>
                <w:sz w:val="22"/>
              </w:rPr>
              <w:t>Χορηγός / CRO</w:t>
            </w:r>
          </w:p>
        </w:tc>
        <w:tc>
          <w:tcPr>
            <w:tcW w:w="6917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C9599C5" w14:textId="77777777" w:rsidR="00C20F46" w:rsidRPr="00C04DD3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Theme="majorHAnsi" w:hAnsiTheme="majorHAnsi" w:cstheme="majorHAnsi"/>
                <w:sz w:val="22"/>
              </w:rPr>
              <w:t>______________________________________________</w:t>
            </w:r>
          </w:p>
        </w:tc>
      </w:tr>
    </w:tbl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10318"/>
      </w:tblGrid>
      <w:tr w:rsidR="00C20F46" w:rsidRPr="00C04DD3" w14:paraId="07595490" w14:textId="77777777" w:rsidTr="00C04DD3">
        <w:trPr>
          <w:jc w:val="center"/>
        </w:trPr>
        <w:tc>
          <w:tcPr>
            <w:tcW w:w="10318" w:type="dxa"/>
            <w:shd w:val="clear" w:color="auto" w:fill="DBE5F1" w:themeFill="accent1" w:themeFillTint="33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1F07BFE4" w14:textId="77777777" w:rsidR="00C20F46" w:rsidRPr="00C04DD3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Theme="majorHAnsi" w:hAnsiTheme="majorHAnsi" w:cstheme="majorHAnsi"/>
                <w:b/>
                <w:sz w:val="22"/>
              </w:rPr>
              <w:t>ΧΑΡΑΚΤΗΡΙΣΜΟΣ ΚΑΙ ΠΕΡΙΓΡΑΦΗ ΤΡΟΠΟΠΟΙΗΣΗΣ</w:t>
            </w:r>
          </w:p>
        </w:tc>
      </w:tr>
    </w:tbl>
    <w:tbl>
      <w:tblPr>
        <w:tblStyle w:val="af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76"/>
        <w:gridCol w:w="5443"/>
      </w:tblGrid>
      <w:tr w:rsidR="00C20F46" w:rsidRPr="00C04DD3" w14:paraId="00D6F63D" w14:textId="77777777">
        <w:trPr>
          <w:jc w:val="center"/>
        </w:trPr>
        <w:tc>
          <w:tcPr>
            <w:tcW w:w="4876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0DDDC6" w14:textId="77777777" w:rsidR="00C20F46" w:rsidRPr="00C04DD3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Theme="majorHAnsi" w:hAnsiTheme="majorHAnsi" w:cstheme="majorHAnsi"/>
                <w:b/>
                <w:sz w:val="22"/>
              </w:rPr>
              <w:t>Χαρακτηρισμός τροποποίησης</w:t>
            </w:r>
          </w:p>
        </w:tc>
        <w:tc>
          <w:tcPr>
            <w:tcW w:w="5443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01B703" w14:textId="77777777" w:rsidR="00C20F46" w:rsidRPr="00C04DD3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="Segoe UI Symbol" w:hAnsi="Segoe UI Symbol" w:cs="Segoe UI Symbol"/>
                <w:sz w:val="22"/>
              </w:rPr>
              <w:t>☐</w:t>
            </w:r>
            <w:r w:rsidRPr="00C04DD3">
              <w:rPr>
                <w:rFonts w:asciiTheme="majorHAnsi" w:hAnsiTheme="majorHAnsi" w:cstheme="majorHAnsi"/>
                <w:sz w:val="22"/>
              </w:rPr>
              <w:t xml:space="preserve"> ΟΥΣΙΩΔΗΣ    </w:t>
            </w:r>
            <w:r w:rsidRPr="00C04DD3">
              <w:rPr>
                <w:rFonts w:ascii="Segoe UI Symbol" w:hAnsi="Segoe UI Symbol" w:cs="Segoe UI Symbol"/>
                <w:sz w:val="22"/>
              </w:rPr>
              <w:t>☐</w:t>
            </w:r>
            <w:r w:rsidRPr="00C04DD3">
              <w:rPr>
                <w:rFonts w:asciiTheme="majorHAnsi" w:hAnsiTheme="majorHAnsi" w:cstheme="majorHAnsi"/>
                <w:sz w:val="22"/>
              </w:rPr>
              <w:t xml:space="preserve"> </w:t>
            </w:r>
            <w:r w:rsidRPr="00C04DD3">
              <w:rPr>
                <w:rFonts w:cs="Calibri"/>
                <w:sz w:val="22"/>
              </w:rPr>
              <w:t>ΜΗ</w:t>
            </w:r>
            <w:r w:rsidRPr="00C04DD3">
              <w:rPr>
                <w:rFonts w:asciiTheme="majorHAnsi" w:hAnsiTheme="majorHAnsi" w:cstheme="majorHAnsi"/>
                <w:sz w:val="22"/>
              </w:rPr>
              <w:t xml:space="preserve"> </w:t>
            </w:r>
            <w:r w:rsidRPr="00C04DD3">
              <w:rPr>
                <w:rFonts w:cs="Calibri"/>
                <w:sz w:val="22"/>
              </w:rPr>
              <w:t>ΟΥΣΙΩΔΗΣ</w:t>
            </w:r>
          </w:p>
        </w:tc>
      </w:tr>
      <w:tr w:rsidR="00C20F46" w:rsidRPr="00C04DD3" w14:paraId="7C3B25E9" w14:textId="77777777">
        <w:trPr>
          <w:jc w:val="center"/>
        </w:trPr>
        <w:tc>
          <w:tcPr>
            <w:tcW w:w="4876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B13749" w14:textId="17BF0509" w:rsidR="00C20F46" w:rsidRPr="00F64EBF" w:rsidRDefault="00F64EBF">
            <w:pPr>
              <w:rPr>
                <w:rFonts w:asciiTheme="majorHAnsi" w:hAnsiTheme="majorHAnsi" w:cstheme="majorHAnsi"/>
                <w:b/>
                <w:bCs/>
                <w:sz w:val="22"/>
                <w:lang w:val="el-GR"/>
              </w:rPr>
            </w:pPr>
            <w:r w:rsidRPr="00F64EBF">
              <w:rPr>
                <w:b/>
                <w:bCs/>
                <w:lang w:val="el-GR"/>
              </w:rPr>
              <w:t>«Η τροποποίηση επηρεάζει στοιχεία υπαγωγής στο άρθρο 21 / αποζημίωσης από ΦΚΑ;</w:t>
            </w:r>
          </w:p>
        </w:tc>
        <w:tc>
          <w:tcPr>
            <w:tcW w:w="5443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A2BD0C" w14:textId="1955D39B" w:rsidR="00C20F46" w:rsidRPr="00B40EA2" w:rsidRDefault="00000000">
            <w:pPr>
              <w:rPr>
                <w:rFonts w:asciiTheme="majorHAnsi" w:hAnsiTheme="majorHAnsi" w:cstheme="majorHAnsi"/>
                <w:sz w:val="22"/>
                <w:lang w:val="el-GR"/>
              </w:rPr>
            </w:pPr>
            <w:r w:rsidRPr="00C04DD3">
              <w:rPr>
                <w:rFonts w:ascii="Segoe UI Symbol" w:hAnsi="Segoe UI Symbol" w:cs="Segoe UI Symbol"/>
                <w:sz w:val="22"/>
              </w:rPr>
              <w:t>☐</w:t>
            </w:r>
            <w:r w:rsidRPr="00C04DD3">
              <w:rPr>
                <w:rFonts w:asciiTheme="majorHAnsi" w:hAnsiTheme="majorHAnsi" w:cstheme="majorHAnsi"/>
                <w:sz w:val="22"/>
              </w:rPr>
              <w:t xml:space="preserve"> ΝΑΙ    </w:t>
            </w:r>
            <w:r w:rsidRPr="00C04DD3">
              <w:rPr>
                <w:rFonts w:ascii="Segoe UI Symbol" w:hAnsi="Segoe UI Symbol" w:cs="Segoe UI Symbol"/>
                <w:sz w:val="22"/>
              </w:rPr>
              <w:t>☐</w:t>
            </w:r>
            <w:r w:rsidRPr="00C04DD3">
              <w:rPr>
                <w:rFonts w:asciiTheme="majorHAnsi" w:hAnsiTheme="majorHAnsi" w:cstheme="majorHAnsi"/>
                <w:sz w:val="22"/>
              </w:rPr>
              <w:t xml:space="preserve"> </w:t>
            </w:r>
            <w:r w:rsidRPr="00C04DD3">
              <w:rPr>
                <w:rFonts w:cs="Calibri"/>
                <w:sz w:val="22"/>
              </w:rPr>
              <w:t>ΟΧΙ</w:t>
            </w:r>
            <w:r w:rsidRPr="00C04DD3">
              <w:rPr>
                <w:rFonts w:asciiTheme="majorHAnsi" w:hAnsiTheme="majorHAnsi" w:cstheme="majorHAnsi"/>
                <w:sz w:val="22"/>
              </w:rPr>
              <w:t xml:space="preserve">    </w:t>
            </w:r>
            <w:r w:rsidRPr="00C04DD3">
              <w:rPr>
                <w:rFonts w:ascii="Segoe UI Symbol" w:hAnsi="Segoe UI Symbol" w:cs="Segoe UI Symbol"/>
                <w:sz w:val="22"/>
              </w:rPr>
              <w:t>☐</w:t>
            </w:r>
            <w:r w:rsidRPr="00C04DD3">
              <w:rPr>
                <w:rFonts w:asciiTheme="majorHAnsi" w:hAnsiTheme="majorHAnsi" w:cstheme="majorHAnsi"/>
                <w:sz w:val="22"/>
              </w:rPr>
              <w:t xml:space="preserve"> </w:t>
            </w:r>
            <w:r w:rsidRPr="00C04DD3">
              <w:rPr>
                <w:rFonts w:cs="Calibri"/>
                <w:sz w:val="22"/>
              </w:rPr>
              <w:t>Δ</w:t>
            </w:r>
            <w:r w:rsidR="00B40EA2">
              <w:rPr>
                <w:rFonts w:cs="Calibri"/>
                <w:sz w:val="22"/>
                <w:lang w:val="el-GR"/>
              </w:rPr>
              <w:t>ΕΝ ΕΦΑΡΜΟΖΕΤΑΙ</w:t>
            </w:r>
          </w:p>
        </w:tc>
      </w:tr>
    </w:tbl>
    <w:p w14:paraId="042A5076" w14:textId="77777777" w:rsidR="00C20F46" w:rsidRPr="00C04DD3" w:rsidRDefault="00000000" w:rsidP="00C04DD3">
      <w:pPr>
        <w:ind w:left="142"/>
        <w:rPr>
          <w:rFonts w:asciiTheme="majorHAnsi" w:hAnsiTheme="majorHAnsi" w:cstheme="majorHAnsi"/>
          <w:sz w:val="22"/>
          <w:lang w:val="el-GR"/>
        </w:rPr>
      </w:pPr>
      <w:r w:rsidRPr="00C04DD3">
        <w:rPr>
          <w:rFonts w:asciiTheme="majorHAnsi" w:hAnsiTheme="majorHAnsi" w:cstheme="majorHAnsi"/>
          <w:b/>
          <w:sz w:val="22"/>
          <w:lang w:val="el-GR"/>
        </w:rPr>
        <w:t>Η τροποποίηση αφορά (σημειώστε όσα εφαρμόζονται):</w:t>
      </w:r>
    </w:p>
    <w:p w14:paraId="665D793C" w14:textId="77777777" w:rsidR="00C20F46" w:rsidRPr="00C04DD3" w:rsidRDefault="00000000" w:rsidP="00C04DD3">
      <w:pPr>
        <w:ind w:left="142"/>
        <w:rPr>
          <w:rFonts w:asciiTheme="majorHAnsi" w:hAnsiTheme="majorHAnsi" w:cstheme="majorHAnsi"/>
          <w:sz w:val="22"/>
          <w:lang w:val="el-GR"/>
        </w:rPr>
      </w:pPr>
      <w:r w:rsidRPr="00C04DD3">
        <w:rPr>
          <w:rFonts w:ascii="Segoe UI Symbol" w:hAnsi="Segoe UI Symbol" w:cs="Segoe UI Symbol"/>
          <w:sz w:val="22"/>
          <w:lang w:val="el-GR"/>
        </w:rPr>
        <w:t>☐</w:t>
      </w:r>
      <w:r w:rsidRPr="00C04DD3">
        <w:rPr>
          <w:rFonts w:asciiTheme="majorHAnsi" w:hAnsiTheme="majorHAnsi" w:cstheme="majorHAnsi"/>
          <w:sz w:val="22"/>
          <w:lang w:val="el-GR"/>
        </w:rPr>
        <w:t xml:space="preserve"> Πρωτόκολλο / σχέδιο   </w:t>
      </w:r>
      <w:r w:rsidRPr="00C04DD3">
        <w:rPr>
          <w:rFonts w:ascii="Segoe UI Symbol" w:hAnsi="Segoe UI Symbol" w:cs="Segoe UI Symbol"/>
          <w:sz w:val="22"/>
          <w:lang w:val="el-GR"/>
        </w:rPr>
        <w:t>☐</w:t>
      </w:r>
      <w:r w:rsidRPr="00C04DD3">
        <w:rPr>
          <w:rFonts w:asciiTheme="majorHAnsi" w:hAnsiTheme="majorHAnsi" w:cstheme="majorHAnsi"/>
          <w:sz w:val="22"/>
          <w:lang w:val="el-GR"/>
        </w:rPr>
        <w:t xml:space="preserve"> </w:t>
      </w:r>
      <w:r w:rsidRPr="00C04DD3">
        <w:rPr>
          <w:rFonts w:cs="Calibri"/>
          <w:sz w:val="22"/>
          <w:lang w:val="el-GR"/>
        </w:rPr>
        <w:t>Κύριο</w:t>
      </w:r>
      <w:r w:rsidRPr="00C04DD3">
        <w:rPr>
          <w:rFonts w:asciiTheme="majorHAnsi" w:hAnsiTheme="majorHAnsi" w:cstheme="majorHAnsi"/>
          <w:sz w:val="22"/>
          <w:lang w:val="el-GR"/>
        </w:rPr>
        <w:t xml:space="preserve"> </w:t>
      </w:r>
      <w:r w:rsidRPr="00C04DD3">
        <w:rPr>
          <w:rFonts w:cs="Calibri"/>
          <w:sz w:val="22"/>
          <w:lang w:val="el-GR"/>
        </w:rPr>
        <w:t>Ερευνητή</w:t>
      </w:r>
      <w:r w:rsidRPr="00C04DD3">
        <w:rPr>
          <w:rFonts w:asciiTheme="majorHAnsi" w:hAnsiTheme="majorHAnsi" w:cstheme="majorHAnsi"/>
          <w:sz w:val="22"/>
          <w:lang w:val="el-GR"/>
        </w:rPr>
        <w:t xml:space="preserve">   </w:t>
      </w:r>
      <w:r w:rsidRPr="00C04DD3">
        <w:rPr>
          <w:rFonts w:ascii="Segoe UI Symbol" w:hAnsi="Segoe UI Symbol" w:cs="Segoe UI Symbol"/>
          <w:sz w:val="22"/>
          <w:lang w:val="el-GR"/>
        </w:rPr>
        <w:t>☐</w:t>
      </w:r>
      <w:r w:rsidRPr="00C04DD3">
        <w:rPr>
          <w:rFonts w:asciiTheme="majorHAnsi" w:hAnsiTheme="majorHAnsi" w:cstheme="majorHAnsi"/>
          <w:sz w:val="22"/>
          <w:lang w:val="el-GR"/>
        </w:rPr>
        <w:t xml:space="preserve"> </w:t>
      </w:r>
      <w:r w:rsidRPr="00C04DD3">
        <w:rPr>
          <w:rFonts w:cs="Calibri"/>
          <w:sz w:val="22"/>
          <w:lang w:val="el-GR"/>
        </w:rPr>
        <w:t>Ερευνητική</w:t>
      </w:r>
      <w:r w:rsidRPr="00C04DD3">
        <w:rPr>
          <w:rFonts w:asciiTheme="majorHAnsi" w:hAnsiTheme="majorHAnsi" w:cstheme="majorHAnsi"/>
          <w:sz w:val="22"/>
          <w:lang w:val="el-GR"/>
        </w:rPr>
        <w:t xml:space="preserve"> </w:t>
      </w:r>
      <w:r w:rsidRPr="00C04DD3">
        <w:rPr>
          <w:rFonts w:cs="Calibri"/>
          <w:sz w:val="22"/>
          <w:lang w:val="el-GR"/>
        </w:rPr>
        <w:t>ομάδα</w:t>
      </w:r>
      <w:r w:rsidRPr="00C04DD3">
        <w:rPr>
          <w:rFonts w:asciiTheme="majorHAnsi" w:hAnsiTheme="majorHAnsi" w:cstheme="majorHAnsi"/>
          <w:sz w:val="22"/>
          <w:lang w:val="el-GR"/>
        </w:rPr>
        <w:t xml:space="preserve">   </w:t>
      </w:r>
      <w:r w:rsidRPr="00C04DD3">
        <w:rPr>
          <w:rFonts w:ascii="Segoe UI Symbol" w:hAnsi="Segoe UI Symbol" w:cs="Segoe UI Symbol"/>
          <w:sz w:val="22"/>
          <w:lang w:val="el-GR"/>
        </w:rPr>
        <w:t>☐</w:t>
      </w:r>
      <w:r w:rsidRPr="00C04DD3">
        <w:rPr>
          <w:rFonts w:asciiTheme="majorHAnsi" w:hAnsiTheme="majorHAnsi" w:cstheme="majorHAnsi"/>
          <w:sz w:val="22"/>
          <w:lang w:val="el-GR"/>
        </w:rPr>
        <w:t xml:space="preserve"> </w:t>
      </w:r>
      <w:r w:rsidRPr="00C04DD3">
        <w:rPr>
          <w:rFonts w:cs="Calibri"/>
          <w:sz w:val="22"/>
          <w:lang w:val="el-GR"/>
        </w:rPr>
        <w:t>Διάρκεια</w:t>
      </w:r>
      <w:r w:rsidRPr="00C04DD3">
        <w:rPr>
          <w:rFonts w:asciiTheme="majorHAnsi" w:hAnsiTheme="majorHAnsi" w:cstheme="majorHAnsi"/>
          <w:sz w:val="22"/>
          <w:lang w:val="el-GR"/>
        </w:rPr>
        <w:t xml:space="preserve">   </w:t>
      </w:r>
      <w:r w:rsidRPr="00C04DD3">
        <w:rPr>
          <w:rFonts w:ascii="Segoe UI Symbol" w:hAnsi="Segoe UI Symbol" w:cs="Segoe UI Symbol"/>
          <w:sz w:val="22"/>
          <w:lang w:val="el-GR"/>
        </w:rPr>
        <w:t>☐</w:t>
      </w:r>
      <w:r w:rsidRPr="00C04DD3">
        <w:rPr>
          <w:rFonts w:asciiTheme="majorHAnsi" w:hAnsiTheme="majorHAnsi" w:cstheme="majorHAnsi"/>
          <w:sz w:val="22"/>
          <w:lang w:val="el-GR"/>
        </w:rPr>
        <w:t xml:space="preserve"> </w:t>
      </w:r>
      <w:r w:rsidRPr="00C04DD3">
        <w:rPr>
          <w:rFonts w:cs="Calibri"/>
          <w:sz w:val="22"/>
          <w:lang w:val="el-GR"/>
        </w:rPr>
        <w:t>Σύμβαση</w:t>
      </w:r>
    </w:p>
    <w:p w14:paraId="2B00DFBF" w14:textId="77777777" w:rsidR="00C20F46" w:rsidRPr="00C04DD3" w:rsidRDefault="00000000" w:rsidP="00C04DD3">
      <w:pPr>
        <w:ind w:left="142"/>
        <w:rPr>
          <w:rFonts w:asciiTheme="majorHAnsi" w:hAnsiTheme="majorHAnsi" w:cstheme="majorHAnsi"/>
          <w:sz w:val="22"/>
          <w:lang w:val="el-GR"/>
        </w:rPr>
      </w:pPr>
      <w:r w:rsidRPr="00C04DD3">
        <w:rPr>
          <w:rFonts w:ascii="Segoe UI Symbol" w:hAnsi="Segoe UI Symbol" w:cs="Segoe UI Symbol"/>
          <w:sz w:val="22"/>
          <w:lang w:val="el-GR"/>
        </w:rPr>
        <w:t>☐</w:t>
      </w:r>
      <w:r w:rsidRPr="00C04DD3">
        <w:rPr>
          <w:rFonts w:asciiTheme="majorHAnsi" w:hAnsiTheme="majorHAnsi" w:cstheme="majorHAnsi"/>
          <w:sz w:val="22"/>
          <w:lang w:val="el-GR"/>
        </w:rPr>
        <w:t xml:space="preserve"> Προϋπολογισμό / αμοιβές   </w:t>
      </w:r>
      <w:r w:rsidRPr="00C04DD3">
        <w:rPr>
          <w:rFonts w:ascii="Segoe UI Symbol" w:hAnsi="Segoe UI Symbol" w:cs="Segoe UI Symbol"/>
          <w:sz w:val="22"/>
          <w:lang w:val="el-GR"/>
        </w:rPr>
        <w:t>☐</w:t>
      </w:r>
      <w:r w:rsidRPr="00C04DD3">
        <w:rPr>
          <w:rFonts w:asciiTheme="majorHAnsi" w:hAnsiTheme="majorHAnsi" w:cstheme="majorHAnsi"/>
          <w:sz w:val="22"/>
          <w:lang w:val="el-GR"/>
        </w:rPr>
        <w:t xml:space="preserve"> </w:t>
      </w:r>
      <w:r w:rsidRPr="00C04DD3">
        <w:rPr>
          <w:rFonts w:cs="Calibri"/>
          <w:sz w:val="22"/>
          <w:lang w:val="el-GR"/>
        </w:rPr>
        <w:t>Εργαστηριακές</w:t>
      </w:r>
      <w:r w:rsidRPr="00C04DD3">
        <w:rPr>
          <w:rFonts w:asciiTheme="majorHAnsi" w:hAnsiTheme="majorHAnsi" w:cstheme="majorHAnsi"/>
          <w:sz w:val="22"/>
          <w:lang w:val="el-GR"/>
        </w:rPr>
        <w:t xml:space="preserve"> </w:t>
      </w:r>
      <w:r w:rsidRPr="00C04DD3">
        <w:rPr>
          <w:rFonts w:cs="Calibri"/>
          <w:sz w:val="22"/>
          <w:lang w:val="el-GR"/>
        </w:rPr>
        <w:t>εξετάσεις</w:t>
      </w:r>
      <w:r w:rsidRPr="00C04DD3">
        <w:rPr>
          <w:rFonts w:asciiTheme="majorHAnsi" w:hAnsiTheme="majorHAnsi" w:cstheme="majorHAnsi"/>
          <w:sz w:val="22"/>
          <w:lang w:val="el-GR"/>
        </w:rPr>
        <w:t xml:space="preserve">   </w:t>
      </w:r>
      <w:r w:rsidRPr="00C04DD3">
        <w:rPr>
          <w:rFonts w:ascii="Segoe UI Symbol" w:hAnsi="Segoe UI Symbol" w:cs="Segoe UI Symbol"/>
          <w:sz w:val="22"/>
          <w:lang w:val="el-GR"/>
        </w:rPr>
        <w:t>☐</w:t>
      </w:r>
      <w:r w:rsidRPr="00C04DD3">
        <w:rPr>
          <w:rFonts w:asciiTheme="majorHAnsi" w:hAnsiTheme="majorHAnsi" w:cstheme="majorHAnsi"/>
          <w:sz w:val="22"/>
          <w:lang w:val="el-GR"/>
        </w:rPr>
        <w:t xml:space="preserve"> </w:t>
      </w:r>
      <w:r w:rsidRPr="00C04DD3">
        <w:rPr>
          <w:rFonts w:cs="Calibri"/>
          <w:sz w:val="22"/>
          <w:lang w:val="el-GR"/>
        </w:rPr>
        <w:t>Έντυπα</w:t>
      </w:r>
      <w:r w:rsidRPr="00C04DD3">
        <w:rPr>
          <w:rFonts w:asciiTheme="majorHAnsi" w:hAnsiTheme="majorHAnsi" w:cstheme="majorHAnsi"/>
          <w:sz w:val="22"/>
          <w:lang w:val="el-GR"/>
        </w:rPr>
        <w:t xml:space="preserve"> </w:t>
      </w:r>
      <w:r w:rsidRPr="00C04DD3">
        <w:rPr>
          <w:rFonts w:cs="Calibri"/>
          <w:sz w:val="22"/>
          <w:lang w:val="el-GR"/>
        </w:rPr>
        <w:t>συμμετεχόντων</w:t>
      </w:r>
      <w:r w:rsidRPr="00C04DD3">
        <w:rPr>
          <w:rFonts w:asciiTheme="majorHAnsi" w:hAnsiTheme="majorHAnsi" w:cstheme="majorHAnsi"/>
          <w:sz w:val="22"/>
          <w:lang w:val="el-GR"/>
        </w:rPr>
        <w:t xml:space="preserve">   </w:t>
      </w:r>
      <w:r w:rsidRPr="00C04DD3">
        <w:rPr>
          <w:rFonts w:ascii="Segoe UI Symbol" w:hAnsi="Segoe UI Symbol" w:cs="Segoe UI Symbol"/>
          <w:sz w:val="22"/>
          <w:lang w:val="el-GR"/>
        </w:rPr>
        <w:t>☐</w:t>
      </w:r>
      <w:r w:rsidRPr="00C04DD3">
        <w:rPr>
          <w:rFonts w:asciiTheme="majorHAnsi" w:hAnsiTheme="majorHAnsi" w:cstheme="majorHAnsi"/>
          <w:sz w:val="22"/>
          <w:lang w:val="el-GR"/>
        </w:rPr>
        <w:t xml:space="preserve"> </w:t>
      </w:r>
      <w:r w:rsidRPr="00C04DD3">
        <w:rPr>
          <w:rFonts w:cs="Calibri"/>
          <w:sz w:val="22"/>
          <w:lang w:val="el-GR"/>
        </w:rPr>
        <w:t>Ασφάλιση</w:t>
      </w:r>
      <w:r w:rsidRPr="00C04DD3">
        <w:rPr>
          <w:rFonts w:asciiTheme="majorHAnsi" w:hAnsiTheme="majorHAnsi" w:cstheme="majorHAnsi"/>
          <w:sz w:val="22"/>
          <w:lang w:val="el-GR"/>
        </w:rPr>
        <w:t xml:space="preserve">   </w:t>
      </w:r>
      <w:r w:rsidRPr="00C04DD3">
        <w:rPr>
          <w:rFonts w:ascii="Segoe UI Symbol" w:hAnsi="Segoe UI Symbol" w:cs="Segoe UI Symbol"/>
          <w:sz w:val="22"/>
          <w:lang w:val="el-GR"/>
        </w:rPr>
        <w:t>☐</w:t>
      </w:r>
      <w:r w:rsidRPr="00C04DD3">
        <w:rPr>
          <w:rFonts w:asciiTheme="majorHAnsi" w:hAnsiTheme="majorHAnsi" w:cstheme="majorHAnsi"/>
          <w:sz w:val="22"/>
          <w:lang w:val="el-GR"/>
        </w:rPr>
        <w:t xml:space="preserve"> </w:t>
      </w:r>
      <w:r w:rsidRPr="00C04DD3">
        <w:rPr>
          <w:rFonts w:cs="Calibri"/>
          <w:sz w:val="22"/>
          <w:lang w:val="el-GR"/>
        </w:rPr>
        <w:t>Άλλο</w:t>
      </w:r>
      <w:r w:rsidRPr="00C04DD3">
        <w:rPr>
          <w:rFonts w:asciiTheme="majorHAnsi" w:hAnsiTheme="majorHAnsi" w:cstheme="majorHAnsi"/>
          <w:sz w:val="22"/>
          <w:lang w:val="el-GR"/>
        </w:rPr>
        <w:t>: __________</w:t>
      </w:r>
    </w:p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10247"/>
      </w:tblGrid>
      <w:tr w:rsidR="00C20F46" w:rsidRPr="00B40EA2" w14:paraId="654A09F9" w14:textId="77777777" w:rsidTr="00C04DD3">
        <w:trPr>
          <w:jc w:val="center"/>
        </w:trPr>
        <w:tc>
          <w:tcPr>
            <w:tcW w:w="10247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B9459E8" w14:textId="77777777" w:rsidR="00C20F46" w:rsidRPr="00C04DD3" w:rsidRDefault="00000000" w:rsidP="00C04DD3">
            <w:pPr>
              <w:ind w:left="142"/>
              <w:rPr>
                <w:rFonts w:asciiTheme="majorHAnsi" w:hAnsiTheme="majorHAnsi" w:cstheme="majorHAnsi"/>
                <w:sz w:val="22"/>
                <w:lang w:val="el-GR"/>
              </w:rPr>
            </w:pPr>
            <w:r w:rsidRPr="00C04DD3">
              <w:rPr>
                <w:rFonts w:asciiTheme="majorHAnsi" w:hAnsiTheme="majorHAnsi" w:cstheme="majorHAnsi"/>
                <w:b/>
                <w:sz w:val="22"/>
                <w:lang w:val="el-GR"/>
              </w:rPr>
              <w:t>Σύντομη περιγραφή της τροποποίησης και αιτιολογία</w:t>
            </w:r>
          </w:p>
        </w:tc>
      </w:tr>
      <w:tr w:rsidR="00C20F46" w:rsidRPr="00C04DD3" w14:paraId="56677BDD" w14:textId="77777777" w:rsidTr="00C04DD3">
        <w:trPr>
          <w:jc w:val="center"/>
        </w:trPr>
        <w:tc>
          <w:tcPr>
            <w:tcW w:w="10247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46D767D" w14:textId="77777777" w:rsidR="00C20F46" w:rsidRPr="00C04DD3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Theme="majorHAnsi" w:hAnsiTheme="majorHAnsi" w:cstheme="majorHAnsi"/>
                <w:sz w:val="22"/>
              </w:rPr>
              <w:t>________________________________________________________________________________</w:t>
            </w:r>
            <w:r w:rsidRPr="00C04DD3">
              <w:rPr>
                <w:rFonts w:asciiTheme="majorHAnsi" w:hAnsiTheme="majorHAnsi" w:cstheme="majorHAnsi"/>
                <w:sz w:val="22"/>
              </w:rPr>
              <w:br/>
              <w:t>________________________________________________________________________________</w:t>
            </w:r>
          </w:p>
        </w:tc>
      </w:tr>
      <w:tr w:rsidR="00C20F46" w:rsidRPr="00C04DD3" w14:paraId="5385DB8D" w14:textId="77777777" w:rsidTr="00C04DD3">
        <w:trPr>
          <w:jc w:val="center"/>
        </w:trPr>
        <w:tc>
          <w:tcPr>
            <w:tcW w:w="10247" w:type="dxa"/>
            <w:shd w:val="clear" w:color="auto" w:fill="DBE5F1" w:themeFill="accent1" w:themeFillTint="33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5B07C10C" w14:textId="77777777" w:rsidR="00C20F46" w:rsidRPr="00C04DD3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Theme="majorHAnsi" w:hAnsiTheme="majorHAnsi" w:cstheme="majorHAnsi"/>
                <w:b/>
                <w:sz w:val="22"/>
              </w:rPr>
              <w:t>ΕΠΙΣΥΝΑΠΤΟΜΕΝΑ ΔΙΚΑΙΟΛΟΓΗΤΙΚΑ</w:t>
            </w:r>
          </w:p>
        </w:tc>
      </w:tr>
    </w:tbl>
    <w:p w14:paraId="5144832B" w14:textId="77777777" w:rsidR="00C20F46" w:rsidRPr="00C04DD3" w:rsidRDefault="00000000">
      <w:pPr>
        <w:jc w:val="center"/>
        <w:rPr>
          <w:rFonts w:asciiTheme="majorHAnsi" w:hAnsiTheme="majorHAnsi" w:cstheme="majorHAnsi"/>
          <w:sz w:val="22"/>
          <w:lang w:val="el-GR"/>
        </w:rPr>
      </w:pPr>
      <w:r w:rsidRPr="00C04DD3">
        <w:rPr>
          <w:rFonts w:asciiTheme="majorHAnsi" w:hAnsiTheme="majorHAnsi" w:cstheme="majorHAnsi"/>
          <w:b/>
          <w:sz w:val="22"/>
          <w:lang w:val="el-GR"/>
        </w:rPr>
        <w:t>Παρακαλείσθε να σημειώσετε υποχρεωτικά ΝΑΙ / ΟΧΙ / ΔΕΝ ΕΦΑΡΜΟΖΕΤΑΙ για κάθε στοιχείο.</w:t>
      </w:r>
    </w:p>
    <w:tbl>
      <w:tblPr>
        <w:tblStyle w:val="af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008"/>
        <w:gridCol w:w="765"/>
        <w:gridCol w:w="765"/>
        <w:gridCol w:w="765"/>
      </w:tblGrid>
      <w:tr w:rsidR="00C20F46" w:rsidRPr="00C04DD3" w14:paraId="51537A6D" w14:textId="77777777" w:rsidTr="00C04DD3">
        <w:trPr>
          <w:tblHeader/>
          <w:jc w:val="center"/>
        </w:trPr>
        <w:tc>
          <w:tcPr>
            <w:tcW w:w="8008" w:type="dxa"/>
            <w:shd w:val="clear" w:color="auto" w:fill="DBE5F1" w:themeFill="accent1" w:themeFillTint="33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C68E562" w14:textId="77777777" w:rsidR="00C20F46" w:rsidRPr="00C04DD3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Theme="majorHAnsi" w:hAnsiTheme="majorHAnsi" w:cstheme="majorHAnsi"/>
                <w:b/>
                <w:sz w:val="22"/>
              </w:rPr>
              <w:t>Δικαιολογητικό / στοιχείο</w:t>
            </w:r>
          </w:p>
        </w:tc>
        <w:tc>
          <w:tcPr>
            <w:tcW w:w="765" w:type="dxa"/>
            <w:shd w:val="clear" w:color="auto" w:fill="DBE5F1" w:themeFill="accent1" w:themeFillTint="33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F34B57E" w14:textId="77777777" w:rsidR="00C20F46" w:rsidRPr="00C04DD3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Theme="majorHAnsi" w:hAnsiTheme="majorHAnsi" w:cstheme="majorHAnsi"/>
                <w:b/>
                <w:sz w:val="22"/>
              </w:rPr>
              <w:t>ΝΑΙ</w:t>
            </w:r>
          </w:p>
        </w:tc>
        <w:tc>
          <w:tcPr>
            <w:tcW w:w="765" w:type="dxa"/>
            <w:shd w:val="clear" w:color="auto" w:fill="DBE5F1" w:themeFill="accent1" w:themeFillTint="33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4239B42" w14:textId="77777777" w:rsidR="00C20F46" w:rsidRPr="00C04DD3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Theme="majorHAnsi" w:hAnsiTheme="majorHAnsi" w:cstheme="majorHAnsi"/>
                <w:b/>
                <w:sz w:val="22"/>
              </w:rPr>
              <w:t>ΟΧΙ</w:t>
            </w:r>
          </w:p>
        </w:tc>
        <w:tc>
          <w:tcPr>
            <w:tcW w:w="765" w:type="dxa"/>
            <w:shd w:val="clear" w:color="auto" w:fill="DBE5F1" w:themeFill="accent1" w:themeFillTint="33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5080FCF" w14:textId="77777777" w:rsidR="00C20F46" w:rsidRPr="00C04DD3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Theme="majorHAnsi" w:hAnsiTheme="majorHAnsi" w:cstheme="majorHAnsi"/>
                <w:b/>
                <w:sz w:val="22"/>
              </w:rPr>
              <w:t>Δ/Ε</w:t>
            </w:r>
          </w:p>
        </w:tc>
      </w:tr>
      <w:tr w:rsidR="00C20F46" w:rsidRPr="00C04DD3" w14:paraId="211ACD93" w14:textId="77777777" w:rsidTr="00C04DD3">
        <w:trPr>
          <w:jc w:val="center"/>
        </w:trPr>
        <w:tc>
          <w:tcPr>
            <w:tcW w:w="800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A8C75C0" w14:textId="77777777" w:rsidR="00C20F46" w:rsidRPr="00C04DD3" w:rsidRDefault="00000000">
            <w:pPr>
              <w:rPr>
                <w:rFonts w:asciiTheme="majorHAnsi" w:hAnsiTheme="majorHAnsi" w:cstheme="majorHAnsi"/>
                <w:sz w:val="22"/>
                <w:lang w:val="el-GR"/>
              </w:rPr>
            </w:pPr>
            <w:r w:rsidRPr="00C04DD3">
              <w:rPr>
                <w:rFonts w:asciiTheme="majorHAnsi" w:hAnsiTheme="majorHAnsi" w:cstheme="majorHAnsi"/>
                <w:sz w:val="22"/>
                <w:lang w:val="el-GR"/>
              </w:rPr>
              <w:t>Τροποποιημένα έντυπα / παραρτήματα που επηρεάζονται από τη μεταβολή.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98E0B89" w14:textId="77777777" w:rsidR="00C20F46" w:rsidRPr="00C04DD3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95D56DE" w14:textId="77777777" w:rsidR="00C20F46" w:rsidRPr="00C04DD3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CDA6328" w14:textId="77777777" w:rsidR="00C20F46" w:rsidRPr="00C04DD3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C20F46" w:rsidRPr="00C04DD3" w14:paraId="7B736E45" w14:textId="77777777" w:rsidTr="00C04DD3">
        <w:trPr>
          <w:jc w:val="center"/>
        </w:trPr>
        <w:tc>
          <w:tcPr>
            <w:tcW w:w="800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C4D444A" w14:textId="77777777" w:rsidR="00C20F46" w:rsidRPr="00C04DD3" w:rsidRDefault="00000000">
            <w:pPr>
              <w:rPr>
                <w:rFonts w:asciiTheme="majorHAnsi" w:hAnsiTheme="majorHAnsi" w:cstheme="majorHAnsi"/>
                <w:sz w:val="22"/>
                <w:lang w:val="el-GR"/>
              </w:rPr>
            </w:pPr>
            <w:r w:rsidRPr="00C04DD3">
              <w:rPr>
                <w:rFonts w:asciiTheme="majorHAnsi" w:hAnsiTheme="majorHAnsi" w:cstheme="majorHAnsi"/>
                <w:sz w:val="22"/>
                <w:lang w:val="el-GR"/>
              </w:rPr>
              <w:t>Τροποποιημένη σύμβαση και επηρεαζόμενα παραρτήματα, εφόσον η τροποποίηση είναι ουσιώδης για τη σύμβαση.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B419416" w14:textId="77777777" w:rsidR="00C20F46" w:rsidRPr="00C04DD3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DDAFB96" w14:textId="77777777" w:rsidR="00C20F46" w:rsidRPr="00C04DD3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4F2A366" w14:textId="77777777" w:rsidR="00C20F46" w:rsidRPr="00C04DD3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C20F46" w:rsidRPr="00C04DD3" w14:paraId="0F1010F8" w14:textId="77777777" w:rsidTr="00C04DD3">
        <w:trPr>
          <w:jc w:val="center"/>
        </w:trPr>
        <w:tc>
          <w:tcPr>
            <w:tcW w:w="800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65A54B1" w14:textId="77777777" w:rsidR="00C20F46" w:rsidRPr="00C04DD3" w:rsidRDefault="00000000">
            <w:pPr>
              <w:rPr>
                <w:rFonts w:asciiTheme="majorHAnsi" w:hAnsiTheme="majorHAnsi" w:cstheme="majorHAnsi"/>
                <w:sz w:val="22"/>
                <w:lang w:val="el-GR"/>
              </w:rPr>
            </w:pPr>
            <w:r w:rsidRPr="00C04DD3">
              <w:rPr>
                <w:rFonts w:asciiTheme="majorHAnsi" w:hAnsiTheme="majorHAnsi" w:cstheme="majorHAnsi"/>
                <w:sz w:val="22"/>
                <w:lang w:val="el-GR"/>
              </w:rPr>
              <w:t>Τροποποιημένο πρωτόκολλο / σχέδιο κλινικής έρευνας ή μελέτης επιδόσεων, όπου επηρεάζεται.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26FB516" w14:textId="77777777" w:rsidR="00C20F46" w:rsidRPr="00C04DD3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282DBF8" w14:textId="77777777" w:rsidR="00C20F46" w:rsidRPr="00C04DD3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13D7DCD" w14:textId="77777777" w:rsidR="00C20F46" w:rsidRPr="00C04DD3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C20F46" w:rsidRPr="00C04DD3" w14:paraId="4414B9CF" w14:textId="77777777" w:rsidTr="00C04DD3">
        <w:trPr>
          <w:jc w:val="center"/>
        </w:trPr>
        <w:tc>
          <w:tcPr>
            <w:tcW w:w="800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667B85B" w14:textId="77777777" w:rsidR="00C20F46" w:rsidRPr="00C04DD3" w:rsidRDefault="00000000">
            <w:pPr>
              <w:rPr>
                <w:rFonts w:asciiTheme="majorHAnsi" w:hAnsiTheme="majorHAnsi" w:cstheme="majorHAnsi"/>
                <w:sz w:val="22"/>
                <w:lang w:val="el-GR"/>
              </w:rPr>
            </w:pPr>
            <w:r w:rsidRPr="00C04DD3">
              <w:rPr>
                <w:rFonts w:asciiTheme="majorHAnsi" w:hAnsiTheme="majorHAnsi" w:cstheme="majorHAnsi"/>
                <w:sz w:val="22"/>
                <w:lang w:val="el-GR"/>
              </w:rPr>
              <w:t>Νέα / τροποποιημένη γνώμη ή απόφαση ΕΕΔ και/ή ΕΟΦ, κατά περίπτωση.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4187918" w14:textId="77777777" w:rsidR="00C20F46" w:rsidRPr="00C04DD3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9EA2EEA" w14:textId="77777777" w:rsidR="00C20F46" w:rsidRPr="00C04DD3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8168C64" w14:textId="77777777" w:rsidR="00C20F46" w:rsidRPr="00C04DD3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C20F46" w:rsidRPr="00C04DD3" w14:paraId="74552344" w14:textId="77777777" w:rsidTr="00C04DD3">
        <w:trPr>
          <w:jc w:val="center"/>
        </w:trPr>
        <w:tc>
          <w:tcPr>
            <w:tcW w:w="800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A292019" w14:textId="77777777" w:rsidR="00C20F46" w:rsidRPr="00C04DD3" w:rsidRDefault="00000000">
            <w:pPr>
              <w:rPr>
                <w:rFonts w:asciiTheme="majorHAnsi" w:hAnsiTheme="majorHAnsi" w:cstheme="majorHAnsi"/>
                <w:sz w:val="22"/>
                <w:lang w:val="el-GR"/>
              </w:rPr>
            </w:pPr>
            <w:r w:rsidRPr="00C04DD3">
              <w:rPr>
                <w:rFonts w:asciiTheme="majorHAnsi" w:hAnsiTheme="majorHAnsi" w:cstheme="majorHAnsi"/>
                <w:sz w:val="22"/>
                <w:lang w:val="el-GR"/>
              </w:rPr>
              <w:t>Επικαιροποιημένη ασφαλιστική κάλυψη, εφόσον επηρεάζεται.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6C1607C" w14:textId="77777777" w:rsidR="00C20F46" w:rsidRPr="00C04DD3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39F4320" w14:textId="77777777" w:rsidR="00C20F46" w:rsidRPr="00C04DD3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FDEE072" w14:textId="77777777" w:rsidR="00C20F46" w:rsidRPr="00C04DD3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C20F46" w:rsidRPr="00C04DD3" w14:paraId="18423274" w14:textId="77777777" w:rsidTr="00C04DD3">
        <w:trPr>
          <w:jc w:val="center"/>
        </w:trPr>
        <w:tc>
          <w:tcPr>
            <w:tcW w:w="800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136EE34" w14:textId="77777777" w:rsidR="00C20F46" w:rsidRPr="00C04DD3" w:rsidRDefault="00000000">
            <w:pPr>
              <w:rPr>
                <w:rFonts w:asciiTheme="majorHAnsi" w:hAnsiTheme="majorHAnsi" w:cstheme="majorHAnsi"/>
                <w:sz w:val="22"/>
                <w:lang w:val="el-GR"/>
              </w:rPr>
            </w:pPr>
            <w:r w:rsidRPr="00C04DD3">
              <w:rPr>
                <w:rFonts w:asciiTheme="majorHAnsi" w:hAnsiTheme="majorHAnsi" w:cstheme="majorHAnsi"/>
                <w:sz w:val="22"/>
                <w:lang w:val="el-GR"/>
              </w:rPr>
              <w:t>Επικαιροποιημένη Συγκεντρωτική Κατάσταση Μελών Ομάδας Έργου / Προϋπολογισμός, όπου επηρεάζονται.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35CF62A" w14:textId="77777777" w:rsidR="00C20F46" w:rsidRPr="00C04DD3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05C88B9" w14:textId="77777777" w:rsidR="00C20F46" w:rsidRPr="00C04DD3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8F5C98E" w14:textId="77777777" w:rsidR="00C20F46" w:rsidRPr="00C04DD3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</w:tbl>
    <w:p w14:paraId="05F19F6D" w14:textId="281635E8" w:rsidR="00C04DD3" w:rsidRPr="00B423E4" w:rsidRDefault="00000000">
      <w:pPr>
        <w:spacing w:before="60"/>
        <w:rPr>
          <w:rFonts w:asciiTheme="majorHAnsi" w:hAnsiTheme="majorHAnsi" w:cstheme="majorHAnsi"/>
          <w:sz w:val="22"/>
          <w:lang w:val="el-GR"/>
        </w:rPr>
      </w:pPr>
      <w:r w:rsidRPr="00C04DD3">
        <w:rPr>
          <w:rFonts w:asciiTheme="majorHAnsi" w:hAnsiTheme="majorHAnsi" w:cstheme="majorHAnsi"/>
          <w:b/>
          <w:sz w:val="22"/>
          <w:lang w:val="el-GR"/>
        </w:rPr>
        <w:t xml:space="preserve">Δήλωση: </w:t>
      </w:r>
      <w:r w:rsidRPr="00C04DD3">
        <w:rPr>
          <w:rFonts w:asciiTheme="majorHAnsi" w:hAnsiTheme="majorHAnsi" w:cstheme="majorHAnsi"/>
          <w:sz w:val="22"/>
          <w:lang w:val="el-GR"/>
        </w:rPr>
        <w:t>Η μεταβολή δεν εφαρμόζεται πριν ολοκληρωθούν οι απαιτούμενες εγκρίσεις, γνωμοδοτήσεις, γνωστοποιήσεις και/ή υπογραφές που αντιστοιχούν στον συγκεκριμένο τύπο μελέτης.</w:t>
      </w:r>
    </w:p>
    <w:p w14:paraId="2C793A65" w14:textId="77777777" w:rsidR="00C04DD3" w:rsidRPr="00B423E4" w:rsidRDefault="00C04DD3">
      <w:pPr>
        <w:spacing w:before="60"/>
        <w:rPr>
          <w:rFonts w:asciiTheme="majorHAnsi" w:hAnsiTheme="majorHAnsi" w:cstheme="majorHAnsi"/>
          <w:sz w:val="22"/>
          <w:lang w:val="el-GR"/>
        </w:rPr>
      </w:pPr>
    </w:p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5301"/>
        <w:gridCol w:w="5301"/>
      </w:tblGrid>
      <w:tr w:rsidR="00C20F46" w:rsidRPr="00C04DD3" w14:paraId="2E1C674F" w14:textId="77777777">
        <w:trPr>
          <w:jc w:val="center"/>
        </w:trPr>
        <w:tc>
          <w:tcPr>
            <w:tcW w:w="5301" w:type="dxa"/>
            <w:shd w:val="clear" w:color="auto" w:fill="EEF5F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79A24F9" w14:textId="77777777" w:rsidR="00C20F46" w:rsidRPr="00C04DD3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Theme="majorHAnsi" w:hAnsiTheme="majorHAnsi" w:cstheme="majorHAnsi"/>
                <w:b/>
                <w:sz w:val="22"/>
              </w:rPr>
              <w:t>Κύριος Ερευνητής</w:t>
            </w:r>
          </w:p>
        </w:tc>
        <w:tc>
          <w:tcPr>
            <w:tcW w:w="5301" w:type="dxa"/>
            <w:shd w:val="clear" w:color="auto" w:fill="EEF5F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F893753" w14:textId="77777777" w:rsidR="00C20F46" w:rsidRPr="00C04DD3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Theme="majorHAnsi" w:hAnsiTheme="majorHAnsi" w:cstheme="majorHAnsi"/>
                <w:b/>
                <w:sz w:val="22"/>
              </w:rPr>
              <w:t>Χορηγός / CRO, όπου εφαρμόζεται</w:t>
            </w:r>
          </w:p>
        </w:tc>
      </w:tr>
      <w:tr w:rsidR="00C20F46" w:rsidRPr="00C04DD3" w14:paraId="7E82816D" w14:textId="77777777">
        <w:trPr>
          <w:jc w:val="center"/>
        </w:trPr>
        <w:tc>
          <w:tcPr>
            <w:tcW w:w="5301" w:type="dxa"/>
          </w:tcPr>
          <w:p w14:paraId="7119516F" w14:textId="77777777" w:rsidR="00C20F46" w:rsidRPr="00C04DD3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Theme="majorHAnsi" w:hAnsiTheme="majorHAnsi" w:cstheme="majorHAnsi"/>
                <w:sz w:val="22"/>
              </w:rPr>
              <w:t>Ονοματεπώνυμο / Υπογραφή: ____________________</w:t>
            </w:r>
          </w:p>
          <w:p w14:paraId="68843211" w14:textId="77777777" w:rsidR="00C04DD3" w:rsidRPr="00C04DD3" w:rsidRDefault="00C04DD3">
            <w:pPr>
              <w:rPr>
                <w:rFonts w:asciiTheme="majorHAnsi" w:hAnsiTheme="majorHAnsi" w:cstheme="majorHAnsi"/>
                <w:sz w:val="22"/>
              </w:rPr>
            </w:pPr>
          </w:p>
          <w:p w14:paraId="356996F9" w14:textId="77777777" w:rsidR="00C04DD3" w:rsidRPr="00C04DD3" w:rsidRDefault="00C04DD3">
            <w:pPr>
              <w:rPr>
                <w:rFonts w:asciiTheme="majorHAnsi" w:hAnsiTheme="majorHAnsi" w:cstheme="majorHAnsi"/>
                <w:sz w:val="22"/>
              </w:rPr>
            </w:pPr>
          </w:p>
          <w:p w14:paraId="12B41AB8" w14:textId="77777777" w:rsidR="00C04DD3" w:rsidRPr="00C04DD3" w:rsidRDefault="00C04DD3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5301" w:type="dxa"/>
          </w:tcPr>
          <w:p w14:paraId="2271B03B" w14:textId="77777777" w:rsidR="00C20F46" w:rsidRPr="00C04DD3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04DD3">
              <w:rPr>
                <w:rFonts w:asciiTheme="majorHAnsi" w:hAnsiTheme="majorHAnsi" w:cstheme="majorHAnsi"/>
                <w:sz w:val="22"/>
              </w:rPr>
              <w:t>Ονοματεπώνυμο / Υπογραφή: ____________________</w:t>
            </w:r>
          </w:p>
        </w:tc>
      </w:tr>
    </w:tbl>
    <w:p w14:paraId="6FAC2310" w14:textId="44E9D41F" w:rsidR="00C20F46" w:rsidRPr="00C04DD3" w:rsidRDefault="00C20F46" w:rsidP="00C04DD3">
      <w:pPr>
        <w:jc w:val="center"/>
        <w:rPr>
          <w:lang w:val="el-GR"/>
        </w:rPr>
      </w:pPr>
    </w:p>
    <w:sectPr w:rsidR="00C20F46" w:rsidRPr="00C04DD3" w:rsidSect="00034616">
      <w:footerReference w:type="default" r:id="rId9"/>
      <w:pgSz w:w="11906" w:h="16838"/>
      <w:pgMar w:top="425" w:right="652" w:bottom="425" w:left="6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90488" w14:textId="77777777" w:rsidR="006A5620" w:rsidRDefault="006A5620" w:rsidP="00C04DD3">
      <w:r>
        <w:separator/>
      </w:r>
    </w:p>
  </w:endnote>
  <w:endnote w:type="continuationSeparator" w:id="0">
    <w:p w14:paraId="7E937931" w14:textId="77777777" w:rsidR="006A5620" w:rsidRDefault="006A5620" w:rsidP="00C04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E9CAB" w14:textId="77777777" w:rsidR="00C04DD3" w:rsidRPr="00C04DD3" w:rsidRDefault="00C04DD3" w:rsidP="00C04DD3">
    <w:pPr>
      <w:jc w:val="center"/>
      <w:rPr>
        <w:lang w:val="el-GR"/>
      </w:rPr>
    </w:pPr>
    <w:r w:rsidRPr="00C04DD3">
      <w:rPr>
        <w:color w:val="5A5A5A"/>
        <w:sz w:val="19"/>
        <w:lang w:val="el-GR"/>
      </w:rPr>
      <w:t>Νομοθετική βάση: ΚΥΑ Δ3(α) 52922/2025, ΦΕΚ Β΄ 230/22.01.2026, όπως διορθώθηκε, ιδίως άρθρα 13-14.</w:t>
    </w:r>
  </w:p>
  <w:p w14:paraId="3DF2ABAA" w14:textId="77777777" w:rsidR="00C04DD3" w:rsidRPr="00C04DD3" w:rsidRDefault="00C04DD3">
    <w:pPr>
      <w:pStyle w:val="a6"/>
      <w:jc w:val="right"/>
      <w:rPr>
        <w:lang w:val="el-GR"/>
      </w:rPr>
    </w:pPr>
    <w:r>
      <w:rPr>
        <w:b/>
        <w:sz w:val="16"/>
      </w:rPr>
      <w:t>Κωδικός ΜΕΤΑΞΑ: Ε.ΚΜ2-4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3022B" w14:textId="77777777" w:rsidR="006A5620" w:rsidRDefault="006A5620" w:rsidP="00C04DD3">
      <w:r>
        <w:separator/>
      </w:r>
    </w:p>
  </w:footnote>
  <w:footnote w:type="continuationSeparator" w:id="0">
    <w:p w14:paraId="4D901471" w14:textId="77777777" w:rsidR="006A5620" w:rsidRDefault="006A5620" w:rsidP="00C04D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0945920">
    <w:abstractNumId w:val="8"/>
  </w:num>
  <w:num w:numId="2" w16cid:durableId="1805614785">
    <w:abstractNumId w:val="6"/>
  </w:num>
  <w:num w:numId="3" w16cid:durableId="1684822098">
    <w:abstractNumId w:val="5"/>
  </w:num>
  <w:num w:numId="4" w16cid:durableId="927152357">
    <w:abstractNumId w:val="4"/>
  </w:num>
  <w:num w:numId="5" w16cid:durableId="1288394989">
    <w:abstractNumId w:val="7"/>
  </w:num>
  <w:num w:numId="6" w16cid:durableId="924151236">
    <w:abstractNumId w:val="3"/>
  </w:num>
  <w:num w:numId="7" w16cid:durableId="322510288">
    <w:abstractNumId w:val="2"/>
  </w:num>
  <w:num w:numId="8" w16cid:durableId="1923637347">
    <w:abstractNumId w:val="1"/>
  </w:num>
  <w:num w:numId="9" w16cid:durableId="281034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15C35"/>
    <w:rsid w:val="0069382D"/>
    <w:rsid w:val="006A5620"/>
    <w:rsid w:val="00725296"/>
    <w:rsid w:val="0087536C"/>
    <w:rsid w:val="008B640F"/>
    <w:rsid w:val="00994BE7"/>
    <w:rsid w:val="00AA1D8D"/>
    <w:rsid w:val="00B40EA2"/>
    <w:rsid w:val="00B423E4"/>
    <w:rsid w:val="00B47730"/>
    <w:rsid w:val="00C04DD3"/>
    <w:rsid w:val="00C20F46"/>
    <w:rsid w:val="00CB0664"/>
    <w:rsid w:val="00D96C30"/>
    <w:rsid w:val="00F64EB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6D081C"/>
  <w14:defaultImageDpi w14:val="300"/>
  <w15:docId w15:val="{E3B06218-D952-47C6-B705-93C3525D0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Calibri" w:eastAsia="Calibri" w:hAnsi="Calibri"/>
      <w:sz w:val="21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343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Ελένη Πέτρακα</cp:lastModifiedBy>
  <cp:revision>9</cp:revision>
  <dcterms:created xsi:type="dcterms:W3CDTF">2013-12-23T23:15:00Z</dcterms:created>
  <dcterms:modified xsi:type="dcterms:W3CDTF">2026-10-05T11:49:00Z</dcterms:modified>
  <cp:category/>
</cp:coreProperties>
</file>