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86"/>
        <w:gridCol w:w="5216"/>
      </w:tblGrid>
      <w:tr w:rsidR="003429A4" w14:paraId="383D6218" w14:textId="77777777">
        <w:trPr>
          <w:jc w:val="center"/>
        </w:trPr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5E109B" w14:textId="77777777" w:rsidR="003429A4" w:rsidRDefault="00000000">
            <w:r>
              <w:rPr>
                <w:noProof/>
              </w:rPr>
              <w:drawing>
                <wp:inline distT="0" distB="0" distL="0" distR="0" wp14:anchorId="7B4FEA82" wp14:editId="66AFE96E">
                  <wp:extent cx="1074420" cy="47930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2384" cy="482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27AFB758" w14:textId="77777777" w:rsidR="003429A4" w:rsidRDefault="00000000">
            <w:pPr>
              <w:jc w:val="right"/>
            </w:pPr>
            <w:proofErr w:type="spellStart"/>
            <w:r>
              <w:rPr>
                <w:sz w:val="20"/>
              </w:rPr>
              <w:t>Ημερομηνί</w:t>
            </w:r>
            <w:proofErr w:type="spellEnd"/>
            <w:r>
              <w:rPr>
                <w:sz w:val="20"/>
              </w:rPr>
              <w:t>α: ____ / ____ / ______</w:t>
            </w:r>
          </w:p>
          <w:p w14:paraId="1B1964D1" w14:textId="77777777" w:rsidR="003429A4" w:rsidRDefault="00000000">
            <w:pPr>
              <w:jc w:val="right"/>
            </w:pPr>
            <w:proofErr w:type="spellStart"/>
            <w:r>
              <w:rPr>
                <w:sz w:val="20"/>
              </w:rPr>
              <w:t>Αρ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Πρωτ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Νοσοκομείου</w:t>
            </w:r>
            <w:proofErr w:type="spellEnd"/>
            <w:r>
              <w:rPr>
                <w:sz w:val="20"/>
              </w:rPr>
              <w:t>: __________________</w:t>
            </w:r>
          </w:p>
        </w:tc>
      </w:tr>
    </w:tbl>
    <w:p w14:paraId="25E90717" w14:textId="77777777" w:rsidR="003429A4" w:rsidRDefault="00000000">
      <w:pPr>
        <w:jc w:val="center"/>
      </w:pPr>
      <w:r>
        <w:rPr>
          <w:b/>
          <w:sz w:val="28"/>
        </w:rPr>
        <w:t>ΓΝΩΣΤΟΠΟΙΗΣΗ / ΑΙΤΗΜΑ ΤΡΟΠΟΠΟΙΗΣΗΣ ΚΛΙΝΙΚΗΣ ΜΕΛΕΤΗΣ</w:t>
      </w:r>
    </w:p>
    <w:p w14:paraId="77C1C50F" w14:textId="77777777" w:rsidR="003429A4" w:rsidRDefault="00000000">
      <w:pPr>
        <w:jc w:val="center"/>
      </w:pPr>
      <w:r>
        <w:rPr>
          <w:b/>
          <w:color w:val="1F4E79"/>
          <w:sz w:val="24"/>
        </w:rPr>
        <w:t>PASS / PAES</w:t>
      </w:r>
    </w:p>
    <w:tbl>
      <w:tblPr>
        <w:tblW w:w="0" w:type="auto"/>
        <w:tblInd w:w="5920" w:type="dxa"/>
        <w:tblLayout w:type="fixed"/>
        <w:tblLook w:val="04A0" w:firstRow="1" w:lastRow="0" w:firstColumn="1" w:lastColumn="0" w:noHBand="0" w:noVBand="1"/>
      </w:tblPr>
      <w:tblGrid>
        <w:gridCol w:w="992"/>
        <w:gridCol w:w="3686"/>
      </w:tblGrid>
      <w:tr w:rsidR="003429A4" w14:paraId="3527AE82" w14:textId="77777777" w:rsidTr="00564189">
        <w:tc>
          <w:tcPr>
            <w:tcW w:w="992" w:type="dxa"/>
            <w:tcBorders>
              <w:top w:val="single" w:sz="4" w:space="0" w:color="D9E5F2"/>
              <w:left w:val="single" w:sz="4" w:space="0" w:color="D9E5F2"/>
              <w:bottom w:val="single" w:sz="4" w:space="0" w:color="D9E5F2"/>
              <w:right w:val="single" w:sz="4" w:space="0" w:color="D9E5F2"/>
            </w:tcBorders>
            <w:shd w:val="clear" w:color="auto" w:fill="F5F9FC"/>
            <w:vAlign w:val="center"/>
          </w:tcPr>
          <w:p w14:paraId="5FB1CA22" w14:textId="77777777" w:rsidR="003429A4" w:rsidRDefault="00000000">
            <w:r>
              <w:rPr>
                <w:b/>
                <w:sz w:val="22"/>
              </w:rPr>
              <w:t>ΠΡΟΣ:</w:t>
            </w:r>
          </w:p>
        </w:tc>
        <w:tc>
          <w:tcPr>
            <w:tcW w:w="3686" w:type="dxa"/>
            <w:tcBorders>
              <w:top w:val="single" w:sz="4" w:space="0" w:color="D9E5F2"/>
              <w:left w:val="single" w:sz="4" w:space="0" w:color="D9E5F2"/>
              <w:bottom w:val="single" w:sz="4" w:space="0" w:color="D9E5F2"/>
              <w:right w:val="single" w:sz="4" w:space="0" w:color="D9E5F2"/>
            </w:tcBorders>
            <w:vAlign w:val="center"/>
          </w:tcPr>
          <w:p w14:paraId="42A45397" w14:textId="63D8A1B8" w:rsidR="003429A4" w:rsidRPr="00084BF9" w:rsidRDefault="00084BF9">
            <w:pPr>
              <w:rPr>
                <w:lang w:val="el-GR"/>
              </w:rPr>
            </w:pPr>
            <w:r>
              <w:rPr>
                <w:sz w:val="22"/>
                <w:lang w:val="el-GR"/>
              </w:rPr>
              <w:t>Επιστημονικό Συμβούλιο</w:t>
            </w:r>
          </w:p>
        </w:tc>
      </w:tr>
    </w:tbl>
    <w:p w14:paraId="246DCB1E" w14:textId="77777777" w:rsidR="003429A4" w:rsidRPr="00564189" w:rsidRDefault="003429A4">
      <w:pPr>
        <w:rPr>
          <w:lang w:val="el-GR"/>
        </w:rPr>
      </w:pP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917"/>
      </w:tblGrid>
      <w:tr w:rsidR="003429A4" w:rsidRPr="00564189" w14:paraId="6F8EE0DB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3160FCC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564189">
              <w:rPr>
                <w:rFonts w:asciiTheme="majorHAnsi" w:hAnsiTheme="majorHAnsi" w:cstheme="majorHAnsi"/>
                <w:b/>
                <w:sz w:val="22"/>
              </w:rPr>
              <w:t>Αρχικός</w:t>
            </w:r>
            <w:proofErr w:type="spellEnd"/>
            <w:r w:rsidRPr="00564189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564189">
              <w:rPr>
                <w:rFonts w:asciiTheme="majorHAnsi" w:hAnsiTheme="majorHAnsi" w:cstheme="majorHAnsi"/>
                <w:b/>
                <w:sz w:val="22"/>
              </w:rPr>
              <w:t>Αρ</w:t>
            </w:r>
            <w:proofErr w:type="spellEnd"/>
            <w:r w:rsidRPr="00564189">
              <w:rPr>
                <w:rFonts w:asciiTheme="majorHAnsi" w:hAnsiTheme="majorHAnsi" w:cstheme="majorHAnsi"/>
                <w:b/>
                <w:sz w:val="22"/>
              </w:rPr>
              <w:t xml:space="preserve">. </w:t>
            </w:r>
            <w:proofErr w:type="spellStart"/>
            <w:r w:rsidRPr="00564189">
              <w:rPr>
                <w:rFonts w:asciiTheme="majorHAnsi" w:hAnsiTheme="majorHAnsi" w:cstheme="majorHAnsi"/>
                <w:b/>
                <w:sz w:val="22"/>
              </w:rPr>
              <w:t>Πρωτ</w:t>
            </w:r>
            <w:proofErr w:type="spellEnd"/>
            <w:r w:rsidRPr="00564189">
              <w:rPr>
                <w:rFonts w:asciiTheme="majorHAnsi" w:hAnsiTheme="majorHAnsi" w:cstheme="majorHAnsi"/>
                <w:b/>
                <w:sz w:val="22"/>
              </w:rPr>
              <w:t xml:space="preserve">. </w:t>
            </w:r>
            <w:proofErr w:type="spellStart"/>
            <w:r w:rsidRPr="00564189">
              <w:rPr>
                <w:rFonts w:asciiTheme="majorHAnsi" w:hAnsiTheme="majorHAnsi" w:cstheme="majorHAnsi"/>
                <w:b/>
                <w:sz w:val="22"/>
              </w:rPr>
              <w:t>Νοσοκομείου</w:t>
            </w:r>
            <w:proofErr w:type="spellEnd"/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068CD0B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Theme="majorHAnsi" w:hAnsiTheme="majorHAnsi" w:cstheme="majorHAnsi"/>
                <w:sz w:val="22"/>
              </w:rPr>
              <w:t>______________________________________________</w:t>
            </w:r>
          </w:p>
        </w:tc>
      </w:tr>
      <w:tr w:rsidR="003429A4" w:rsidRPr="00564189" w14:paraId="3762C6A3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75524CC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564189">
              <w:rPr>
                <w:rFonts w:asciiTheme="majorHAnsi" w:hAnsiTheme="majorHAnsi" w:cstheme="majorHAnsi"/>
                <w:b/>
                <w:sz w:val="22"/>
              </w:rPr>
              <w:t>Τίτλος</w:t>
            </w:r>
            <w:proofErr w:type="spellEnd"/>
            <w:r w:rsidRPr="00564189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564189">
              <w:rPr>
                <w:rFonts w:asciiTheme="majorHAnsi" w:hAnsiTheme="majorHAnsi" w:cstheme="majorHAnsi"/>
                <w:b/>
                <w:sz w:val="22"/>
              </w:rPr>
              <w:t>μελέτης</w:t>
            </w:r>
            <w:proofErr w:type="spellEnd"/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327FDAF" w14:textId="77777777" w:rsidR="003429A4" w:rsidRDefault="003429A4">
            <w:pPr>
              <w:rPr>
                <w:rFonts w:asciiTheme="majorHAnsi" w:hAnsiTheme="majorHAnsi" w:cstheme="majorHAnsi"/>
                <w:sz w:val="22"/>
                <w:lang w:val="el-GR"/>
              </w:rPr>
            </w:pPr>
          </w:p>
          <w:p w14:paraId="592C9638" w14:textId="77777777" w:rsidR="00564189" w:rsidRDefault="00564189">
            <w:pPr>
              <w:rPr>
                <w:rFonts w:asciiTheme="majorHAnsi" w:hAnsiTheme="majorHAnsi" w:cstheme="majorHAnsi"/>
                <w:sz w:val="22"/>
                <w:lang w:val="el-GR"/>
              </w:rPr>
            </w:pPr>
          </w:p>
          <w:p w14:paraId="78718E08" w14:textId="20AD58FE" w:rsidR="00564189" w:rsidRPr="00564189" w:rsidRDefault="00564189">
            <w:pPr>
              <w:rPr>
                <w:rFonts w:asciiTheme="majorHAnsi" w:hAnsiTheme="majorHAnsi" w:cstheme="majorHAnsi"/>
                <w:sz w:val="22"/>
                <w:lang w:val="el-GR"/>
              </w:rPr>
            </w:pPr>
          </w:p>
        </w:tc>
      </w:tr>
      <w:tr w:rsidR="003429A4" w:rsidRPr="00564189" w14:paraId="1A03863D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636B2D42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564189">
              <w:rPr>
                <w:rFonts w:asciiTheme="majorHAnsi" w:hAnsiTheme="majorHAnsi" w:cstheme="majorHAnsi"/>
                <w:b/>
                <w:sz w:val="22"/>
              </w:rPr>
              <w:t>Κωδικός</w:t>
            </w:r>
            <w:proofErr w:type="spellEnd"/>
            <w:r w:rsidRPr="00564189">
              <w:rPr>
                <w:rFonts w:asciiTheme="majorHAnsi" w:hAnsiTheme="majorHAnsi" w:cstheme="majorHAnsi"/>
                <w:b/>
                <w:sz w:val="22"/>
              </w:rPr>
              <w:t xml:space="preserve"> π</w:t>
            </w:r>
            <w:proofErr w:type="spellStart"/>
            <w:r w:rsidRPr="00564189">
              <w:rPr>
                <w:rFonts w:asciiTheme="majorHAnsi" w:hAnsiTheme="majorHAnsi" w:cstheme="majorHAnsi"/>
                <w:b/>
                <w:sz w:val="22"/>
              </w:rPr>
              <w:t>ρωτοκόλλου</w:t>
            </w:r>
            <w:proofErr w:type="spellEnd"/>
            <w:r w:rsidRPr="00564189">
              <w:rPr>
                <w:rFonts w:asciiTheme="majorHAnsi" w:hAnsiTheme="majorHAnsi" w:cstheme="majorHAnsi"/>
                <w:b/>
                <w:sz w:val="22"/>
              </w:rPr>
              <w:t xml:space="preserve"> / </w:t>
            </w:r>
            <w:proofErr w:type="spellStart"/>
            <w:r w:rsidRPr="00564189">
              <w:rPr>
                <w:rFonts w:asciiTheme="majorHAnsi" w:hAnsiTheme="majorHAnsi" w:cstheme="majorHAnsi"/>
                <w:b/>
                <w:sz w:val="22"/>
              </w:rPr>
              <w:t>έκδοση</w:t>
            </w:r>
            <w:proofErr w:type="spellEnd"/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21B43936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Theme="majorHAnsi" w:hAnsiTheme="majorHAnsi" w:cstheme="majorHAnsi"/>
                <w:sz w:val="22"/>
              </w:rPr>
              <w:t>______________________________________________</w:t>
            </w:r>
          </w:p>
        </w:tc>
      </w:tr>
      <w:tr w:rsidR="003429A4" w:rsidRPr="00564189" w14:paraId="568B2CB2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4419FCA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564189">
              <w:rPr>
                <w:rFonts w:asciiTheme="majorHAnsi" w:hAnsiTheme="majorHAnsi" w:cstheme="majorHAnsi"/>
                <w:b/>
                <w:sz w:val="22"/>
              </w:rPr>
              <w:t>Κύριος</w:t>
            </w:r>
            <w:proofErr w:type="spellEnd"/>
            <w:r w:rsidRPr="00564189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564189">
              <w:rPr>
                <w:rFonts w:asciiTheme="majorHAnsi" w:hAnsiTheme="majorHAnsi" w:cstheme="majorHAnsi"/>
                <w:b/>
                <w:sz w:val="22"/>
              </w:rPr>
              <w:t>Ερευνητής</w:t>
            </w:r>
            <w:proofErr w:type="spellEnd"/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9BC2C1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Theme="majorHAnsi" w:hAnsiTheme="majorHAnsi" w:cstheme="majorHAnsi"/>
                <w:sz w:val="22"/>
              </w:rPr>
              <w:t>______________________________________________</w:t>
            </w:r>
          </w:p>
        </w:tc>
      </w:tr>
      <w:tr w:rsidR="003429A4" w:rsidRPr="00564189" w14:paraId="275B9742" w14:textId="77777777">
        <w:trPr>
          <w:jc w:val="center"/>
        </w:trPr>
        <w:tc>
          <w:tcPr>
            <w:tcW w:w="3402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343E868D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564189">
              <w:rPr>
                <w:rFonts w:asciiTheme="majorHAnsi" w:hAnsiTheme="majorHAnsi" w:cstheme="majorHAnsi"/>
                <w:b/>
                <w:sz w:val="22"/>
              </w:rPr>
              <w:t>Χορηγός</w:t>
            </w:r>
            <w:proofErr w:type="spellEnd"/>
            <w:r w:rsidRPr="00564189">
              <w:rPr>
                <w:rFonts w:asciiTheme="majorHAnsi" w:hAnsiTheme="majorHAnsi" w:cstheme="majorHAnsi"/>
                <w:b/>
                <w:sz w:val="22"/>
              </w:rPr>
              <w:t xml:space="preserve"> / CRO</w:t>
            </w:r>
          </w:p>
        </w:tc>
        <w:tc>
          <w:tcPr>
            <w:tcW w:w="6917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BC998D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Theme="majorHAnsi" w:hAnsiTheme="majorHAnsi" w:cstheme="majorHAnsi"/>
                <w:sz w:val="22"/>
              </w:rPr>
              <w:t>______________________________________________</w:t>
            </w:r>
          </w:p>
        </w:tc>
      </w:tr>
    </w:tbl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10318"/>
      </w:tblGrid>
      <w:tr w:rsidR="003429A4" w:rsidRPr="00564189" w14:paraId="7C6C2EF0" w14:textId="77777777" w:rsidTr="00564189">
        <w:trPr>
          <w:jc w:val="center"/>
        </w:trPr>
        <w:tc>
          <w:tcPr>
            <w:tcW w:w="10318" w:type="dxa"/>
            <w:shd w:val="clear" w:color="auto" w:fill="DBE5F1" w:themeFill="accent1" w:themeFillTint="33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7FC67B11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Theme="majorHAnsi" w:hAnsiTheme="majorHAnsi" w:cstheme="majorHAnsi"/>
                <w:b/>
                <w:sz w:val="22"/>
              </w:rPr>
              <w:t>ΧΑΡΑΚΤΗΡΙΣΜΟΣ ΚΑΙ ΠΕΡΙΓΡΑΦΗ ΤΡΟΠΟΠΟΙΗΣΗΣ</w:t>
            </w:r>
          </w:p>
        </w:tc>
      </w:tr>
    </w:tbl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6"/>
        <w:gridCol w:w="5443"/>
      </w:tblGrid>
      <w:tr w:rsidR="003429A4" w:rsidRPr="00564189" w14:paraId="1A6E7499" w14:textId="77777777">
        <w:trPr>
          <w:jc w:val="center"/>
        </w:trPr>
        <w:tc>
          <w:tcPr>
            <w:tcW w:w="4876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5D519F74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Theme="majorHAnsi" w:hAnsiTheme="majorHAnsi" w:cstheme="majorHAnsi"/>
                <w:b/>
                <w:sz w:val="22"/>
              </w:rPr>
              <w:t>Χαρα</w:t>
            </w:r>
            <w:proofErr w:type="spellStart"/>
            <w:r w:rsidRPr="00564189">
              <w:rPr>
                <w:rFonts w:asciiTheme="majorHAnsi" w:hAnsiTheme="majorHAnsi" w:cstheme="majorHAnsi"/>
                <w:b/>
                <w:sz w:val="22"/>
              </w:rPr>
              <w:t>κτηρισμός</w:t>
            </w:r>
            <w:proofErr w:type="spellEnd"/>
            <w:r w:rsidRPr="00564189">
              <w:rPr>
                <w:rFonts w:asciiTheme="majorHAnsi" w:hAnsiTheme="majorHAnsi" w:cstheme="majorHAnsi"/>
                <w:b/>
                <w:sz w:val="22"/>
              </w:rPr>
              <w:t xml:space="preserve"> </w:t>
            </w:r>
            <w:proofErr w:type="spellStart"/>
            <w:r w:rsidRPr="00564189">
              <w:rPr>
                <w:rFonts w:asciiTheme="majorHAnsi" w:hAnsiTheme="majorHAnsi" w:cstheme="majorHAnsi"/>
                <w:b/>
                <w:sz w:val="22"/>
              </w:rPr>
              <w:t>τρο</w:t>
            </w:r>
            <w:proofErr w:type="spellEnd"/>
            <w:r w:rsidRPr="00564189">
              <w:rPr>
                <w:rFonts w:asciiTheme="majorHAnsi" w:hAnsiTheme="majorHAnsi" w:cstheme="majorHAnsi"/>
                <w:b/>
                <w:sz w:val="22"/>
              </w:rPr>
              <w:t>ποποίησης</w:t>
            </w:r>
          </w:p>
        </w:tc>
        <w:tc>
          <w:tcPr>
            <w:tcW w:w="5443" w:type="dx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1F5EFF22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  <w:r w:rsidRPr="00564189">
              <w:rPr>
                <w:rFonts w:asciiTheme="majorHAnsi" w:hAnsiTheme="majorHAnsi" w:cstheme="majorHAnsi"/>
                <w:sz w:val="22"/>
              </w:rPr>
              <w:t xml:space="preserve"> ΟΥΣΙΩΔΗΣ    </w:t>
            </w: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  <w:r w:rsidRPr="00564189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564189">
              <w:rPr>
                <w:rFonts w:cs="Calibri"/>
                <w:sz w:val="22"/>
              </w:rPr>
              <w:t>ΜΗ</w:t>
            </w:r>
            <w:r w:rsidRPr="00564189">
              <w:rPr>
                <w:rFonts w:asciiTheme="majorHAnsi" w:hAnsiTheme="majorHAnsi" w:cstheme="majorHAnsi"/>
                <w:sz w:val="22"/>
              </w:rPr>
              <w:t xml:space="preserve"> </w:t>
            </w:r>
            <w:r w:rsidRPr="00564189">
              <w:rPr>
                <w:rFonts w:cs="Calibri"/>
                <w:sz w:val="22"/>
              </w:rPr>
              <w:t>ΟΥΣΙΩΔΗΣ</w:t>
            </w:r>
          </w:p>
        </w:tc>
      </w:tr>
    </w:tbl>
    <w:p w14:paraId="45F4DD30" w14:textId="77777777" w:rsidR="003429A4" w:rsidRPr="00564189" w:rsidRDefault="00000000">
      <w:pPr>
        <w:rPr>
          <w:rFonts w:asciiTheme="majorHAnsi" w:hAnsiTheme="majorHAnsi" w:cstheme="majorHAnsi"/>
          <w:sz w:val="22"/>
          <w:lang w:val="el-GR"/>
        </w:rPr>
      </w:pPr>
      <w:r w:rsidRPr="00564189">
        <w:rPr>
          <w:rFonts w:asciiTheme="majorHAnsi" w:hAnsiTheme="majorHAnsi" w:cstheme="majorHAnsi"/>
          <w:b/>
          <w:sz w:val="22"/>
          <w:lang w:val="el-GR"/>
        </w:rPr>
        <w:t>Η τροποποίηση αφορά (σημειώστε όσα εφαρμόζονται):</w:t>
      </w:r>
    </w:p>
    <w:p w14:paraId="5DD65F11" w14:textId="77777777" w:rsidR="003429A4" w:rsidRPr="00564189" w:rsidRDefault="00000000">
      <w:pPr>
        <w:rPr>
          <w:rFonts w:asciiTheme="majorHAnsi" w:hAnsiTheme="majorHAnsi" w:cstheme="majorHAnsi"/>
          <w:sz w:val="22"/>
          <w:lang w:val="el-GR"/>
        </w:rPr>
      </w:pPr>
      <w:r w:rsidRPr="00564189">
        <w:rPr>
          <w:rFonts w:ascii="Segoe UI Symbol" w:hAnsi="Segoe UI Symbol" w:cs="Segoe UI Symbol"/>
          <w:sz w:val="22"/>
          <w:lang w:val="el-GR"/>
        </w:rPr>
        <w:t>☐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Πρωτόκολλο / σχέδιο   </w:t>
      </w:r>
      <w:r w:rsidRPr="00564189">
        <w:rPr>
          <w:rFonts w:ascii="Segoe UI Symbol" w:hAnsi="Segoe UI Symbol" w:cs="Segoe UI Symbol"/>
          <w:sz w:val="22"/>
          <w:lang w:val="el-GR"/>
        </w:rPr>
        <w:t>☐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</w:t>
      </w:r>
      <w:r w:rsidRPr="00564189">
        <w:rPr>
          <w:rFonts w:cs="Calibri"/>
          <w:sz w:val="22"/>
          <w:lang w:val="el-GR"/>
        </w:rPr>
        <w:t>Κύριο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</w:t>
      </w:r>
      <w:r w:rsidRPr="00564189">
        <w:rPr>
          <w:rFonts w:cs="Calibri"/>
          <w:sz w:val="22"/>
          <w:lang w:val="el-GR"/>
        </w:rPr>
        <w:t>Ερευνητή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  </w:t>
      </w:r>
      <w:r w:rsidRPr="00564189">
        <w:rPr>
          <w:rFonts w:ascii="Segoe UI Symbol" w:hAnsi="Segoe UI Symbol" w:cs="Segoe UI Symbol"/>
          <w:sz w:val="22"/>
          <w:lang w:val="el-GR"/>
        </w:rPr>
        <w:t>☐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</w:t>
      </w:r>
      <w:r w:rsidRPr="00564189">
        <w:rPr>
          <w:rFonts w:cs="Calibri"/>
          <w:sz w:val="22"/>
          <w:lang w:val="el-GR"/>
        </w:rPr>
        <w:t>Ερευνητική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</w:t>
      </w:r>
      <w:r w:rsidRPr="00564189">
        <w:rPr>
          <w:rFonts w:cs="Calibri"/>
          <w:sz w:val="22"/>
          <w:lang w:val="el-GR"/>
        </w:rPr>
        <w:t>ομάδα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  </w:t>
      </w:r>
      <w:r w:rsidRPr="00564189">
        <w:rPr>
          <w:rFonts w:ascii="Segoe UI Symbol" w:hAnsi="Segoe UI Symbol" w:cs="Segoe UI Symbol"/>
          <w:sz w:val="22"/>
          <w:lang w:val="el-GR"/>
        </w:rPr>
        <w:t>☐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</w:t>
      </w:r>
      <w:r w:rsidRPr="00564189">
        <w:rPr>
          <w:rFonts w:cs="Calibri"/>
          <w:sz w:val="22"/>
          <w:lang w:val="el-GR"/>
        </w:rPr>
        <w:t>Διάρκεια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  </w:t>
      </w:r>
      <w:r w:rsidRPr="00564189">
        <w:rPr>
          <w:rFonts w:ascii="Segoe UI Symbol" w:hAnsi="Segoe UI Symbol" w:cs="Segoe UI Symbol"/>
          <w:sz w:val="22"/>
          <w:lang w:val="el-GR"/>
        </w:rPr>
        <w:t>☐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</w:t>
      </w:r>
      <w:r w:rsidRPr="00564189">
        <w:rPr>
          <w:rFonts w:cs="Calibri"/>
          <w:sz w:val="22"/>
          <w:lang w:val="el-GR"/>
        </w:rPr>
        <w:t>Σύμβαση</w:t>
      </w:r>
    </w:p>
    <w:p w14:paraId="0409E6D9" w14:textId="77777777" w:rsidR="003429A4" w:rsidRPr="00564189" w:rsidRDefault="00000000">
      <w:pPr>
        <w:rPr>
          <w:rFonts w:asciiTheme="majorHAnsi" w:hAnsiTheme="majorHAnsi" w:cstheme="majorHAnsi"/>
          <w:sz w:val="22"/>
          <w:lang w:val="el-GR"/>
        </w:rPr>
      </w:pPr>
      <w:r w:rsidRPr="00564189">
        <w:rPr>
          <w:rFonts w:ascii="Segoe UI Symbol" w:hAnsi="Segoe UI Symbol" w:cs="Segoe UI Symbol"/>
          <w:sz w:val="22"/>
          <w:lang w:val="el-GR"/>
        </w:rPr>
        <w:t>☐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Προϋπολογισμό / αμοιβές   </w:t>
      </w:r>
      <w:r w:rsidRPr="00564189">
        <w:rPr>
          <w:rFonts w:ascii="Segoe UI Symbol" w:hAnsi="Segoe UI Symbol" w:cs="Segoe UI Symbol"/>
          <w:sz w:val="22"/>
          <w:lang w:val="el-GR"/>
        </w:rPr>
        <w:t>☐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</w:t>
      </w:r>
      <w:r w:rsidRPr="00564189">
        <w:rPr>
          <w:rFonts w:cs="Calibri"/>
          <w:sz w:val="22"/>
          <w:lang w:val="el-GR"/>
        </w:rPr>
        <w:t>Εργαστηριακές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</w:t>
      </w:r>
      <w:r w:rsidRPr="00564189">
        <w:rPr>
          <w:rFonts w:cs="Calibri"/>
          <w:sz w:val="22"/>
          <w:lang w:val="el-GR"/>
        </w:rPr>
        <w:t>εξετάσεις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  </w:t>
      </w:r>
      <w:r w:rsidRPr="00564189">
        <w:rPr>
          <w:rFonts w:ascii="Segoe UI Symbol" w:hAnsi="Segoe UI Symbol" w:cs="Segoe UI Symbol"/>
          <w:sz w:val="22"/>
          <w:lang w:val="el-GR"/>
        </w:rPr>
        <w:t>☐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</w:t>
      </w:r>
      <w:r w:rsidRPr="00564189">
        <w:rPr>
          <w:rFonts w:cs="Calibri"/>
          <w:sz w:val="22"/>
          <w:lang w:val="el-GR"/>
        </w:rPr>
        <w:t>Έντυπα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</w:t>
      </w:r>
      <w:r w:rsidRPr="00564189">
        <w:rPr>
          <w:rFonts w:cs="Calibri"/>
          <w:sz w:val="22"/>
          <w:lang w:val="el-GR"/>
        </w:rPr>
        <w:t>συμμετεχόντων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  </w:t>
      </w:r>
      <w:r w:rsidRPr="00564189">
        <w:rPr>
          <w:rFonts w:ascii="Segoe UI Symbol" w:hAnsi="Segoe UI Symbol" w:cs="Segoe UI Symbol"/>
          <w:sz w:val="22"/>
          <w:lang w:val="el-GR"/>
        </w:rPr>
        <w:t>☐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</w:t>
      </w:r>
      <w:r w:rsidRPr="00564189">
        <w:rPr>
          <w:rFonts w:cs="Calibri"/>
          <w:sz w:val="22"/>
          <w:lang w:val="el-GR"/>
        </w:rPr>
        <w:t>Ασφάλιση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  </w:t>
      </w:r>
      <w:r w:rsidRPr="00564189">
        <w:rPr>
          <w:rFonts w:ascii="Segoe UI Symbol" w:hAnsi="Segoe UI Symbol" w:cs="Segoe UI Symbol"/>
          <w:sz w:val="22"/>
          <w:lang w:val="el-GR"/>
        </w:rPr>
        <w:t>☐</w:t>
      </w:r>
      <w:r w:rsidRPr="00564189">
        <w:rPr>
          <w:rFonts w:asciiTheme="majorHAnsi" w:hAnsiTheme="majorHAnsi" w:cstheme="majorHAnsi"/>
          <w:sz w:val="22"/>
          <w:lang w:val="el-GR"/>
        </w:rPr>
        <w:t xml:space="preserve"> </w:t>
      </w:r>
      <w:r w:rsidRPr="00564189">
        <w:rPr>
          <w:rFonts w:cs="Calibri"/>
          <w:sz w:val="22"/>
          <w:lang w:val="el-GR"/>
        </w:rPr>
        <w:t>Άλλο</w:t>
      </w:r>
      <w:r w:rsidRPr="00564189">
        <w:rPr>
          <w:rFonts w:asciiTheme="majorHAnsi" w:hAnsiTheme="majorHAnsi" w:cstheme="majorHAnsi"/>
          <w:sz w:val="22"/>
          <w:lang w:val="el-GR"/>
        </w:rPr>
        <w:t>: __________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10348"/>
      </w:tblGrid>
      <w:tr w:rsidR="003429A4" w:rsidRPr="00F337FE" w14:paraId="42A6762F" w14:textId="77777777" w:rsidTr="00564189">
        <w:trPr>
          <w:jc w:val="center"/>
        </w:trPr>
        <w:tc>
          <w:tcPr>
            <w:tcW w:w="10348" w:type="dxa"/>
            <w:shd w:val="clear" w:color="auto" w:fill="EEF5FA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AE9B3E1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564189">
              <w:rPr>
                <w:rFonts w:asciiTheme="majorHAnsi" w:hAnsiTheme="majorHAnsi" w:cstheme="majorHAnsi"/>
                <w:b/>
                <w:sz w:val="22"/>
                <w:lang w:val="el-GR"/>
              </w:rPr>
              <w:t>Σύντομη περιγραφή της τροποποίησης και αιτιολογία</w:t>
            </w:r>
          </w:p>
        </w:tc>
      </w:tr>
      <w:tr w:rsidR="003429A4" w:rsidRPr="00564189" w14:paraId="2B73C144" w14:textId="77777777" w:rsidTr="00564189">
        <w:trPr>
          <w:jc w:val="center"/>
        </w:trPr>
        <w:tc>
          <w:tcPr>
            <w:tcW w:w="10348" w:type="dxa"/>
            <w:tcMar>
              <w:top w:w="45" w:type="dxa"/>
              <w:left w:w="70" w:type="dxa"/>
              <w:bottom w:w="45" w:type="dxa"/>
              <w:right w:w="70" w:type="dxa"/>
            </w:tcMar>
          </w:tcPr>
          <w:p w14:paraId="0710D2CD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Theme="majorHAnsi" w:hAnsiTheme="majorHAnsi" w:cstheme="majorHAnsi"/>
                <w:sz w:val="22"/>
              </w:rPr>
              <w:t>________________________________________________________________________________</w:t>
            </w:r>
            <w:r w:rsidRPr="00564189">
              <w:rPr>
                <w:rFonts w:asciiTheme="majorHAnsi" w:hAnsiTheme="majorHAnsi" w:cstheme="majorHAnsi"/>
                <w:sz w:val="22"/>
              </w:rPr>
              <w:br/>
              <w:t>________________________________________________________________________________</w:t>
            </w:r>
          </w:p>
        </w:tc>
      </w:tr>
      <w:tr w:rsidR="003429A4" w:rsidRPr="00564189" w14:paraId="6BD84528" w14:textId="77777777" w:rsidTr="00564189">
        <w:trPr>
          <w:jc w:val="center"/>
        </w:trPr>
        <w:tc>
          <w:tcPr>
            <w:tcW w:w="10348" w:type="dxa"/>
            <w:shd w:val="clear" w:color="auto" w:fill="DBE5F1" w:themeFill="accent1" w:themeFillTint="33"/>
            <w:tcMar>
              <w:top w:w="35" w:type="dxa"/>
              <w:left w:w="70" w:type="dxa"/>
              <w:bottom w:w="35" w:type="dxa"/>
              <w:right w:w="70" w:type="dxa"/>
            </w:tcMar>
          </w:tcPr>
          <w:p w14:paraId="12CA096D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Theme="majorHAnsi" w:hAnsiTheme="majorHAnsi" w:cstheme="majorHAnsi"/>
                <w:b/>
                <w:sz w:val="22"/>
              </w:rPr>
              <w:t>ΕΠΙΣΥΝΑΠΤΟΜΕΝΑ ΔΙΚΑΙΟΛΟΓΗΤΙΚΑ</w:t>
            </w:r>
          </w:p>
        </w:tc>
      </w:tr>
    </w:tbl>
    <w:p w14:paraId="62E1EFF6" w14:textId="77777777" w:rsidR="003429A4" w:rsidRPr="00564189" w:rsidRDefault="00000000">
      <w:pPr>
        <w:jc w:val="center"/>
        <w:rPr>
          <w:rFonts w:asciiTheme="majorHAnsi" w:hAnsiTheme="majorHAnsi" w:cstheme="majorHAnsi"/>
          <w:sz w:val="22"/>
          <w:lang w:val="el-GR"/>
        </w:rPr>
      </w:pPr>
      <w:r w:rsidRPr="00564189">
        <w:rPr>
          <w:rFonts w:asciiTheme="majorHAnsi" w:hAnsiTheme="majorHAnsi" w:cstheme="majorHAnsi"/>
          <w:b/>
          <w:sz w:val="22"/>
          <w:lang w:val="el-GR"/>
        </w:rPr>
        <w:t>Παρακαλείσθε να σημειώσετε υποχρεωτικά ΝΑΙ / ΟΧΙ / ΔΕΝ ΕΦΑΡΜΟΖΕΤΑΙ για κάθε στοιχείο.</w:t>
      </w:r>
    </w:p>
    <w:tbl>
      <w:tblPr>
        <w:tblStyle w:val="af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994"/>
        <w:gridCol w:w="765"/>
        <w:gridCol w:w="765"/>
        <w:gridCol w:w="765"/>
      </w:tblGrid>
      <w:tr w:rsidR="003429A4" w:rsidRPr="00564189" w14:paraId="773C9D16" w14:textId="77777777" w:rsidTr="00564189">
        <w:trPr>
          <w:tblHeader/>
          <w:jc w:val="center"/>
        </w:trPr>
        <w:tc>
          <w:tcPr>
            <w:tcW w:w="7994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0BFA7E2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564189">
              <w:rPr>
                <w:rFonts w:asciiTheme="majorHAnsi" w:hAnsiTheme="majorHAnsi" w:cstheme="majorHAnsi"/>
                <w:b/>
                <w:sz w:val="22"/>
              </w:rPr>
              <w:t>Δικ</w:t>
            </w:r>
            <w:proofErr w:type="spellEnd"/>
            <w:r w:rsidRPr="00564189">
              <w:rPr>
                <w:rFonts w:asciiTheme="majorHAnsi" w:hAnsiTheme="majorHAnsi" w:cstheme="majorHAnsi"/>
                <w:b/>
                <w:sz w:val="22"/>
              </w:rPr>
              <w:t xml:space="preserve">αιολογητικό / </w:t>
            </w:r>
            <w:proofErr w:type="spellStart"/>
            <w:r w:rsidRPr="00564189">
              <w:rPr>
                <w:rFonts w:asciiTheme="majorHAnsi" w:hAnsiTheme="majorHAnsi" w:cstheme="majorHAnsi"/>
                <w:b/>
                <w:sz w:val="22"/>
              </w:rPr>
              <w:t>στοιχείο</w:t>
            </w:r>
            <w:proofErr w:type="spellEnd"/>
          </w:p>
        </w:tc>
        <w:tc>
          <w:tcPr>
            <w:tcW w:w="765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39831B7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Theme="majorHAnsi" w:hAnsiTheme="majorHAnsi" w:cstheme="majorHAnsi"/>
                <w:b/>
                <w:sz w:val="22"/>
              </w:rPr>
              <w:t>ΝΑΙ</w:t>
            </w:r>
          </w:p>
        </w:tc>
        <w:tc>
          <w:tcPr>
            <w:tcW w:w="765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0B7FE31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Theme="majorHAnsi" w:hAnsiTheme="majorHAnsi" w:cstheme="majorHAnsi"/>
                <w:b/>
                <w:sz w:val="22"/>
              </w:rPr>
              <w:t>ΟΧΙ</w:t>
            </w:r>
          </w:p>
        </w:tc>
        <w:tc>
          <w:tcPr>
            <w:tcW w:w="765" w:type="dxa"/>
            <w:shd w:val="clear" w:color="auto" w:fill="DBE5F1" w:themeFill="accent1" w:themeFillTint="33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D9F66EE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Theme="majorHAnsi" w:hAnsiTheme="majorHAnsi" w:cstheme="majorHAnsi"/>
                <w:b/>
                <w:sz w:val="22"/>
              </w:rPr>
              <w:t>Δ/Ε</w:t>
            </w:r>
          </w:p>
        </w:tc>
      </w:tr>
      <w:tr w:rsidR="003429A4" w:rsidRPr="00564189" w14:paraId="679A9F1D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B635305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564189">
              <w:rPr>
                <w:rFonts w:asciiTheme="majorHAnsi" w:hAnsiTheme="majorHAnsi" w:cstheme="majorHAnsi"/>
                <w:sz w:val="22"/>
                <w:lang w:val="el-GR"/>
              </w:rPr>
              <w:t>Τροποποιημένα έντυπα / παραρτήματα της μη παρεμβατικής μελέτης που επηρεάζονται.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C74D4BC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9121C1F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6CD935A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3429A4" w:rsidRPr="00564189" w14:paraId="34BDECD3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1D6F6F3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564189">
              <w:rPr>
                <w:rFonts w:asciiTheme="majorHAnsi" w:hAnsiTheme="majorHAnsi" w:cstheme="majorHAnsi"/>
                <w:sz w:val="22"/>
                <w:lang w:val="el-GR"/>
              </w:rPr>
              <w:t>Τροποποιημένη σύμβαση και επηρεαζόμενα παραρτήματα, εφόσον η τροποποίηση είναι ουσιώδης για τη σύμβαση.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ECC92D5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929C4F4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2759ABC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3429A4" w:rsidRPr="00564189" w14:paraId="6679BE77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5331BE9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564189">
              <w:rPr>
                <w:rFonts w:asciiTheme="majorHAnsi" w:hAnsiTheme="majorHAnsi" w:cstheme="majorHAnsi"/>
                <w:sz w:val="22"/>
                <w:lang w:val="el-GR"/>
              </w:rPr>
              <w:t>Τροποποιημένο πρωτόκολλο / σχέδιο, όπου επηρεάζεται.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44C2C1DD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E941DD0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348AF4C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3429A4" w:rsidRPr="00564189" w14:paraId="3281A9ED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78CBC7C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564189">
              <w:rPr>
                <w:rFonts w:asciiTheme="majorHAnsi" w:hAnsiTheme="majorHAnsi" w:cstheme="majorHAnsi"/>
                <w:sz w:val="22"/>
                <w:lang w:val="el-GR"/>
              </w:rPr>
              <w:t>Τροποποιημένο Ενημερωτικό Έντυπο / Έντυπο Συγκατάθεσης, όπου επηρεάζεται.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D27D869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CA5F52F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5BBD907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3429A4" w:rsidRPr="00564189" w14:paraId="3E9B8188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360AE68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proofErr w:type="spellStart"/>
            <w:r w:rsidRPr="00564189">
              <w:rPr>
                <w:rFonts w:asciiTheme="majorHAnsi" w:hAnsiTheme="majorHAnsi" w:cstheme="majorHAnsi"/>
                <w:sz w:val="22"/>
                <w:lang w:val="el-GR"/>
              </w:rPr>
              <w:t>Επικαιροποιημένος</w:t>
            </w:r>
            <w:proofErr w:type="spellEnd"/>
            <w:r w:rsidRPr="00564189">
              <w:rPr>
                <w:rFonts w:asciiTheme="majorHAnsi" w:hAnsiTheme="majorHAnsi" w:cstheme="majorHAnsi"/>
                <w:sz w:val="22"/>
                <w:lang w:val="el-GR"/>
              </w:rPr>
              <w:t xml:space="preserve"> Προϋπολογισμός / αμοιβές / λοιπά οικονομικά έντυπα, όπου επηρεάζονται.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F0FA64C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66B7545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37EB2BB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3429A4" w:rsidRPr="00564189" w14:paraId="497193A4" w14:textId="77777777">
        <w:trPr>
          <w:jc w:val="center"/>
        </w:trPr>
        <w:tc>
          <w:tcPr>
            <w:tcW w:w="7994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6EC510D3" w14:textId="77777777" w:rsidR="003429A4" w:rsidRPr="00564189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564189">
              <w:rPr>
                <w:rFonts w:asciiTheme="majorHAnsi" w:hAnsiTheme="majorHAnsi" w:cstheme="majorHAnsi"/>
                <w:sz w:val="22"/>
                <w:lang w:val="el-GR"/>
              </w:rPr>
              <w:t xml:space="preserve">Νέα / τροποποιημένη έγκριση, γνωστοποίηση ή άλλο στοιχείο ΕΟΦ / αρμόδιας αρχής, όπου απαιτείται για τη συγκεκριμένη </w:t>
            </w:r>
            <w:r w:rsidRPr="00564189">
              <w:rPr>
                <w:rFonts w:asciiTheme="majorHAnsi" w:hAnsiTheme="majorHAnsi" w:cstheme="majorHAnsi"/>
                <w:sz w:val="22"/>
              </w:rPr>
              <w:t>PASS</w:t>
            </w:r>
            <w:r w:rsidRPr="00564189">
              <w:rPr>
                <w:rFonts w:asciiTheme="majorHAnsi" w:hAnsiTheme="majorHAnsi" w:cstheme="majorHAnsi"/>
                <w:sz w:val="22"/>
                <w:lang w:val="el-GR"/>
              </w:rPr>
              <w:t xml:space="preserve"> / </w:t>
            </w:r>
            <w:r w:rsidRPr="00564189">
              <w:rPr>
                <w:rFonts w:asciiTheme="majorHAnsi" w:hAnsiTheme="majorHAnsi" w:cstheme="majorHAnsi"/>
                <w:sz w:val="22"/>
              </w:rPr>
              <w:t>PAES</w:t>
            </w:r>
            <w:r w:rsidRPr="00564189">
              <w:rPr>
                <w:rFonts w:asciiTheme="majorHAnsi" w:hAnsiTheme="majorHAnsi" w:cstheme="majorHAnsi"/>
                <w:sz w:val="22"/>
                <w:lang w:val="el-GR"/>
              </w:rPr>
              <w:t>.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1923675D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7E41263C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765" w:type="dxa"/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2464C8A1" w14:textId="77777777" w:rsidR="003429A4" w:rsidRPr="00564189" w:rsidRDefault="00000000">
            <w:pPr>
              <w:jc w:val="center"/>
              <w:rPr>
                <w:rFonts w:asciiTheme="majorHAnsi" w:hAnsiTheme="majorHAnsi" w:cstheme="majorHAnsi"/>
                <w:sz w:val="22"/>
              </w:rPr>
            </w:pPr>
            <w:r w:rsidRPr="00564189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</w:tbl>
    <w:p w14:paraId="072324FC" w14:textId="1E8BD7AF" w:rsidR="00564189" w:rsidRPr="00564189" w:rsidRDefault="00000000">
      <w:pPr>
        <w:spacing w:before="60"/>
        <w:rPr>
          <w:sz w:val="19"/>
          <w:lang w:val="el-GR"/>
        </w:rPr>
      </w:pPr>
      <w:r w:rsidRPr="00564189">
        <w:rPr>
          <w:b/>
          <w:sz w:val="19"/>
          <w:lang w:val="el-GR"/>
        </w:rPr>
        <w:t xml:space="preserve">Δήλωση: </w:t>
      </w:r>
      <w:r w:rsidRPr="00564189">
        <w:rPr>
          <w:sz w:val="19"/>
          <w:lang w:val="el-GR"/>
        </w:rPr>
        <w:t>Η μεταβολή δεν εφαρμόζεται πριν ολοκληρωθούν οι απαιτούμενες εγκρίσεις, γνωμοδοτήσεις, γνωστοποιήσεις και/ή υπογραφές που αντιστοιχούν στον συγκεκριμένο τύπο μελέτης.</w:t>
      </w:r>
    </w:p>
    <w:tbl>
      <w:tblPr>
        <w:tblStyle w:val="afa"/>
        <w:tblW w:w="0" w:type="auto"/>
        <w:jc w:val="center"/>
        <w:tblLook w:val="04A0" w:firstRow="1" w:lastRow="0" w:firstColumn="1" w:lastColumn="0" w:noHBand="0" w:noVBand="1"/>
      </w:tblPr>
      <w:tblGrid>
        <w:gridCol w:w="5301"/>
        <w:gridCol w:w="5301"/>
      </w:tblGrid>
      <w:tr w:rsidR="003429A4" w14:paraId="0FC4BCF5" w14:textId="77777777">
        <w:trPr>
          <w:jc w:val="center"/>
        </w:trPr>
        <w:tc>
          <w:tcPr>
            <w:tcW w:w="5301" w:type="dxa"/>
            <w:shd w:val="clear" w:color="auto" w:fill="EEF5F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7A7F242" w14:textId="77777777" w:rsidR="003429A4" w:rsidRDefault="00000000">
            <w:proofErr w:type="spellStart"/>
            <w:r>
              <w:rPr>
                <w:b/>
              </w:rPr>
              <w:t>Κύριος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Ερευνητής</w:t>
            </w:r>
            <w:proofErr w:type="spellEnd"/>
          </w:p>
        </w:tc>
        <w:tc>
          <w:tcPr>
            <w:tcW w:w="5301" w:type="dxa"/>
            <w:shd w:val="clear" w:color="auto" w:fill="EEF5F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41059F80" w14:textId="77777777" w:rsidR="003429A4" w:rsidRDefault="00000000">
            <w:proofErr w:type="spellStart"/>
            <w:r>
              <w:rPr>
                <w:b/>
              </w:rPr>
              <w:t>Χορηγός</w:t>
            </w:r>
            <w:proofErr w:type="spellEnd"/>
            <w:r>
              <w:rPr>
                <w:b/>
              </w:rPr>
              <w:t xml:space="preserve"> / CRO, όπ</w:t>
            </w:r>
            <w:proofErr w:type="spellStart"/>
            <w:r>
              <w:rPr>
                <w:b/>
              </w:rPr>
              <w:t>ου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εφ</w:t>
            </w:r>
            <w:proofErr w:type="spellEnd"/>
            <w:r>
              <w:rPr>
                <w:b/>
              </w:rPr>
              <w:t>αρμόζεται</w:t>
            </w:r>
          </w:p>
        </w:tc>
      </w:tr>
      <w:tr w:rsidR="003429A4" w14:paraId="175A055F" w14:textId="77777777">
        <w:trPr>
          <w:jc w:val="center"/>
        </w:trPr>
        <w:tc>
          <w:tcPr>
            <w:tcW w:w="5301" w:type="dxa"/>
          </w:tcPr>
          <w:p w14:paraId="60A2E916" w14:textId="77777777" w:rsidR="003429A4" w:rsidRDefault="00000000">
            <w:pPr>
              <w:rPr>
                <w:sz w:val="19"/>
                <w:lang w:val="el-GR"/>
              </w:rPr>
            </w:pPr>
            <w:proofErr w:type="spellStart"/>
            <w:r>
              <w:rPr>
                <w:sz w:val="19"/>
              </w:rPr>
              <w:t>Ονομ</w:t>
            </w:r>
            <w:proofErr w:type="spellEnd"/>
            <w:r>
              <w:rPr>
                <w:sz w:val="19"/>
              </w:rPr>
              <w:t>ατεπώνυμο / Υπ</w:t>
            </w:r>
            <w:proofErr w:type="spellStart"/>
            <w:r>
              <w:rPr>
                <w:sz w:val="19"/>
              </w:rPr>
              <w:t>ογρ</w:t>
            </w:r>
            <w:proofErr w:type="spellEnd"/>
            <w:r>
              <w:rPr>
                <w:sz w:val="19"/>
              </w:rPr>
              <w:t>αφή: ____________________</w:t>
            </w:r>
          </w:p>
          <w:p w14:paraId="533C7620" w14:textId="77777777" w:rsidR="00564189" w:rsidRDefault="00564189">
            <w:pPr>
              <w:rPr>
                <w:sz w:val="19"/>
                <w:lang w:val="el-GR"/>
              </w:rPr>
            </w:pPr>
          </w:p>
          <w:p w14:paraId="19EC37C1" w14:textId="77777777" w:rsidR="00564189" w:rsidRDefault="00564189">
            <w:pPr>
              <w:rPr>
                <w:sz w:val="19"/>
                <w:lang w:val="el-GR"/>
              </w:rPr>
            </w:pPr>
          </w:p>
          <w:p w14:paraId="0991B31D" w14:textId="77777777" w:rsidR="00564189" w:rsidRPr="00564189" w:rsidRDefault="00564189">
            <w:pPr>
              <w:rPr>
                <w:lang w:val="el-GR"/>
              </w:rPr>
            </w:pPr>
          </w:p>
        </w:tc>
        <w:tc>
          <w:tcPr>
            <w:tcW w:w="5301" w:type="dxa"/>
          </w:tcPr>
          <w:p w14:paraId="3591042D" w14:textId="77777777" w:rsidR="003429A4" w:rsidRDefault="00000000">
            <w:proofErr w:type="spellStart"/>
            <w:r>
              <w:rPr>
                <w:sz w:val="19"/>
              </w:rPr>
              <w:t>Ονομ</w:t>
            </w:r>
            <w:proofErr w:type="spellEnd"/>
            <w:r>
              <w:rPr>
                <w:sz w:val="19"/>
              </w:rPr>
              <w:t>ατεπώνυμο / Υπ</w:t>
            </w:r>
            <w:proofErr w:type="spellStart"/>
            <w:r>
              <w:rPr>
                <w:sz w:val="19"/>
              </w:rPr>
              <w:t>ογρ</w:t>
            </w:r>
            <w:proofErr w:type="spellEnd"/>
            <w:r>
              <w:rPr>
                <w:sz w:val="19"/>
              </w:rPr>
              <w:t>αφή: ____________________</w:t>
            </w:r>
          </w:p>
        </w:tc>
      </w:tr>
    </w:tbl>
    <w:p w14:paraId="738CCAE0" w14:textId="0CB627BA" w:rsidR="003429A4" w:rsidRPr="00564189" w:rsidRDefault="003429A4" w:rsidP="00564189">
      <w:pPr>
        <w:rPr>
          <w:lang w:val="el-GR"/>
        </w:rPr>
      </w:pPr>
    </w:p>
    <w:sectPr w:rsidR="003429A4" w:rsidRPr="00564189" w:rsidSect="00034616">
      <w:footerReference w:type="default" r:id="rId9"/>
      <w:pgSz w:w="11906" w:h="16838"/>
      <w:pgMar w:top="425" w:right="652" w:bottom="425" w:left="6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99122" w14:textId="77777777" w:rsidR="00A92DED" w:rsidRDefault="00A92DED" w:rsidP="00564189">
      <w:r>
        <w:separator/>
      </w:r>
    </w:p>
  </w:endnote>
  <w:endnote w:type="continuationSeparator" w:id="0">
    <w:p w14:paraId="010B8BEB" w14:textId="77777777" w:rsidR="00A92DED" w:rsidRDefault="00A92DED" w:rsidP="00564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8513" w14:textId="77777777" w:rsidR="00564189" w:rsidRPr="00564189" w:rsidRDefault="00564189" w:rsidP="00564189">
    <w:pPr>
      <w:jc w:val="center"/>
      <w:rPr>
        <w:lang w:val="el-GR"/>
      </w:rPr>
    </w:pPr>
    <w:r w:rsidRPr="00564189">
      <w:rPr>
        <w:color w:val="5A5A5A"/>
        <w:sz w:val="19"/>
        <w:lang w:val="el-GR"/>
      </w:rPr>
      <w:t xml:space="preserve">Νομοθετική βάση: ΚΥΑ Δ3(α) 52922/2025, ΦΕΚ Β΄ 230/22.01.2026, όπως διορθώθηκε, ιδίως άρθρα 9-10 και οι ειδικές απαιτήσεις που εφαρμόζονται στην </w:t>
    </w:r>
    <w:r>
      <w:rPr>
        <w:color w:val="5A5A5A"/>
        <w:sz w:val="19"/>
      </w:rPr>
      <w:t>PASS</w:t>
    </w:r>
    <w:r w:rsidRPr="00564189">
      <w:rPr>
        <w:color w:val="5A5A5A"/>
        <w:sz w:val="19"/>
        <w:lang w:val="el-GR"/>
      </w:rPr>
      <w:t xml:space="preserve"> / </w:t>
    </w:r>
    <w:r>
      <w:rPr>
        <w:color w:val="5A5A5A"/>
        <w:sz w:val="19"/>
      </w:rPr>
      <w:t>PAES</w:t>
    </w:r>
    <w:r w:rsidRPr="00564189">
      <w:rPr>
        <w:color w:val="5A5A5A"/>
        <w:sz w:val="19"/>
        <w:lang w:val="el-GR"/>
      </w:rPr>
      <w:t>.</w:t>
    </w:r>
  </w:p>
  <w:p w14:paraId="7109E96B" w14:textId="77777777" w:rsidR="00564189" w:rsidRPr="00564189" w:rsidRDefault="00564189">
    <w:pPr>
      <w:pStyle w:val="a6"/>
      <w:jc w:val="right"/>
      <w:rPr>
        <w:lang w:val="el-GR"/>
      </w:rPr>
    </w:pPr>
    <w:r>
      <w:rPr>
        <w:b/>
        <w:sz w:val="16"/>
      </w:rPr>
      <w:t>Κωδικός ΜΕΤΑΞΑ: Ε.ΚΜ2-3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B3F66" w14:textId="77777777" w:rsidR="00A92DED" w:rsidRDefault="00A92DED" w:rsidP="00564189">
      <w:r>
        <w:separator/>
      </w:r>
    </w:p>
  </w:footnote>
  <w:footnote w:type="continuationSeparator" w:id="0">
    <w:p w14:paraId="60D52577" w14:textId="77777777" w:rsidR="00A92DED" w:rsidRDefault="00A92DED" w:rsidP="00564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0477326">
    <w:abstractNumId w:val="8"/>
  </w:num>
  <w:num w:numId="2" w16cid:durableId="569460720">
    <w:abstractNumId w:val="6"/>
  </w:num>
  <w:num w:numId="3" w16cid:durableId="1738356220">
    <w:abstractNumId w:val="5"/>
  </w:num>
  <w:num w:numId="4" w16cid:durableId="1593854916">
    <w:abstractNumId w:val="4"/>
  </w:num>
  <w:num w:numId="5" w16cid:durableId="956911214">
    <w:abstractNumId w:val="7"/>
  </w:num>
  <w:num w:numId="6" w16cid:durableId="872039603">
    <w:abstractNumId w:val="3"/>
  </w:num>
  <w:num w:numId="7" w16cid:durableId="1304198273">
    <w:abstractNumId w:val="2"/>
  </w:num>
  <w:num w:numId="8" w16cid:durableId="648704172">
    <w:abstractNumId w:val="1"/>
  </w:num>
  <w:num w:numId="9" w16cid:durableId="1347365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3640"/>
    <w:rsid w:val="00034616"/>
    <w:rsid w:val="0006063C"/>
    <w:rsid w:val="00084BF9"/>
    <w:rsid w:val="0015074B"/>
    <w:rsid w:val="0029639D"/>
    <w:rsid w:val="00326F90"/>
    <w:rsid w:val="003429A4"/>
    <w:rsid w:val="003B334B"/>
    <w:rsid w:val="005252C3"/>
    <w:rsid w:val="00564189"/>
    <w:rsid w:val="00A92DED"/>
    <w:rsid w:val="00AA1D8D"/>
    <w:rsid w:val="00B47730"/>
    <w:rsid w:val="00C22E12"/>
    <w:rsid w:val="00CB0664"/>
    <w:rsid w:val="00D669A0"/>
    <w:rsid w:val="00F337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118448"/>
  <w14:defaultImageDpi w14:val="300"/>
  <w15:docId w15:val="{D3ABEC77-7872-4A66-8767-B6FC25737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Calibri" w:eastAsia="Calibri" w:hAnsi="Calibri"/>
      <w:sz w:val="21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337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Ελένη Πέτρακα</cp:lastModifiedBy>
  <cp:revision>7</cp:revision>
  <dcterms:created xsi:type="dcterms:W3CDTF">2013-12-23T23:15:00Z</dcterms:created>
  <dcterms:modified xsi:type="dcterms:W3CDTF">2026-10-05T11:46:00Z</dcterms:modified>
  <cp:category/>
</cp:coreProperties>
</file>