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216"/>
      </w:tblGrid>
      <w:tr w:rsidR="00F14464" w14:paraId="49817DE2" w14:textId="77777777">
        <w:trPr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0C0C3" w14:textId="77777777" w:rsidR="00F14464" w:rsidRDefault="00000000">
            <w:r>
              <w:rPr>
                <w:noProof/>
              </w:rPr>
              <w:drawing>
                <wp:inline distT="0" distB="0" distL="0" distR="0" wp14:anchorId="06C2D5DD" wp14:editId="5BD0F9AA">
                  <wp:extent cx="1211580" cy="540495"/>
                  <wp:effectExtent l="0" t="0" r="762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324" cy="547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5A1FB442" w14:textId="77777777" w:rsidR="00F14464" w:rsidRDefault="00000000">
            <w:pPr>
              <w:jc w:val="right"/>
            </w:pPr>
            <w:r>
              <w:rPr>
                <w:sz w:val="20"/>
              </w:rPr>
              <w:t>Ημερομηνία: ____ / ____ / ______</w:t>
            </w:r>
          </w:p>
          <w:p w14:paraId="0D532364" w14:textId="77777777" w:rsidR="00F14464" w:rsidRDefault="00000000">
            <w:pPr>
              <w:jc w:val="right"/>
            </w:pPr>
            <w:r>
              <w:rPr>
                <w:sz w:val="20"/>
              </w:rPr>
              <w:t>Αρ. Πρωτ. Νοσοκομείου: __________________</w:t>
            </w:r>
          </w:p>
        </w:tc>
      </w:tr>
    </w:tbl>
    <w:p w14:paraId="07C716AE" w14:textId="77777777" w:rsidR="00F14464" w:rsidRDefault="00000000">
      <w:pPr>
        <w:jc w:val="center"/>
      </w:pPr>
      <w:r>
        <w:rPr>
          <w:b/>
          <w:sz w:val="28"/>
        </w:rPr>
        <w:t>ΓΝΩΣΤΟΠΟΙΗΣΗ / ΑΙΤΗΜΑ ΤΡΟΠΟΠΟΙΗΣΗΣ ΚΛΙΝΙΚΗΣ ΜΕΛΕΤΗΣ</w:t>
      </w:r>
    </w:p>
    <w:p w14:paraId="7BBDC0F0" w14:textId="77777777" w:rsidR="00F14464" w:rsidRDefault="00000000">
      <w:pPr>
        <w:jc w:val="center"/>
        <w:rPr>
          <w:b/>
          <w:color w:val="1F4E79"/>
          <w:sz w:val="24"/>
          <w:lang w:val="el-GR"/>
        </w:rPr>
      </w:pPr>
      <w:r>
        <w:rPr>
          <w:b/>
          <w:color w:val="1F4E79"/>
          <w:sz w:val="24"/>
        </w:rPr>
        <w:t>ΜΗ ΠΑΡΕΜΒΑΤΙΚΗ ΜΕΛΕΤΗ ΜΕ ΦΑΡΜΑΚΟ</w:t>
      </w:r>
    </w:p>
    <w:p w14:paraId="44BE7C70" w14:textId="77777777" w:rsidR="009C2F25" w:rsidRPr="009C2F25" w:rsidRDefault="009C2F25">
      <w:pPr>
        <w:jc w:val="center"/>
        <w:rPr>
          <w:lang w:val="el-GR"/>
        </w:rPr>
      </w:pPr>
    </w:p>
    <w:tbl>
      <w:tblPr>
        <w:tblW w:w="0" w:type="auto"/>
        <w:tblInd w:w="5637" w:type="dxa"/>
        <w:tblLayout w:type="fixed"/>
        <w:tblLook w:val="04A0" w:firstRow="1" w:lastRow="0" w:firstColumn="1" w:lastColumn="0" w:noHBand="0" w:noVBand="1"/>
      </w:tblPr>
      <w:tblGrid>
        <w:gridCol w:w="850"/>
        <w:gridCol w:w="3969"/>
      </w:tblGrid>
      <w:tr w:rsidR="00F14464" w14:paraId="3AB3E8E6" w14:textId="77777777" w:rsidTr="0001757E">
        <w:tc>
          <w:tcPr>
            <w:tcW w:w="850" w:type="dxa"/>
            <w:tcBorders>
              <w:top w:val="single" w:sz="4" w:space="0" w:color="D9E5F2"/>
              <w:left w:val="single" w:sz="4" w:space="0" w:color="D9E5F2"/>
              <w:bottom w:val="single" w:sz="4" w:space="0" w:color="D9E5F2"/>
              <w:right w:val="single" w:sz="4" w:space="0" w:color="D9E5F2"/>
            </w:tcBorders>
            <w:shd w:val="clear" w:color="auto" w:fill="F5F9FC"/>
            <w:vAlign w:val="center"/>
          </w:tcPr>
          <w:p w14:paraId="399FAC14" w14:textId="77777777" w:rsidR="00F14464" w:rsidRDefault="00000000">
            <w:r>
              <w:rPr>
                <w:b/>
                <w:sz w:val="22"/>
              </w:rPr>
              <w:t>ΠΡΟΣ:</w:t>
            </w:r>
          </w:p>
        </w:tc>
        <w:tc>
          <w:tcPr>
            <w:tcW w:w="3969" w:type="dxa"/>
            <w:tcBorders>
              <w:top w:val="single" w:sz="4" w:space="0" w:color="D9E5F2"/>
              <w:left w:val="single" w:sz="4" w:space="0" w:color="D9E5F2"/>
              <w:bottom w:val="single" w:sz="4" w:space="0" w:color="D9E5F2"/>
              <w:right w:val="single" w:sz="4" w:space="0" w:color="D9E5F2"/>
            </w:tcBorders>
            <w:vAlign w:val="center"/>
          </w:tcPr>
          <w:p w14:paraId="3D993C87" w14:textId="322662B7" w:rsidR="00F14464" w:rsidRPr="009C2F25" w:rsidRDefault="009C2F25">
            <w:pPr>
              <w:rPr>
                <w:lang w:val="el-GR"/>
              </w:rPr>
            </w:pPr>
            <w:r>
              <w:rPr>
                <w:sz w:val="22"/>
                <w:lang w:val="el-GR"/>
              </w:rPr>
              <w:t>Επιστημονικό Συμβούλιο</w:t>
            </w:r>
          </w:p>
        </w:tc>
      </w:tr>
    </w:tbl>
    <w:p w14:paraId="6F23D9B0" w14:textId="77777777" w:rsidR="00F14464" w:rsidRPr="0001757E" w:rsidRDefault="00F14464">
      <w:pPr>
        <w:rPr>
          <w:lang w:val="el-GR"/>
        </w:rPr>
      </w:pP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17"/>
      </w:tblGrid>
      <w:tr w:rsidR="00F14464" w:rsidRPr="0001757E" w14:paraId="2FA78497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D631538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01757E">
              <w:rPr>
                <w:rFonts w:asciiTheme="majorHAnsi" w:hAnsiTheme="majorHAnsi" w:cstheme="majorHAnsi"/>
                <w:b/>
                <w:sz w:val="22"/>
              </w:rPr>
              <w:t>Αρχικός</w:t>
            </w:r>
            <w:proofErr w:type="spellEnd"/>
            <w:r w:rsidRPr="0001757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01757E">
              <w:rPr>
                <w:rFonts w:asciiTheme="majorHAnsi" w:hAnsiTheme="majorHAnsi" w:cstheme="majorHAnsi"/>
                <w:b/>
                <w:sz w:val="22"/>
              </w:rPr>
              <w:t>Αρ</w:t>
            </w:r>
            <w:proofErr w:type="spellEnd"/>
            <w:r w:rsidRPr="0001757E">
              <w:rPr>
                <w:rFonts w:asciiTheme="majorHAnsi" w:hAnsiTheme="majorHAnsi" w:cstheme="majorHAnsi"/>
                <w:b/>
                <w:sz w:val="22"/>
              </w:rPr>
              <w:t>. Πρωτ. Νοσοκομείου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D31EEEA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F14464" w:rsidRPr="0001757E" w14:paraId="2C28188F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489658D1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</w:rPr>
              <w:t>Τίτλος μελέτης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85B7409" w14:textId="77777777" w:rsidR="00F14464" w:rsidRPr="0001757E" w:rsidRDefault="00F14464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  <w:p w14:paraId="7A82C73F" w14:textId="77777777" w:rsidR="0001757E" w:rsidRPr="0001757E" w:rsidRDefault="0001757E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  <w:p w14:paraId="7D6B71F7" w14:textId="77777777" w:rsidR="0001757E" w:rsidRPr="0001757E" w:rsidRDefault="0001757E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  <w:p w14:paraId="4ADA1A19" w14:textId="7B06C9F1" w:rsidR="0001757E" w:rsidRPr="0001757E" w:rsidRDefault="0001757E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F14464" w:rsidRPr="0001757E" w14:paraId="6442D71C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942F9DF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</w:rPr>
              <w:t>Κωδικός πρωτοκόλλου / έκδοση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978A446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F14464" w:rsidRPr="0001757E" w14:paraId="41F87567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434A86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</w:rPr>
              <w:t>Κύριος Ερευνητής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78EF275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F14464" w:rsidRPr="0001757E" w14:paraId="25D5927A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73BCD6D8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</w:rPr>
              <w:t>Χορηγός / CRO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E8B01EC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</w:tbl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0318"/>
      </w:tblGrid>
      <w:tr w:rsidR="00F14464" w:rsidRPr="0001757E" w14:paraId="6230265A" w14:textId="77777777" w:rsidTr="0001757E">
        <w:trPr>
          <w:jc w:val="center"/>
        </w:trPr>
        <w:tc>
          <w:tcPr>
            <w:tcW w:w="10318" w:type="dxa"/>
            <w:shd w:val="clear" w:color="auto" w:fill="DBE5F1" w:themeFill="accent1" w:themeFillTint="33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0D6120B3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</w:rPr>
              <w:t>ΧΑΡΑΚΤΗΡΙΣΜΟΣ ΚΑΙ ΠΕΡΙΓΡΑΦΗ ΤΡΟΠΟΠΟΙΗΣΗΣ</w:t>
            </w:r>
          </w:p>
        </w:tc>
      </w:tr>
    </w:tbl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5443"/>
      </w:tblGrid>
      <w:tr w:rsidR="00F14464" w:rsidRPr="0001757E" w14:paraId="20ED23CB" w14:textId="77777777">
        <w:trPr>
          <w:jc w:val="center"/>
        </w:trPr>
        <w:tc>
          <w:tcPr>
            <w:tcW w:w="4876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C3C34CB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</w:rPr>
              <w:t>Χαρα</w:t>
            </w:r>
            <w:proofErr w:type="spellStart"/>
            <w:r w:rsidRPr="0001757E">
              <w:rPr>
                <w:rFonts w:asciiTheme="majorHAnsi" w:hAnsiTheme="majorHAnsi" w:cstheme="majorHAnsi"/>
                <w:b/>
                <w:sz w:val="22"/>
              </w:rPr>
              <w:t>κτηρισμός</w:t>
            </w:r>
            <w:proofErr w:type="spellEnd"/>
            <w:r w:rsidRPr="0001757E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01757E">
              <w:rPr>
                <w:rFonts w:asciiTheme="majorHAnsi" w:hAnsiTheme="majorHAnsi" w:cstheme="majorHAnsi"/>
                <w:b/>
                <w:sz w:val="22"/>
              </w:rPr>
              <w:t>τρο</w:t>
            </w:r>
            <w:proofErr w:type="spellEnd"/>
            <w:r w:rsidRPr="0001757E">
              <w:rPr>
                <w:rFonts w:asciiTheme="majorHAnsi" w:hAnsiTheme="majorHAnsi" w:cstheme="majorHAnsi"/>
                <w:b/>
                <w:sz w:val="22"/>
              </w:rPr>
              <w:t>ποποίησης</w:t>
            </w:r>
          </w:p>
        </w:tc>
        <w:tc>
          <w:tcPr>
            <w:tcW w:w="5443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CC23160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  <w:r w:rsidRPr="0001757E">
              <w:rPr>
                <w:rFonts w:asciiTheme="majorHAnsi" w:hAnsiTheme="majorHAnsi" w:cstheme="majorHAnsi"/>
                <w:sz w:val="22"/>
              </w:rPr>
              <w:t xml:space="preserve"> ΟΥΣΙΩΔΗΣ    </w:t>
            </w: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  <w:r w:rsidRPr="0001757E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01757E">
              <w:rPr>
                <w:rFonts w:cs="Calibri"/>
                <w:sz w:val="22"/>
              </w:rPr>
              <w:t>ΜΗ</w:t>
            </w:r>
            <w:r w:rsidRPr="0001757E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01757E">
              <w:rPr>
                <w:rFonts w:cs="Calibri"/>
                <w:sz w:val="22"/>
              </w:rPr>
              <w:t>ΟΥΣΙΩΔΗΣ</w:t>
            </w:r>
          </w:p>
        </w:tc>
      </w:tr>
    </w:tbl>
    <w:p w14:paraId="1DC6A283" w14:textId="77777777" w:rsidR="00F14464" w:rsidRPr="0001757E" w:rsidRDefault="00000000">
      <w:pPr>
        <w:rPr>
          <w:rFonts w:asciiTheme="majorHAnsi" w:hAnsiTheme="majorHAnsi" w:cstheme="majorHAnsi"/>
          <w:sz w:val="22"/>
          <w:lang w:val="el-GR"/>
        </w:rPr>
      </w:pPr>
      <w:r w:rsidRPr="0001757E">
        <w:rPr>
          <w:rFonts w:asciiTheme="majorHAnsi" w:hAnsiTheme="majorHAnsi" w:cstheme="majorHAnsi"/>
          <w:b/>
          <w:sz w:val="22"/>
          <w:lang w:val="el-GR"/>
        </w:rPr>
        <w:t>Η τροποποίηση αφορά (σημειώστε όσα εφαρμόζονται):</w:t>
      </w:r>
    </w:p>
    <w:p w14:paraId="68554ADD" w14:textId="77777777" w:rsidR="00F14464" w:rsidRPr="0001757E" w:rsidRDefault="00000000">
      <w:pPr>
        <w:rPr>
          <w:rFonts w:asciiTheme="majorHAnsi" w:hAnsiTheme="majorHAnsi" w:cstheme="majorHAnsi"/>
          <w:sz w:val="22"/>
          <w:lang w:val="el-GR"/>
        </w:rPr>
      </w:pPr>
      <w:r w:rsidRPr="0001757E">
        <w:rPr>
          <w:rFonts w:ascii="Segoe UI Symbol" w:hAnsi="Segoe UI Symbol" w:cs="Segoe UI Symbol"/>
          <w:sz w:val="22"/>
          <w:lang w:val="el-GR"/>
        </w:rPr>
        <w:t>☐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Πρωτόκολλο / σχέδιο   </w:t>
      </w:r>
      <w:r w:rsidRPr="0001757E">
        <w:rPr>
          <w:rFonts w:ascii="Segoe UI Symbol" w:hAnsi="Segoe UI Symbol" w:cs="Segoe UI Symbol"/>
          <w:sz w:val="22"/>
          <w:lang w:val="el-GR"/>
        </w:rPr>
        <w:t>☐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Κύριο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Ερευνητή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  </w:t>
      </w:r>
      <w:r w:rsidRPr="0001757E">
        <w:rPr>
          <w:rFonts w:ascii="Segoe UI Symbol" w:hAnsi="Segoe UI Symbol" w:cs="Segoe UI Symbol"/>
          <w:sz w:val="22"/>
          <w:lang w:val="el-GR"/>
        </w:rPr>
        <w:t>☐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Ερευνητική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ομάδα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  </w:t>
      </w:r>
      <w:r w:rsidRPr="0001757E">
        <w:rPr>
          <w:rFonts w:ascii="Segoe UI Symbol" w:hAnsi="Segoe UI Symbol" w:cs="Segoe UI Symbol"/>
          <w:sz w:val="22"/>
          <w:lang w:val="el-GR"/>
        </w:rPr>
        <w:t>☐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Διάρκεια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  </w:t>
      </w:r>
      <w:r w:rsidRPr="0001757E">
        <w:rPr>
          <w:rFonts w:ascii="Segoe UI Symbol" w:hAnsi="Segoe UI Symbol" w:cs="Segoe UI Symbol"/>
          <w:sz w:val="22"/>
          <w:lang w:val="el-GR"/>
        </w:rPr>
        <w:t>☐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Σύμβαση</w:t>
      </w:r>
    </w:p>
    <w:p w14:paraId="2B25E0DF" w14:textId="77777777" w:rsidR="00F14464" w:rsidRPr="0001757E" w:rsidRDefault="00000000">
      <w:pPr>
        <w:rPr>
          <w:rFonts w:asciiTheme="majorHAnsi" w:hAnsiTheme="majorHAnsi" w:cstheme="majorHAnsi"/>
          <w:sz w:val="22"/>
          <w:lang w:val="el-GR"/>
        </w:rPr>
      </w:pPr>
      <w:r w:rsidRPr="0001757E">
        <w:rPr>
          <w:rFonts w:ascii="Segoe UI Symbol" w:hAnsi="Segoe UI Symbol" w:cs="Segoe UI Symbol"/>
          <w:sz w:val="22"/>
          <w:lang w:val="el-GR"/>
        </w:rPr>
        <w:t>☐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Προϋπολογισμό / αμοιβές   </w:t>
      </w:r>
      <w:r w:rsidRPr="0001757E">
        <w:rPr>
          <w:rFonts w:ascii="Segoe UI Symbol" w:hAnsi="Segoe UI Symbol" w:cs="Segoe UI Symbol"/>
          <w:sz w:val="22"/>
          <w:lang w:val="el-GR"/>
        </w:rPr>
        <w:t>☐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Εργαστηριακές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εξετάσεις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  </w:t>
      </w:r>
      <w:r w:rsidRPr="0001757E">
        <w:rPr>
          <w:rFonts w:ascii="Segoe UI Symbol" w:hAnsi="Segoe UI Symbol" w:cs="Segoe UI Symbol"/>
          <w:sz w:val="22"/>
          <w:lang w:val="el-GR"/>
        </w:rPr>
        <w:t>☐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Έντυπα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συμμετεχόντων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  </w:t>
      </w:r>
      <w:r w:rsidRPr="0001757E">
        <w:rPr>
          <w:rFonts w:ascii="Segoe UI Symbol" w:hAnsi="Segoe UI Symbol" w:cs="Segoe UI Symbol"/>
          <w:sz w:val="22"/>
          <w:lang w:val="el-GR"/>
        </w:rPr>
        <w:t>☐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Ασφάλιση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  </w:t>
      </w:r>
      <w:r w:rsidRPr="0001757E">
        <w:rPr>
          <w:rFonts w:ascii="Segoe UI Symbol" w:hAnsi="Segoe UI Symbol" w:cs="Segoe UI Symbol"/>
          <w:sz w:val="22"/>
          <w:lang w:val="el-GR"/>
        </w:rPr>
        <w:t>☐</w:t>
      </w:r>
      <w:r w:rsidRPr="0001757E">
        <w:rPr>
          <w:rFonts w:asciiTheme="majorHAnsi" w:hAnsiTheme="majorHAnsi" w:cstheme="majorHAnsi"/>
          <w:sz w:val="22"/>
          <w:lang w:val="el-GR"/>
        </w:rPr>
        <w:t xml:space="preserve"> </w:t>
      </w:r>
      <w:r w:rsidRPr="0001757E">
        <w:rPr>
          <w:rFonts w:cs="Calibri"/>
          <w:sz w:val="22"/>
          <w:lang w:val="el-GR"/>
        </w:rPr>
        <w:t>Άλλο</w:t>
      </w:r>
      <w:r w:rsidRPr="0001757E">
        <w:rPr>
          <w:rFonts w:asciiTheme="majorHAnsi" w:hAnsiTheme="majorHAnsi" w:cstheme="majorHAnsi"/>
          <w:sz w:val="22"/>
          <w:lang w:val="el-GR"/>
        </w:rPr>
        <w:t>: __________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F14464" w:rsidRPr="00427AFA" w14:paraId="4B37AA28" w14:textId="77777777" w:rsidTr="0001757E">
        <w:trPr>
          <w:jc w:val="center"/>
        </w:trPr>
        <w:tc>
          <w:tcPr>
            <w:tcW w:w="10348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73083A8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  <w:lang w:val="el-GR"/>
              </w:rPr>
              <w:t>Σύντομη περιγραφή της τροποποίησης και αιτιολογία</w:t>
            </w:r>
          </w:p>
        </w:tc>
      </w:tr>
      <w:tr w:rsidR="00F14464" w:rsidRPr="0001757E" w14:paraId="3D89FA08" w14:textId="77777777" w:rsidTr="0001757E">
        <w:trPr>
          <w:jc w:val="center"/>
        </w:trPr>
        <w:tc>
          <w:tcPr>
            <w:tcW w:w="1034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187B07A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sz w:val="22"/>
              </w:rPr>
              <w:t>________________________________________________________________________________</w:t>
            </w:r>
            <w:r w:rsidRPr="0001757E">
              <w:rPr>
                <w:rFonts w:asciiTheme="majorHAnsi" w:hAnsiTheme="majorHAnsi" w:cstheme="majorHAnsi"/>
                <w:sz w:val="22"/>
              </w:rPr>
              <w:br/>
              <w:t>________________________________________________________________________________</w:t>
            </w:r>
          </w:p>
        </w:tc>
      </w:tr>
      <w:tr w:rsidR="00F14464" w:rsidRPr="0001757E" w14:paraId="3BAAE346" w14:textId="77777777" w:rsidTr="0001757E">
        <w:trPr>
          <w:jc w:val="center"/>
        </w:trPr>
        <w:tc>
          <w:tcPr>
            <w:tcW w:w="10348" w:type="dxa"/>
            <w:shd w:val="clear" w:color="auto" w:fill="DBE5F1" w:themeFill="accent1" w:themeFillTint="33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7149EA35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</w:rPr>
              <w:t>ΕΠΙΣΥΝΑΠΤΟΜΕΝΑ ΔΙΚΑΙΟΛΟΓΗΤΙΚΑ</w:t>
            </w:r>
          </w:p>
        </w:tc>
      </w:tr>
    </w:tbl>
    <w:p w14:paraId="25DDBD30" w14:textId="77777777" w:rsidR="00F14464" w:rsidRPr="0001757E" w:rsidRDefault="00000000">
      <w:pPr>
        <w:jc w:val="center"/>
        <w:rPr>
          <w:rFonts w:asciiTheme="majorHAnsi" w:hAnsiTheme="majorHAnsi" w:cstheme="majorHAnsi"/>
          <w:sz w:val="22"/>
          <w:lang w:val="el-GR"/>
        </w:rPr>
      </w:pPr>
      <w:r w:rsidRPr="0001757E">
        <w:rPr>
          <w:rFonts w:asciiTheme="majorHAnsi" w:hAnsiTheme="majorHAnsi" w:cstheme="majorHAnsi"/>
          <w:b/>
          <w:sz w:val="22"/>
          <w:lang w:val="el-GR"/>
        </w:rPr>
        <w:t>Παρακαλείσθε να σημειώσετε υποχρεωτικά ΝΑΙ / ΟΧΙ / ΔΕΝ ΕΦΑΡΜΟΖΕΤΑΙ για κάθε στοιχείο.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94"/>
        <w:gridCol w:w="765"/>
        <w:gridCol w:w="765"/>
        <w:gridCol w:w="765"/>
      </w:tblGrid>
      <w:tr w:rsidR="0001757E" w:rsidRPr="0001757E" w14:paraId="0C010038" w14:textId="77777777" w:rsidTr="0001757E">
        <w:trPr>
          <w:tblHeader/>
          <w:jc w:val="center"/>
        </w:trPr>
        <w:tc>
          <w:tcPr>
            <w:tcW w:w="7994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6AF9C39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01757E">
              <w:rPr>
                <w:rFonts w:asciiTheme="majorHAnsi" w:hAnsiTheme="majorHAnsi" w:cstheme="majorHAnsi"/>
                <w:b/>
                <w:sz w:val="22"/>
              </w:rPr>
              <w:t>Δικ</w:t>
            </w:r>
            <w:proofErr w:type="spellEnd"/>
            <w:r w:rsidRPr="0001757E">
              <w:rPr>
                <w:rFonts w:asciiTheme="majorHAnsi" w:hAnsiTheme="majorHAnsi" w:cstheme="majorHAnsi"/>
                <w:b/>
                <w:sz w:val="22"/>
              </w:rPr>
              <w:t xml:space="preserve">αιολογητικό / </w:t>
            </w:r>
            <w:proofErr w:type="spellStart"/>
            <w:r w:rsidRPr="0001757E">
              <w:rPr>
                <w:rFonts w:asciiTheme="majorHAnsi" w:hAnsiTheme="majorHAnsi" w:cstheme="majorHAnsi"/>
                <w:b/>
                <w:sz w:val="22"/>
              </w:rPr>
              <w:t>στοιχείο</w:t>
            </w:r>
            <w:proofErr w:type="spellEnd"/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A0922FA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</w:rPr>
              <w:t>ΝΑΙ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B8FBCB8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</w:rPr>
              <w:t>ΟΧΙ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447A7E6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Theme="majorHAnsi" w:hAnsiTheme="majorHAnsi" w:cstheme="majorHAnsi"/>
                <w:b/>
                <w:sz w:val="22"/>
              </w:rPr>
              <w:t>Δ/Ε</w:t>
            </w:r>
          </w:p>
        </w:tc>
      </w:tr>
      <w:tr w:rsidR="00F14464" w:rsidRPr="0001757E" w14:paraId="51A51EBC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D7219C5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01757E">
              <w:rPr>
                <w:rFonts w:asciiTheme="majorHAnsi" w:hAnsiTheme="majorHAnsi" w:cstheme="majorHAnsi"/>
                <w:sz w:val="22"/>
                <w:lang w:val="el-GR"/>
              </w:rPr>
              <w:t>Τροποποιημένα έντυπα / παραρτήματα που επηρεάζονται από τη μεταβολή.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D536199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2D40BEA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BD9E7F9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14464" w:rsidRPr="0001757E" w14:paraId="16D72A52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69905FC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01757E">
              <w:rPr>
                <w:rFonts w:asciiTheme="majorHAnsi" w:hAnsiTheme="majorHAnsi" w:cstheme="majorHAnsi"/>
                <w:sz w:val="22"/>
                <w:lang w:val="el-GR"/>
              </w:rPr>
              <w:t>Τροποποιημένη σύμβαση και επηρεαζόμενα παραρτήματα, εφόσον η τροποποίηση είναι ουσιώδης για τη σύμβαση.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7877FC4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43D7FA3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6564663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14464" w:rsidRPr="0001757E" w14:paraId="471F7A17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77F43E9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01757E">
              <w:rPr>
                <w:rFonts w:asciiTheme="majorHAnsi" w:hAnsiTheme="majorHAnsi" w:cstheme="majorHAnsi"/>
                <w:sz w:val="22"/>
                <w:lang w:val="el-GR"/>
              </w:rPr>
              <w:t>Τροποποιημένο πρωτόκολλο / ερευνητικό σχέδιο, όπου επηρεάζεται.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85D1D5B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73C127D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69E0481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14464" w:rsidRPr="0001757E" w14:paraId="72FDDE2B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D9BAB29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01757E">
              <w:rPr>
                <w:rFonts w:asciiTheme="majorHAnsi" w:hAnsiTheme="majorHAnsi" w:cstheme="majorHAnsi"/>
                <w:sz w:val="22"/>
                <w:lang w:val="el-GR"/>
              </w:rPr>
              <w:t>Τροποποιημένο Ενημερωτικό Έντυπο / Έντυπο Συγκατάθεσης, όπου επηρεάζεται.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801FF76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FB23B36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39695CD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14464" w:rsidRPr="0001757E" w14:paraId="20B45C20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0410BD7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proofErr w:type="spellStart"/>
            <w:r w:rsidRPr="0001757E">
              <w:rPr>
                <w:rFonts w:asciiTheme="majorHAnsi" w:hAnsiTheme="majorHAnsi" w:cstheme="majorHAnsi"/>
                <w:sz w:val="22"/>
                <w:lang w:val="el-GR"/>
              </w:rPr>
              <w:t>Επικαιροποιημένος</w:t>
            </w:r>
            <w:proofErr w:type="spellEnd"/>
            <w:r w:rsidRPr="0001757E">
              <w:rPr>
                <w:rFonts w:asciiTheme="majorHAnsi" w:hAnsiTheme="majorHAnsi" w:cstheme="majorHAnsi"/>
                <w:sz w:val="22"/>
                <w:lang w:val="el-GR"/>
              </w:rPr>
              <w:t xml:space="preserve"> Προϋπολογισμός / αμοιβές / εργαστηριακές εξετάσεις, όπου επηρεάζονται.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A6FE018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0F4B9E9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78CD42B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F14464" w:rsidRPr="0001757E" w14:paraId="525A586F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23EFDAF" w14:textId="77777777" w:rsidR="00F14464" w:rsidRPr="0001757E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01757E">
              <w:rPr>
                <w:rFonts w:asciiTheme="majorHAnsi" w:hAnsiTheme="majorHAnsi" w:cstheme="majorHAnsi"/>
                <w:sz w:val="22"/>
                <w:lang w:val="el-GR"/>
              </w:rPr>
              <w:t>Νέα ή τροποποιημένη έγκριση / γνωστοποίηση ΕΟΦ, όπου απαιτείται.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596F60C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B69EB2D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96FD564" w14:textId="77777777" w:rsidR="00F14464" w:rsidRPr="0001757E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01757E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6EFF84F2" w14:textId="77777777" w:rsidR="00F14464" w:rsidRDefault="00000000">
      <w:pPr>
        <w:spacing w:before="60"/>
        <w:rPr>
          <w:sz w:val="19"/>
          <w:lang w:val="el-GR"/>
        </w:rPr>
      </w:pPr>
      <w:r w:rsidRPr="0001757E">
        <w:rPr>
          <w:b/>
          <w:sz w:val="19"/>
          <w:lang w:val="el-GR"/>
        </w:rPr>
        <w:t xml:space="preserve">Δήλωση: </w:t>
      </w:r>
      <w:r w:rsidRPr="0001757E">
        <w:rPr>
          <w:sz w:val="19"/>
          <w:lang w:val="el-GR"/>
        </w:rPr>
        <w:t>Η μεταβολή δεν εφαρμόζεται πριν ολοκληρωθούν οι απαιτούμενες εγκρίσεις, γνωμοδοτήσεις, γνωστοποιήσεις και/ή υπογραφές που αντιστοιχούν στον συγκεκριμένο τύπο μελέτης.</w:t>
      </w:r>
    </w:p>
    <w:p w14:paraId="449A3349" w14:textId="77777777" w:rsidR="0001757E" w:rsidRPr="0001757E" w:rsidRDefault="0001757E">
      <w:pPr>
        <w:spacing w:before="60"/>
        <w:rPr>
          <w:lang w:val="el-GR"/>
        </w:rPr>
      </w:pP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5301"/>
        <w:gridCol w:w="5301"/>
      </w:tblGrid>
      <w:tr w:rsidR="00F14464" w14:paraId="2D553D95" w14:textId="77777777">
        <w:trPr>
          <w:jc w:val="center"/>
        </w:trPr>
        <w:tc>
          <w:tcPr>
            <w:tcW w:w="5301" w:type="dxa"/>
            <w:shd w:val="clear" w:color="auto" w:fill="EEF5F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B9C23F6" w14:textId="77777777" w:rsidR="00F14464" w:rsidRDefault="00000000">
            <w:proofErr w:type="spellStart"/>
            <w:r>
              <w:rPr>
                <w:b/>
              </w:rPr>
              <w:t>Κύριος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Ερευνητής</w:t>
            </w:r>
            <w:proofErr w:type="spellEnd"/>
          </w:p>
        </w:tc>
        <w:tc>
          <w:tcPr>
            <w:tcW w:w="5301" w:type="dxa"/>
            <w:shd w:val="clear" w:color="auto" w:fill="EEF5F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01C6B83" w14:textId="77777777" w:rsidR="00F14464" w:rsidRDefault="00000000">
            <w:r>
              <w:rPr>
                <w:b/>
              </w:rPr>
              <w:t>Χορηγός / CRO, όπου εφαρμόζεται</w:t>
            </w:r>
          </w:p>
        </w:tc>
      </w:tr>
      <w:tr w:rsidR="00F14464" w14:paraId="226351B0" w14:textId="77777777">
        <w:trPr>
          <w:jc w:val="center"/>
        </w:trPr>
        <w:tc>
          <w:tcPr>
            <w:tcW w:w="5301" w:type="dxa"/>
          </w:tcPr>
          <w:p w14:paraId="0C165444" w14:textId="77777777" w:rsidR="00F14464" w:rsidRDefault="00000000">
            <w:pPr>
              <w:rPr>
                <w:sz w:val="19"/>
                <w:lang w:val="el-GR"/>
              </w:rPr>
            </w:pPr>
            <w:proofErr w:type="spellStart"/>
            <w:r>
              <w:rPr>
                <w:sz w:val="19"/>
              </w:rPr>
              <w:t>Ονομ</w:t>
            </w:r>
            <w:proofErr w:type="spellEnd"/>
            <w:r>
              <w:rPr>
                <w:sz w:val="19"/>
              </w:rPr>
              <w:t>ατεπώνυμο / Υπ</w:t>
            </w:r>
            <w:proofErr w:type="spellStart"/>
            <w:r>
              <w:rPr>
                <w:sz w:val="19"/>
              </w:rPr>
              <w:t>ογρ</w:t>
            </w:r>
            <w:proofErr w:type="spellEnd"/>
            <w:r>
              <w:rPr>
                <w:sz w:val="19"/>
              </w:rPr>
              <w:t>αφή: ____________________</w:t>
            </w:r>
          </w:p>
          <w:p w14:paraId="7FE4E611" w14:textId="77777777" w:rsidR="0001757E" w:rsidRDefault="0001757E">
            <w:pPr>
              <w:rPr>
                <w:sz w:val="19"/>
                <w:lang w:val="el-GR"/>
              </w:rPr>
            </w:pPr>
          </w:p>
          <w:p w14:paraId="3FDF1AB2" w14:textId="77777777" w:rsidR="0001757E" w:rsidRDefault="0001757E">
            <w:pPr>
              <w:rPr>
                <w:sz w:val="19"/>
                <w:lang w:val="el-GR"/>
              </w:rPr>
            </w:pPr>
          </w:p>
          <w:p w14:paraId="1630BBE5" w14:textId="77777777" w:rsidR="0001757E" w:rsidRDefault="0001757E">
            <w:pPr>
              <w:rPr>
                <w:sz w:val="19"/>
                <w:lang w:val="el-GR"/>
              </w:rPr>
            </w:pPr>
          </w:p>
          <w:p w14:paraId="3A28516D" w14:textId="77777777" w:rsidR="0001757E" w:rsidRPr="0001757E" w:rsidRDefault="0001757E">
            <w:pPr>
              <w:rPr>
                <w:lang w:val="el-GR"/>
              </w:rPr>
            </w:pPr>
          </w:p>
        </w:tc>
        <w:tc>
          <w:tcPr>
            <w:tcW w:w="5301" w:type="dxa"/>
          </w:tcPr>
          <w:p w14:paraId="37C88356" w14:textId="77777777" w:rsidR="00F14464" w:rsidRDefault="00000000">
            <w:proofErr w:type="spellStart"/>
            <w:r>
              <w:rPr>
                <w:sz w:val="19"/>
              </w:rPr>
              <w:t>Ονομ</w:t>
            </w:r>
            <w:proofErr w:type="spellEnd"/>
            <w:r>
              <w:rPr>
                <w:sz w:val="19"/>
              </w:rPr>
              <w:t>ατεπώνυμο / Υπ</w:t>
            </w:r>
            <w:proofErr w:type="spellStart"/>
            <w:r>
              <w:rPr>
                <w:sz w:val="19"/>
              </w:rPr>
              <w:t>ογρ</w:t>
            </w:r>
            <w:proofErr w:type="spellEnd"/>
            <w:r>
              <w:rPr>
                <w:sz w:val="19"/>
              </w:rPr>
              <w:t>αφή: ____________________</w:t>
            </w:r>
          </w:p>
        </w:tc>
      </w:tr>
    </w:tbl>
    <w:p w14:paraId="57417F70" w14:textId="08F0BCE0" w:rsidR="00F14464" w:rsidRPr="0001757E" w:rsidRDefault="00F14464" w:rsidP="0001757E">
      <w:pPr>
        <w:jc w:val="center"/>
        <w:rPr>
          <w:lang w:val="el-GR"/>
        </w:rPr>
      </w:pPr>
    </w:p>
    <w:sectPr w:rsidR="00F14464" w:rsidRPr="0001757E" w:rsidSect="00034616">
      <w:footerReference w:type="default" r:id="rId9"/>
      <w:pgSz w:w="11906" w:h="16838"/>
      <w:pgMar w:top="425" w:right="652" w:bottom="425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F2DD7" w14:textId="77777777" w:rsidR="00A37FEE" w:rsidRDefault="00A37FEE" w:rsidP="0001757E">
      <w:r>
        <w:separator/>
      </w:r>
    </w:p>
  </w:endnote>
  <w:endnote w:type="continuationSeparator" w:id="0">
    <w:p w14:paraId="01762689" w14:textId="77777777" w:rsidR="00A37FEE" w:rsidRDefault="00A37FEE" w:rsidP="00017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0B74" w14:textId="77777777" w:rsidR="0001757E" w:rsidRPr="0001757E" w:rsidRDefault="0001757E" w:rsidP="0001757E">
    <w:pPr>
      <w:jc w:val="center"/>
      <w:rPr>
        <w:lang w:val="el-GR"/>
      </w:rPr>
    </w:pPr>
    <w:r w:rsidRPr="0001757E">
      <w:rPr>
        <w:color w:val="5A5A5A"/>
        <w:sz w:val="19"/>
        <w:lang w:val="el-GR"/>
      </w:rPr>
      <w:t>Νομοθετική βάση: ΚΥΑ Δ3(α) 52922/2025, ΦΕΚ Β΄ 230/22.01.2026, όπως διορθώθηκε, ιδίως άρθρα 9-10.</w:t>
    </w:r>
  </w:p>
  <w:p w14:paraId="2E4B3EA7" w14:textId="77777777" w:rsidR="0001757E" w:rsidRPr="0001757E" w:rsidRDefault="0001757E">
    <w:pPr>
      <w:pStyle w:val="a6"/>
      <w:jc w:val="right"/>
      <w:rPr>
        <w:lang w:val="el-GR"/>
      </w:rPr>
    </w:pPr>
    <w:r>
      <w:rPr>
        <w:b/>
        <w:sz w:val="16"/>
      </w:rPr>
      <w:t>Κωδικός ΜΕΤΑΞΑ: Ε.ΚΜ2-2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5757C" w14:textId="77777777" w:rsidR="00A37FEE" w:rsidRDefault="00A37FEE" w:rsidP="0001757E">
      <w:r>
        <w:separator/>
      </w:r>
    </w:p>
  </w:footnote>
  <w:footnote w:type="continuationSeparator" w:id="0">
    <w:p w14:paraId="023A33E4" w14:textId="77777777" w:rsidR="00A37FEE" w:rsidRDefault="00A37FEE" w:rsidP="00017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3330464">
    <w:abstractNumId w:val="8"/>
  </w:num>
  <w:num w:numId="2" w16cid:durableId="682785942">
    <w:abstractNumId w:val="6"/>
  </w:num>
  <w:num w:numId="3" w16cid:durableId="1494685859">
    <w:abstractNumId w:val="5"/>
  </w:num>
  <w:num w:numId="4" w16cid:durableId="144319807">
    <w:abstractNumId w:val="4"/>
  </w:num>
  <w:num w:numId="5" w16cid:durableId="532884362">
    <w:abstractNumId w:val="7"/>
  </w:num>
  <w:num w:numId="6" w16cid:durableId="592275368">
    <w:abstractNumId w:val="3"/>
  </w:num>
  <w:num w:numId="7" w16cid:durableId="357046305">
    <w:abstractNumId w:val="2"/>
  </w:num>
  <w:num w:numId="8" w16cid:durableId="1780297224">
    <w:abstractNumId w:val="1"/>
  </w:num>
  <w:num w:numId="9" w16cid:durableId="782187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57E"/>
    <w:rsid w:val="00034616"/>
    <w:rsid w:val="0006063C"/>
    <w:rsid w:val="0015074B"/>
    <w:rsid w:val="0029639D"/>
    <w:rsid w:val="00326F90"/>
    <w:rsid w:val="00427AFA"/>
    <w:rsid w:val="00777AB5"/>
    <w:rsid w:val="00871624"/>
    <w:rsid w:val="00921F4B"/>
    <w:rsid w:val="009438CC"/>
    <w:rsid w:val="009C2F25"/>
    <w:rsid w:val="00A37FEE"/>
    <w:rsid w:val="00AA1D8D"/>
    <w:rsid w:val="00B45318"/>
    <w:rsid w:val="00B47730"/>
    <w:rsid w:val="00CB0664"/>
    <w:rsid w:val="00E15D90"/>
    <w:rsid w:val="00F14464"/>
    <w:rsid w:val="00F4428A"/>
    <w:rsid w:val="00F85C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D95A7B"/>
  <w14:defaultImageDpi w14:val="300"/>
  <w15:docId w15:val="{0CDF713B-3660-40E1-8B0B-84E511E7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330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9</cp:revision>
  <dcterms:created xsi:type="dcterms:W3CDTF">2013-12-23T23:15:00Z</dcterms:created>
  <dcterms:modified xsi:type="dcterms:W3CDTF">2026-10-05T11:45:00Z</dcterms:modified>
  <cp:category/>
</cp:coreProperties>
</file>