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5216"/>
      </w:tblGrid>
      <w:tr w:rsidR="0097367B" w14:paraId="542733D7" w14:textId="77777777">
        <w:trPr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EDEFF" w14:textId="77777777" w:rsidR="0097367B" w:rsidRDefault="00000000">
            <w:r>
              <w:rPr>
                <w:noProof/>
              </w:rPr>
              <w:drawing>
                <wp:inline distT="0" distB="0" distL="0" distR="0" wp14:anchorId="636E529F" wp14:editId="09C718D0">
                  <wp:extent cx="975360" cy="435116"/>
                  <wp:effectExtent l="0" t="0" r="0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126" cy="442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362DA698" w14:textId="77777777" w:rsidR="0097367B" w:rsidRDefault="00000000">
            <w:pPr>
              <w:jc w:val="right"/>
            </w:pPr>
            <w:r>
              <w:rPr>
                <w:sz w:val="20"/>
              </w:rPr>
              <w:t>Ημερομηνία: ____ / ____ / ______</w:t>
            </w:r>
          </w:p>
          <w:p w14:paraId="105CD36A" w14:textId="77777777" w:rsidR="0097367B" w:rsidRDefault="00000000">
            <w:pPr>
              <w:jc w:val="right"/>
            </w:pPr>
            <w:r>
              <w:rPr>
                <w:sz w:val="20"/>
              </w:rPr>
              <w:t>Αρ. Πρωτ. Νοσοκομείου: __________________</w:t>
            </w:r>
          </w:p>
        </w:tc>
      </w:tr>
    </w:tbl>
    <w:p w14:paraId="7EFCB0FE" w14:textId="77777777" w:rsidR="0097367B" w:rsidRDefault="00000000">
      <w:pPr>
        <w:jc w:val="center"/>
      </w:pPr>
      <w:r>
        <w:rPr>
          <w:b/>
          <w:sz w:val="28"/>
        </w:rPr>
        <w:t>ΓΝΩΣΤΟΠΟΙΗΣΗ / ΑΙΤΗΜΑ ΤΡΟΠΟΠΟΙΗΣΗΣ ΚΛΙΝΙΚΗΣ ΜΕΛΕΤΗΣ</w:t>
      </w:r>
    </w:p>
    <w:p w14:paraId="3F1F0413" w14:textId="77777777" w:rsidR="0097367B" w:rsidRDefault="00000000">
      <w:pPr>
        <w:jc w:val="center"/>
        <w:rPr>
          <w:b/>
          <w:color w:val="1F4E79"/>
          <w:sz w:val="24"/>
          <w:lang w:val="el-GR"/>
        </w:rPr>
      </w:pPr>
      <w:r>
        <w:rPr>
          <w:b/>
          <w:color w:val="1F4E79"/>
          <w:sz w:val="24"/>
        </w:rPr>
        <w:t>ΚΛΙΝΙΚΗ ΔΟΚΙΜΗ ΜΕ ΦΑΡΜΑΚΟ</w:t>
      </w:r>
    </w:p>
    <w:p w14:paraId="21AF8985" w14:textId="77777777" w:rsidR="002267BB" w:rsidRPr="002267BB" w:rsidRDefault="002267BB">
      <w:pPr>
        <w:jc w:val="center"/>
        <w:rPr>
          <w:lang w:val="el-GR"/>
        </w:rPr>
      </w:pPr>
    </w:p>
    <w:tbl>
      <w:tblPr>
        <w:tblW w:w="0" w:type="auto"/>
        <w:tblInd w:w="5211" w:type="dxa"/>
        <w:tblLayout w:type="fixed"/>
        <w:tblLook w:val="04A0" w:firstRow="1" w:lastRow="0" w:firstColumn="1" w:lastColumn="0" w:noHBand="0" w:noVBand="1"/>
      </w:tblPr>
      <w:tblGrid>
        <w:gridCol w:w="1134"/>
        <w:gridCol w:w="4111"/>
      </w:tblGrid>
      <w:tr w:rsidR="0097367B" w14:paraId="734B019B" w14:textId="77777777" w:rsidTr="00597185">
        <w:tc>
          <w:tcPr>
            <w:tcW w:w="1134" w:type="dxa"/>
            <w:tcBorders>
              <w:top w:val="single" w:sz="4" w:space="0" w:color="D9E5F2"/>
              <w:left w:val="single" w:sz="4" w:space="0" w:color="D9E5F2"/>
              <w:bottom w:val="single" w:sz="4" w:space="0" w:color="D9E5F2"/>
              <w:right w:val="single" w:sz="4" w:space="0" w:color="D9E5F2"/>
            </w:tcBorders>
            <w:shd w:val="clear" w:color="auto" w:fill="F5F9FC"/>
            <w:vAlign w:val="center"/>
          </w:tcPr>
          <w:p w14:paraId="23EC13DD" w14:textId="77777777" w:rsidR="0097367B" w:rsidRDefault="00000000">
            <w:r>
              <w:rPr>
                <w:b/>
                <w:sz w:val="22"/>
              </w:rPr>
              <w:t>ΠΡΟΣ:</w:t>
            </w:r>
          </w:p>
        </w:tc>
        <w:tc>
          <w:tcPr>
            <w:tcW w:w="4111" w:type="dxa"/>
            <w:tcBorders>
              <w:top w:val="single" w:sz="4" w:space="0" w:color="D9E5F2"/>
              <w:left w:val="single" w:sz="4" w:space="0" w:color="D9E5F2"/>
              <w:bottom w:val="single" w:sz="4" w:space="0" w:color="D9E5F2"/>
              <w:right w:val="single" w:sz="4" w:space="0" w:color="D9E5F2"/>
            </w:tcBorders>
            <w:vAlign w:val="center"/>
          </w:tcPr>
          <w:p w14:paraId="32C2B949" w14:textId="61260C8E" w:rsidR="0097367B" w:rsidRPr="002267BB" w:rsidRDefault="002267BB">
            <w:pPr>
              <w:rPr>
                <w:lang w:val="el-GR"/>
              </w:rPr>
            </w:pPr>
            <w:r>
              <w:rPr>
                <w:sz w:val="22"/>
                <w:lang w:val="el-GR"/>
              </w:rPr>
              <w:t>Γραμματεία Διοικητή – Τμήμα Κλινικών Μελετών</w:t>
            </w:r>
          </w:p>
        </w:tc>
      </w:tr>
    </w:tbl>
    <w:p w14:paraId="6DA60A06" w14:textId="77777777" w:rsidR="0097367B" w:rsidRPr="00597185" w:rsidRDefault="0097367B">
      <w:pPr>
        <w:rPr>
          <w:lang w:val="el-GR"/>
        </w:rPr>
      </w:pP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17"/>
      </w:tblGrid>
      <w:tr w:rsidR="0097367B" w14:paraId="305927CB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DB841D" w14:textId="77777777" w:rsidR="0097367B" w:rsidRDefault="00000000">
            <w:r>
              <w:rPr>
                <w:b/>
              </w:rPr>
              <w:t>Αρχικός Αρ. Πρωτ. Νοσοκομείου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6810CC" w14:textId="77777777" w:rsidR="0097367B" w:rsidRDefault="00000000">
            <w:r>
              <w:t>______________________________________________</w:t>
            </w:r>
          </w:p>
        </w:tc>
      </w:tr>
      <w:tr w:rsidR="0097367B" w14:paraId="54D9F8CD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586DBC" w14:textId="77777777" w:rsidR="0097367B" w:rsidRDefault="00000000">
            <w:r>
              <w:rPr>
                <w:b/>
              </w:rPr>
              <w:t>Τίτλος μελέτης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F406EE" w14:textId="77777777" w:rsidR="0097367B" w:rsidRDefault="0097367B">
            <w:pPr>
              <w:rPr>
                <w:lang w:val="el-GR"/>
              </w:rPr>
            </w:pPr>
          </w:p>
          <w:p w14:paraId="072D96E4" w14:textId="77777777" w:rsidR="00597185" w:rsidRDefault="00597185">
            <w:pPr>
              <w:rPr>
                <w:lang w:val="el-GR"/>
              </w:rPr>
            </w:pPr>
          </w:p>
          <w:p w14:paraId="2220AA97" w14:textId="77777777" w:rsidR="00597185" w:rsidRDefault="00597185">
            <w:pPr>
              <w:rPr>
                <w:lang w:val="el-GR"/>
              </w:rPr>
            </w:pPr>
          </w:p>
          <w:p w14:paraId="4676C114" w14:textId="35EBC57B" w:rsidR="00597185" w:rsidRPr="00597185" w:rsidRDefault="00597185">
            <w:pPr>
              <w:rPr>
                <w:lang w:val="el-GR"/>
              </w:rPr>
            </w:pPr>
          </w:p>
        </w:tc>
      </w:tr>
      <w:tr w:rsidR="0097367B" w14:paraId="59B0696D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2AB6D3" w14:textId="77777777" w:rsidR="0097367B" w:rsidRDefault="00000000">
            <w:r>
              <w:rPr>
                <w:b/>
              </w:rPr>
              <w:t>Κωδικός πρωτοκόλλου / έκδοση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B49B24" w14:textId="77777777" w:rsidR="0097367B" w:rsidRDefault="00000000">
            <w:r>
              <w:t>______________________________________________</w:t>
            </w:r>
          </w:p>
        </w:tc>
      </w:tr>
      <w:tr w:rsidR="0097367B" w14:paraId="3C040671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C96106" w14:textId="77777777" w:rsidR="0097367B" w:rsidRDefault="00000000">
            <w:r>
              <w:rPr>
                <w:b/>
              </w:rPr>
              <w:t>Κύριος Ερευνητής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9C08A2" w14:textId="77777777" w:rsidR="0097367B" w:rsidRDefault="00000000">
            <w:r>
              <w:t>______________________________________________</w:t>
            </w:r>
          </w:p>
        </w:tc>
      </w:tr>
      <w:tr w:rsidR="0097367B" w14:paraId="3BFD48FA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7803DB" w14:textId="77777777" w:rsidR="0097367B" w:rsidRDefault="00000000">
            <w:r>
              <w:rPr>
                <w:b/>
              </w:rPr>
              <w:t>Χορηγός / CRO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38A420" w14:textId="77777777" w:rsidR="0097367B" w:rsidRDefault="00000000">
            <w:r>
              <w:t>______________________________________________</w:t>
            </w:r>
          </w:p>
        </w:tc>
      </w:tr>
    </w:tbl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0318"/>
      </w:tblGrid>
      <w:tr w:rsidR="0097367B" w14:paraId="4286D1C2" w14:textId="77777777" w:rsidTr="00597185">
        <w:trPr>
          <w:jc w:val="center"/>
        </w:trPr>
        <w:tc>
          <w:tcPr>
            <w:tcW w:w="10318" w:type="dxa"/>
            <w:shd w:val="clear" w:color="auto" w:fill="DBE5F1" w:themeFill="accent1" w:themeFillTint="33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7EE56CAB" w14:textId="77777777" w:rsidR="0097367B" w:rsidRDefault="00000000">
            <w:pPr>
              <w:jc w:val="center"/>
            </w:pPr>
            <w:r w:rsidRPr="00597185">
              <w:rPr>
                <w:b/>
                <w:sz w:val="20"/>
              </w:rPr>
              <w:t>ΧΑΡΑΚΤΗΡΙΣΜΟΣ ΚΑΙ ΠΕΡΙΓΡΑΦΗ ΤΡΟΠΟΠΟΙΗΣΗΣ</w:t>
            </w:r>
          </w:p>
        </w:tc>
      </w:tr>
    </w:tbl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6"/>
        <w:gridCol w:w="5443"/>
      </w:tblGrid>
      <w:tr w:rsidR="0097367B" w14:paraId="06DE086B" w14:textId="77777777">
        <w:trPr>
          <w:jc w:val="center"/>
        </w:trPr>
        <w:tc>
          <w:tcPr>
            <w:tcW w:w="4876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29E035" w14:textId="77777777" w:rsidR="0097367B" w:rsidRDefault="00000000">
            <w:r>
              <w:rPr>
                <w:b/>
              </w:rPr>
              <w:t>Χαρακτηρισμός τροποποίησης</w:t>
            </w:r>
          </w:p>
        </w:tc>
        <w:tc>
          <w:tcPr>
            <w:tcW w:w="5443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8B3E33" w14:textId="77777777" w:rsidR="0097367B" w:rsidRDefault="00000000">
            <w:r>
              <w:t>☐ ΟΥΣΙΩΔΗΣ    ☐ ΜΗ ΟΥΣΙΩΔΗΣ</w:t>
            </w:r>
          </w:p>
        </w:tc>
      </w:tr>
      <w:tr w:rsidR="0097367B" w14:paraId="1F7FAC63" w14:textId="77777777">
        <w:trPr>
          <w:jc w:val="center"/>
        </w:trPr>
        <w:tc>
          <w:tcPr>
            <w:tcW w:w="4876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F594D7" w14:textId="5AB7BE46" w:rsidR="0097367B" w:rsidRPr="006C524A" w:rsidRDefault="006C524A">
            <w:pPr>
              <w:rPr>
                <w:b/>
                <w:bCs/>
                <w:lang w:val="el-GR"/>
              </w:rPr>
            </w:pPr>
            <w:r w:rsidRPr="006C524A">
              <w:rPr>
                <w:b/>
                <w:bCs/>
                <w:lang w:val="el-GR"/>
              </w:rPr>
              <w:t>«Η τροποποίηση επηρεάζει στοιχεία υπαγωγής στο άρθρο 21 / αποζημίωσης από ΦΚΑ;</w:t>
            </w:r>
          </w:p>
        </w:tc>
        <w:tc>
          <w:tcPr>
            <w:tcW w:w="5443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5BB6C5" w14:textId="5412327A" w:rsidR="0097367B" w:rsidRPr="00CF6751" w:rsidRDefault="00000000">
            <w:pPr>
              <w:rPr>
                <w:lang w:val="el-GR"/>
              </w:rPr>
            </w:pPr>
            <w:r>
              <w:t>☐ ΝΑΙ    ☐ ΟΧΙ    ☐ Δ</w:t>
            </w:r>
            <w:r w:rsidR="00CF6751">
              <w:rPr>
                <w:lang w:val="el-GR"/>
              </w:rPr>
              <w:t>ΕΝ ΕΦΑΡΜΟΖΕΤΑΙ</w:t>
            </w:r>
          </w:p>
        </w:tc>
      </w:tr>
    </w:tbl>
    <w:p w14:paraId="00051F85" w14:textId="77777777" w:rsidR="0097367B" w:rsidRPr="00597185" w:rsidRDefault="00000000" w:rsidP="00597185">
      <w:pPr>
        <w:ind w:left="142"/>
        <w:rPr>
          <w:lang w:val="el-GR"/>
        </w:rPr>
      </w:pPr>
      <w:r w:rsidRPr="00597185">
        <w:rPr>
          <w:b/>
          <w:lang w:val="el-GR"/>
        </w:rPr>
        <w:t>Η τροποποίηση αφορά (σημειώστε όσα εφαρμόζονται):</w:t>
      </w:r>
    </w:p>
    <w:p w14:paraId="5F96E4B7" w14:textId="77777777" w:rsidR="0097367B" w:rsidRPr="00597185" w:rsidRDefault="00000000" w:rsidP="00597185">
      <w:pPr>
        <w:ind w:left="142"/>
        <w:rPr>
          <w:lang w:val="el-GR"/>
        </w:rPr>
      </w:pPr>
      <w:r w:rsidRPr="00597185">
        <w:rPr>
          <w:lang w:val="el-GR"/>
        </w:rPr>
        <w:t>☐ Πρωτόκολλο / σχέδιο   ☐ Κύριο Ερευνητή   ☐ Ερευνητική ομάδα   ☐ Διάρκεια   ☐ Σύμβαση</w:t>
      </w:r>
    </w:p>
    <w:p w14:paraId="3AD1318D" w14:textId="77777777" w:rsidR="0097367B" w:rsidRPr="00597185" w:rsidRDefault="00000000" w:rsidP="00597185">
      <w:pPr>
        <w:ind w:left="142"/>
        <w:rPr>
          <w:lang w:val="el-GR"/>
        </w:rPr>
      </w:pPr>
      <w:r w:rsidRPr="00597185">
        <w:rPr>
          <w:lang w:val="el-GR"/>
        </w:rPr>
        <w:t>☐ Προϋπολογισμό / αμοιβές   ☐ Εργαστηριακές εξετάσεις   ☐ Έντυπα συμμετεχόντων   ☐ Ασφάλιση   ☐ Άλλο: __________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0318"/>
      </w:tblGrid>
      <w:tr w:rsidR="0097367B" w:rsidRPr="00CF6751" w14:paraId="2CF6C370" w14:textId="77777777" w:rsidTr="002267BB">
        <w:trPr>
          <w:jc w:val="center"/>
        </w:trPr>
        <w:tc>
          <w:tcPr>
            <w:tcW w:w="10318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66B33C" w14:textId="77777777" w:rsidR="0097367B" w:rsidRPr="00597185" w:rsidRDefault="00000000">
            <w:pPr>
              <w:rPr>
                <w:lang w:val="el-GR"/>
              </w:rPr>
            </w:pPr>
            <w:r w:rsidRPr="00597185">
              <w:rPr>
                <w:b/>
                <w:lang w:val="el-GR"/>
              </w:rPr>
              <w:t>Σύντομη περιγραφή της τροποποίησης και αιτιολογία</w:t>
            </w:r>
          </w:p>
        </w:tc>
      </w:tr>
      <w:tr w:rsidR="0097367B" w14:paraId="52CC8B8B" w14:textId="77777777" w:rsidTr="002267BB">
        <w:trPr>
          <w:jc w:val="center"/>
        </w:trPr>
        <w:tc>
          <w:tcPr>
            <w:tcW w:w="10318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1B473D6" w14:textId="77777777" w:rsidR="0097367B" w:rsidRDefault="00000000">
            <w:r>
              <w:t>________________________________________________________________________________</w:t>
            </w:r>
            <w:r>
              <w:br/>
              <w:t>________________________________________________________________________________</w:t>
            </w:r>
          </w:p>
        </w:tc>
      </w:tr>
      <w:tr w:rsidR="0097367B" w14:paraId="314243D4" w14:textId="77777777" w:rsidTr="002267BB">
        <w:trPr>
          <w:jc w:val="center"/>
        </w:trPr>
        <w:tc>
          <w:tcPr>
            <w:tcW w:w="10318" w:type="dxa"/>
            <w:shd w:val="clear" w:color="auto" w:fill="DBE5F1" w:themeFill="accent1" w:themeFillTint="33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0C12332F" w14:textId="77777777" w:rsidR="0097367B" w:rsidRDefault="00000000">
            <w:pPr>
              <w:jc w:val="center"/>
            </w:pPr>
            <w:r w:rsidRPr="00597185">
              <w:rPr>
                <w:b/>
                <w:sz w:val="20"/>
              </w:rPr>
              <w:t>ΕΠΙΣΥΝΑΠΤΟΜΕΝΑ ΔΙΚΑΙΟΛΟΓΗΤΙΚΑ</w:t>
            </w:r>
          </w:p>
        </w:tc>
      </w:tr>
    </w:tbl>
    <w:p w14:paraId="5630E6DE" w14:textId="77777777" w:rsidR="0097367B" w:rsidRPr="00597185" w:rsidRDefault="00000000">
      <w:pPr>
        <w:jc w:val="center"/>
        <w:rPr>
          <w:lang w:val="el-GR"/>
        </w:rPr>
      </w:pPr>
      <w:r w:rsidRPr="00597185">
        <w:rPr>
          <w:b/>
          <w:sz w:val="20"/>
          <w:lang w:val="el-GR"/>
        </w:rPr>
        <w:t>Παρακαλείσθε να σημειώσετε υποχρεωτικά ΝΑΙ / ΟΧΙ / ΔΕΝ ΕΦΑΡΜΟΖΕΤΑΙ για κάθε στοιχείο.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94"/>
        <w:gridCol w:w="765"/>
        <w:gridCol w:w="765"/>
        <w:gridCol w:w="765"/>
      </w:tblGrid>
      <w:tr w:rsidR="0097367B" w14:paraId="43321F76" w14:textId="77777777" w:rsidTr="00597185">
        <w:trPr>
          <w:tblHeader/>
          <w:jc w:val="center"/>
        </w:trPr>
        <w:tc>
          <w:tcPr>
            <w:tcW w:w="7994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D15BE19" w14:textId="77777777" w:rsidR="0097367B" w:rsidRPr="00597185" w:rsidRDefault="00000000">
            <w:pPr>
              <w:jc w:val="center"/>
            </w:pPr>
            <w:r w:rsidRPr="00597185">
              <w:rPr>
                <w:b/>
                <w:sz w:val="19"/>
              </w:rPr>
              <w:t>Δικαιολογητικό / στοιχείο</w:t>
            </w:r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62A8AB1" w14:textId="77777777" w:rsidR="0097367B" w:rsidRPr="00597185" w:rsidRDefault="00000000">
            <w:pPr>
              <w:jc w:val="center"/>
            </w:pPr>
            <w:r w:rsidRPr="00597185">
              <w:rPr>
                <w:b/>
                <w:sz w:val="19"/>
              </w:rPr>
              <w:t>ΝΑΙ</w:t>
            </w:r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9177854" w14:textId="77777777" w:rsidR="0097367B" w:rsidRPr="00597185" w:rsidRDefault="00000000">
            <w:pPr>
              <w:jc w:val="center"/>
            </w:pPr>
            <w:r w:rsidRPr="00597185">
              <w:rPr>
                <w:b/>
                <w:sz w:val="19"/>
              </w:rPr>
              <w:t>ΟΧΙ</w:t>
            </w:r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46FE1B1" w14:textId="77777777" w:rsidR="0097367B" w:rsidRPr="00597185" w:rsidRDefault="00000000">
            <w:pPr>
              <w:jc w:val="center"/>
            </w:pPr>
            <w:r w:rsidRPr="00597185">
              <w:rPr>
                <w:b/>
                <w:sz w:val="19"/>
              </w:rPr>
              <w:t>Δ/Ε</w:t>
            </w:r>
          </w:p>
        </w:tc>
      </w:tr>
      <w:tr w:rsidR="0097367B" w14:paraId="1701796F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4EDDBBD" w14:textId="77777777" w:rsidR="0097367B" w:rsidRPr="0048297D" w:rsidRDefault="00000000">
            <w:pPr>
              <w:rPr>
                <w:sz w:val="22"/>
                <w:lang w:val="el-GR"/>
              </w:rPr>
            </w:pPr>
            <w:r w:rsidRPr="0048297D">
              <w:rPr>
                <w:sz w:val="22"/>
                <w:lang w:val="el-GR"/>
              </w:rPr>
              <w:t>Τροποποιημένα έντυπα / παραρτήματα που επηρεάζονται από τη μεταβολή.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413D4C0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7D5A396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9F1A988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</w:tr>
      <w:tr w:rsidR="0097367B" w14:paraId="467231CB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E9C658D" w14:textId="77777777" w:rsidR="0097367B" w:rsidRPr="0048297D" w:rsidRDefault="00000000">
            <w:pPr>
              <w:rPr>
                <w:sz w:val="22"/>
                <w:lang w:val="el-GR"/>
              </w:rPr>
            </w:pPr>
            <w:r w:rsidRPr="0048297D">
              <w:rPr>
                <w:sz w:val="22"/>
                <w:lang w:val="el-GR"/>
              </w:rPr>
              <w:t>Τροποποιημένη σύμβαση και επηρεαζόμενα παραρτήματα, εφόσον η τροποποίηση είναι ουσιώδης για τη σύμβαση.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0F09DFA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9E94BCC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60DB1FE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</w:tr>
      <w:tr w:rsidR="0097367B" w14:paraId="33EBB87F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5ED0E64" w14:textId="77777777" w:rsidR="0097367B" w:rsidRPr="0048297D" w:rsidRDefault="00000000">
            <w:pPr>
              <w:rPr>
                <w:sz w:val="22"/>
                <w:lang w:val="el-GR"/>
              </w:rPr>
            </w:pPr>
            <w:r w:rsidRPr="0048297D">
              <w:rPr>
                <w:sz w:val="22"/>
                <w:lang w:val="el-GR"/>
              </w:rPr>
              <w:t>Τροποποιημένο πρωτόκολλο / συνοδευτικά έγγραφα, όπου εφαρμόζεται.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24DDD69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033B8C5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B443D2C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</w:tr>
      <w:tr w:rsidR="0097367B" w14:paraId="23F46899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511AF2F" w14:textId="77777777" w:rsidR="0097367B" w:rsidRPr="0048297D" w:rsidRDefault="00000000">
            <w:pPr>
              <w:rPr>
                <w:sz w:val="22"/>
                <w:lang w:val="el-GR"/>
              </w:rPr>
            </w:pPr>
            <w:r w:rsidRPr="0048297D">
              <w:rPr>
                <w:sz w:val="22"/>
                <w:lang w:val="el-GR"/>
              </w:rPr>
              <w:t xml:space="preserve">Απόφαση / αποδεικτικό </w:t>
            </w:r>
            <w:r w:rsidRPr="0048297D">
              <w:rPr>
                <w:sz w:val="22"/>
              </w:rPr>
              <w:t>CTIS</w:t>
            </w:r>
            <w:r w:rsidRPr="0048297D">
              <w:rPr>
                <w:sz w:val="22"/>
                <w:lang w:val="el-GR"/>
              </w:rPr>
              <w:t xml:space="preserve"> - ΕΟΦ για την τροποποίηση, όπου απαιτείται από το κανονιστικό πλαίσιο.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27A901E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2F7940E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EF7D007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</w:tr>
      <w:tr w:rsidR="0097367B" w14:paraId="6AFFD8D6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25D7711" w14:textId="77777777" w:rsidR="0097367B" w:rsidRPr="0048297D" w:rsidRDefault="00000000">
            <w:pPr>
              <w:rPr>
                <w:sz w:val="22"/>
                <w:lang w:val="el-GR"/>
              </w:rPr>
            </w:pPr>
            <w:r w:rsidRPr="0048297D">
              <w:rPr>
                <w:sz w:val="22"/>
                <w:lang w:val="el-GR"/>
              </w:rPr>
              <w:t>Επικαιροποιημένη ασφαλιστική κάλυψη, εφόσον επηρεάζεται.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6ADBDF1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25C7648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03276AE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</w:tr>
      <w:tr w:rsidR="0097367B" w14:paraId="137D9D20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42E6B98" w14:textId="77777777" w:rsidR="0097367B" w:rsidRPr="0048297D" w:rsidRDefault="00000000">
            <w:pPr>
              <w:rPr>
                <w:sz w:val="22"/>
                <w:lang w:val="el-GR"/>
              </w:rPr>
            </w:pPr>
            <w:r w:rsidRPr="0048297D">
              <w:rPr>
                <w:sz w:val="22"/>
                <w:lang w:val="el-GR"/>
              </w:rPr>
              <w:t>Επικαιροποιημένη Συγκεντρωτική Κατάσταση Μελών Ομάδας Έργου / Προϋπολογισμός, όπου επηρεάζονται.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3E2AF1D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A64BFFB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625CEDC" w14:textId="77777777" w:rsidR="0097367B" w:rsidRDefault="00000000">
            <w:pPr>
              <w:jc w:val="center"/>
            </w:pPr>
            <w:r>
              <w:rPr>
                <w:sz w:val="24"/>
              </w:rPr>
              <w:t>☐</w:t>
            </w:r>
          </w:p>
        </w:tc>
      </w:tr>
    </w:tbl>
    <w:p w14:paraId="47A2D8F2" w14:textId="11E195DD" w:rsidR="00597185" w:rsidRPr="00597185" w:rsidRDefault="00000000">
      <w:pPr>
        <w:spacing w:before="60"/>
        <w:rPr>
          <w:sz w:val="19"/>
          <w:lang w:val="el-GR"/>
        </w:rPr>
      </w:pPr>
      <w:r w:rsidRPr="00597185">
        <w:rPr>
          <w:b/>
          <w:sz w:val="19"/>
          <w:lang w:val="el-GR"/>
        </w:rPr>
        <w:t xml:space="preserve">Δήλωση: </w:t>
      </w:r>
      <w:r w:rsidRPr="00597185">
        <w:rPr>
          <w:sz w:val="19"/>
          <w:lang w:val="el-GR"/>
        </w:rPr>
        <w:t>Η μεταβολή δεν εφαρμόζεται πριν ολοκληρωθούν οι απαιτούμενες εγκρίσεις, γνωμοδοτήσεις, γνωστοποιήσεις και/ή υπογραφές που αντιστοιχούν στον συγκεκριμένο τύπο μελέτης.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5301"/>
        <w:gridCol w:w="5301"/>
      </w:tblGrid>
      <w:tr w:rsidR="0097367B" w14:paraId="0D124381" w14:textId="77777777">
        <w:trPr>
          <w:jc w:val="center"/>
        </w:trPr>
        <w:tc>
          <w:tcPr>
            <w:tcW w:w="5301" w:type="dxa"/>
            <w:shd w:val="clear" w:color="auto" w:fill="EEF5F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C67F82" w14:textId="77777777" w:rsidR="0097367B" w:rsidRDefault="00000000">
            <w:r>
              <w:rPr>
                <w:b/>
              </w:rPr>
              <w:t>Κύριος Ερευνητής</w:t>
            </w:r>
          </w:p>
        </w:tc>
        <w:tc>
          <w:tcPr>
            <w:tcW w:w="5301" w:type="dxa"/>
            <w:shd w:val="clear" w:color="auto" w:fill="EEF5F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8165D9D" w14:textId="77777777" w:rsidR="0097367B" w:rsidRDefault="00000000">
            <w:r>
              <w:rPr>
                <w:b/>
              </w:rPr>
              <w:t>Χορηγός / CRO, όπου εφαρμόζεται</w:t>
            </w:r>
          </w:p>
        </w:tc>
      </w:tr>
      <w:tr w:rsidR="0097367B" w14:paraId="22189C37" w14:textId="77777777">
        <w:trPr>
          <w:jc w:val="center"/>
        </w:trPr>
        <w:tc>
          <w:tcPr>
            <w:tcW w:w="5301" w:type="dxa"/>
          </w:tcPr>
          <w:p w14:paraId="659A6AAE" w14:textId="77777777" w:rsidR="0097367B" w:rsidRDefault="00000000">
            <w:pPr>
              <w:rPr>
                <w:sz w:val="19"/>
                <w:lang w:val="el-GR"/>
              </w:rPr>
            </w:pPr>
            <w:r>
              <w:rPr>
                <w:sz w:val="19"/>
              </w:rPr>
              <w:t>Ονοματεπώνυμο / Υπογραφή: ____________________</w:t>
            </w:r>
          </w:p>
          <w:p w14:paraId="20E21DB8" w14:textId="77777777" w:rsidR="00597185" w:rsidRDefault="00597185">
            <w:pPr>
              <w:rPr>
                <w:sz w:val="19"/>
                <w:lang w:val="el-GR"/>
              </w:rPr>
            </w:pPr>
          </w:p>
          <w:p w14:paraId="57834949" w14:textId="77777777" w:rsidR="00597185" w:rsidRDefault="00597185">
            <w:pPr>
              <w:rPr>
                <w:sz w:val="19"/>
                <w:lang w:val="el-GR"/>
              </w:rPr>
            </w:pPr>
          </w:p>
          <w:p w14:paraId="18ADE051" w14:textId="77777777" w:rsidR="00597185" w:rsidRDefault="00597185">
            <w:pPr>
              <w:rPr>
                <w:sz w:val="19"/>
                <w:lang w:val="el-GR"/>
              </w:rPr>
            </w:pPr>
          </w:p>
          <w:p w14:paraId="10B45BE5" w14:textId="77777777" w:rsidR="00597185" w:rsidRPr="00597185" w:rsidRDefault="00597185">
            <w:pPr>
              <w:rPr>
                <w:lang w:val="el-GR"/>
              </w:rPr>
            </w:pPr>
          </w:p>
        </w:tc>
        <w:tc>
          <w:tcPr>
            <w:tcW w:w="5301" w:type="dxa"/>
          </w:tcPr>
          <w:p w14:paraId="72362439" w14:textId="77777777" w:rsidR="0097367B" w:rsidRDefault="00000000">
            <w:r>
              <w:rPr>
                <w:sz w:val="19"/>
              </w:rPr>
              <w:t>Ονοματεπώνυμο / Υπογραφή: ____________________</w:t>
            </w:r>
          </w:p>
        </w:tc>
      </w:tr>
    </w:tbl>
    <w:p w14:paraId="252DA70D" w14:textId="13108210" w:rsidR="0097367B" w:rsidRPr="00597185" w:rsidRDefault="0097367B" w:rsidP="00597185">
      <w:pPr>
        <w:jc w:val="center"/>
        <w:rPr>
          <w:lang w:val="el-GR"/>
        </w:rPr>
      </w:pPr>
    </w:p>
    <w:sectPr w:rsidR="0097367B" w:rsidRPr="00597185" w:rsidSect="00034616">
      <w:footerReference w:type="default" r:id="rId9"/>
      <w:pgSz w:w="11906" w:h="16838"/>
      <w:pgMar w:top="425" w:right="652" w:bottom="425" w:left="6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617CD" w14:textId="77777777" w:rsidR="0099391E" w:rsidRDefault="0099391E" w:rsidP="00597185">
      <w:r>
        <w:separator/>
      </w:r>
    </w:p>
  </w:endnote>
  <w:endnote w:type="continuationSeparator" w:id="0">
    <w:p w14:paraId="0032CBBF" w14:textId="77777777" w:rsidR="0099391E" w:rsidRDefault="0099391E" w:rsidP="00597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D93A6" w14:textId="77777777" w:rsidR="00597185" w:rsidRPr="00597185" w:rsidRDefault="00597185" w:rsidP="00597185">
    <w:pPr>
      <w:jc w:val="center"/>
      <w:rPr>
        <w:lang w:val="el-GR"/>
      </w:rPr>
    </w:pPr>
    <w:r w:rsidRPr="00597185">
      <w:rPr>
        <w:color w:val="5A5A5A"/>
        <w:sz w:val="19"/>
        <w:lang w:val="el-GR"/>
      </w:rPr>
      <w:t>Νομοθετική βάση: ΚΥΑ Δ3(α) 52922/2025, ΦΕΚ Β΄ 230/22.01.2026, όπως διορθώθηκε, ιδίως άρθρα 2-3 και συναφείς διατάξεις.</w:t>
    </w:r>
  </w:p>
  <w:p w14:paraId="73B71204" w14:textId="77777777" w:rsidR="00597185" w:rsidRPr="00597185" w:rsidRDefault="00597185">
    <w:pPr>
      <w:pStyle w:val="a6"/>
      <w:jc w:val="right"/>
      <w:rPr>
        <w:lang w:val="el-GR"/>
      </w:rPr>
    </w:pPr>
    <w:r>
      <w:rPr>
        <w:b/>
        <w:sz w:val="16"/>
      </w:rPr>
      <w:t>Κωδικός ΜΕΤΑΞΑ: Ε.ΚΜ2-1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0D587" w14:textId="77777777" w:rsidR="0099391E" w:rsidRDefault="0099391E" w:rsidP="00597185">
      <w:r>
        <w:separator/>
      </w:r>
    </w:p>
  </w:footnote>
  <w:footnote w:type="continuationSeparator" w:id="0">
    <w:p w14:paraId="3FF7AB4A" w14:textId="77777777" w:rsidR="0099391E" w:rsidRDefault="0099391E" w:rsidP="005971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7688120">
    <w:abstractNumId w:val="8"/>
  </w:num>
  <w:num w:numId="2" w16cid:durableId="21051520">
    <w:abstractNumId w:val="6"/>
  </w:num>
  <w:num w:numId="3" w16cid:durableId="618492372">
    <w:abstractNumId w:val="5"/>
  </w:num>
  <w:num w:numId="4" w16cid:durableId="104930160">
    <w:abstractNumId w:val="4"/>
  </w:num>
  <w:num w:numId="5" w16cid:durableId="1109741963">
    <w:abstractNumId w:val="7"/>
  </w:num>
  <w:num w:numId="6" w16cid:durableId="821460572">
    <w:abstractNumId w:val="3"/>
  </w:num>
  <w:num w:numId="7" w16cid:durableId="331495968">
    <w:abstractNumId w:val="2"/>
  </w:num>
  <w:num w:numId="8" w16cid:durableId="913125904">
    <w:abstractNumId w:val="1"/>
  </w:num>
  <w:num w:numId="9" w16cid:durableId="256405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13DF"/>
    <w:rsid w:val="0015074B"/>
    <w:rsid w:val="002267BB"/>
    <w:rsid w:val="0029639D"/>
    <w:rsid w:val="003066C8"/>
    <w:rsid w:val="00326F90"/>
    <w:rsid w:val="0048297D"/>
    <w:rsid w:val="00597185"/>
    <w:rsid w:val="005E2464"/>
    <w:rsid w:val="006305EC"/>
    <w:rsid w:val="006C524A"/>
    <w:rsid w:val="0097367B"/>
    <w:rsid w:val="0099391E"/>
    <w:rsid w:val="00AA1D8D"/>
    <w:rsid w:val="00B11459"/>
    <w:rsid w:val="00B41D83"/>
    <w:rsid w:val="00B47730"/>
    <w:rsid w:val="00C06FAC"/>
    <w:rsid w:val="00C747C3"/>
    <w:rsid w:val="00C86C7F"/>
    <w:rsid w:val="00CB0664"/>
    <w:rsid w:val="00CF67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5F8C70"/>
  <w14:defaultImageDpi w14:val="300"/>
  <w15:docId w15:val="{033B3E7F-0151-495E-AF3E-D7E11ADEC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339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Ελένη Πέτρακα</cp:lastModifiedBy>
  <cp:revision>11</cp:revision>
  <dcterms:created xsi:type="dcterms:W3CDTF">2013-12-23T23:15:00Z</dcterms:created>
  <dcterms:modified xsi:type="dcterms:W3CDTF">2026-10-05T11:49:00Z</dcterms:modified>
  <cp:category/>
</cp:coreProperties>
</file>