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257"/>
        <w:gridCol w:w="2041"/>
      </w:tblGrid>
      <w:tr w:rsidR="00922E7D" w14:paraId="72A4BC87" w14:textId="77777777">
        <w:trPr>
          <w:jc w:val="center"/>
        </w:trPr>
        <w:tc>
          <w:tcPr>
            <w:tcW w:w="113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905CD94" w14:textId="77777777" w:rsidR="00922E7D" w:rsidRDefault="00000000">
            <w:r>
              <w:rPr>
                <w:noProof/>
              </w:rPr>
              <w:drawing>
                <wp:inline distT="0" distB="0" distL="0" distR="0" wp14:anchorId="46C7D544" wp14:editId="7B4D6C23">
                  <wp:extent cx="450000" cy="45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5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AC882C" w14:textId="77777777" w:rsidR="00922E7D" w:rsidRPr="00C2122F" w:rsidRDefault="00000000">
            <w:pPr>
              <w:jc w:val="center"/>
              <w:rPr>
                <w:lang w:val="el-GR"/>
              </w:rPr>
            </w:pPr>
            <w:r w:rsidRPr="00C2122F">
              <w:rPr>
                <w:b/>
                <w:color w:val="1F4E78"/>
                <w:sz w:val="19"/>
                <w:lang w:val="el-GR"/>
              </w:rPr>
              <w:t>ΕΛΛΗΝΙΚΗ ΔΗΜΟΚΡΑΤΙΑ</w:t>
            </w:r>
            <w:r w:rsidRPr="00C2122F">
              <w:rPr>
                <w:b/>
                <w:color w:val="1F4E78"/>
                <w:sz w:val="19"/>
                <w:lang w:val="el-GR"/>
              </w:rPr>
              <w:br/>
            </w:r>
            <w:r w:rsidRPr="00C2122F">
              <w:rPr>
                <w:color w:val="1F4E78"/>
                <w:sz w:val="18"/>
                <w:lang w:val="el-GR"/>
              </w:rPr>
              <w:t>ΥΠΟΥΡΓΕΙΟ ΥΓΕΙΑΣ - 2η Υ.ΠΕ. ΠΕΙΡΑΙΩΣ &amp; ΑΙΓΑΙΟΥ</w:t>
            </w:r>
            <w:r w:rsidRPr="00C2122F">
              <w:rPr>
                <w:color w:val="1F4E78"/>
                <w:sz w:val="18"/>
                <w:lang w:val="el-GR"/>
              </w:rPr>
              <w:br/>
            </w:r>
            <w:r w:rsidRPr="00C2122F">
              <w:rPr>
                <w:b/>
                <w:color w:val="1F4E78"/>
                <w:sz w:val="19"/>
                <w:lang w:val="el-GR"/>
              </w:rPr>
              <w:t>ΓΕΝΙΚΟ ΑΝΤΙΚΑΡΚΙΝΙΚΟ ΝΟΣΟΚΟΜΕΙΟ ΠΕΙΡΑΙΑ «ΜΕΤΑΞΑ»</w:t>
            </w:r>
          </w:p>
        </w:tc>
        <w:tc>
          <w:tcPr>
            <w:tcW w:w="2041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BF0DEEB" w14:textId="77777777" w:rsidR="00922E7D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643A8422" wp14:editId="33EBEB49">
                  <wp:extent cx="1188000" cy="52997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52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E17B1C" w14:textId="77777777" w:rsidR="00922E7D" w:rsidRPr="00C2122F" w:rsidRDefault="00000000">
      <w:pPr>
        <w:spacing w:before="60" w:after="100"/>
        <w:jc w:val="center"/>
        <w:rPr>
          <w:lang w:val="el-GR"/>
        </w:rPr>
      </w:pPr>
      <w:r w:rsidRPr="00C2122F">
        <w:rPr>
          <w:b/>
          <w:color w:val="1F4E78"/>
          <w:sz w:val="25"/>
          <w:lang w:val="el-GR"/>
        </w:rPr>
        <w:t xml:space="preserve">ΕΠΙΣΤΟΛΗ ΚΑΤΑΘΕΣΗΣ ΦΑΚΕΛΟΥ - ΙΑΤΡΟΤΕΧΝΟΛΟΓΙΚΟ / </w:t>
      </w:r>
      <w:r>
        <w:rPr>
          <w:b/>
          <w:color w:val="1F4E78"/>
          <w:sz w:val="25"/>
        </w:rPr>
        <w:t>IVD</w:t>
      </w:r>
      <w:r w:rsidRPr="00C2122F">
        <w:rPr>
          <w:b/>
          <w:color w:val="1F4E78"/>
          <w:sz w:val="25"/>
          <w:lang w:val="el-GR"/>
        </w:rPr>
        <w:t xml:space="preserve"> ΕΚΤΟΣ ΠΡΟΒΛΕΠΟΜΕΝΗΣ ΧΡΗΣΗΣ</w:t>
      </w:r>
    </w:p>
    <w:p w14:paraId="1C584083" w14:textId="77777777" w:rsidR="00C2122F" w:rsidRDefault="00C2122F" w:rsidP="00C2122F">
      <w:pPr>
        <w:spacing w:after="60"/>
        <w:ind w:right="315"/>
        <w:jc w:val="right"/>
        <w:rPr>
          <w:lang w:val="el-GR"/>
        </w:rPr>
      </w:pPr>
      <w:r>
        <w:rPr>
          <w:b/>
          <w:sz w:val="21"/>
          <w:lang w:val="el-GR"/>
        </w:rPr>
        <w:t>ΠΡΟΣ: Γραμματεία Διοικητή – Τμήμα Κλινικών Μελετών</w:t>
      </w:r>
      <w:r>
        <w:rPr>
          <w:sz w:val="21"/>
          <w:lang w:val="el-GR"/>
        </w:rPr>
      </w:r>
    </w:p>
    <w:p w14:paraId="00AF94FF" w14:textId="77777777" w:rsidR="00C2122F" w:rsidRPr="00C2122F" w:rsidRDefault="00C2122F" w:rsidP="00C2122F">
      <w:pPr>
        <w:spacing w:after="0"/>
        <w:ind w:left="142"/>
        <w:rPr>
          <w:rFonts w:asciiTheme="majorHAnsi" w:hAnsiTheme="majorHAnsi" w:cstheme="majorHAnsi"/>
          <w:sz w:val="22"/>
          <w:lang w:val="el-GR"/>
        </w:rPr>
      </w:pPr>
      <w:bookmarkStart w:id="0" w:name="_Hlk242098003"/>
      <w:r w:rsidRPr="00C2122F">
        <w:rPr>
          <w:rFonts w:asciiTheme="majorHAnsi" w:hAnsiTheme="majorHAnsi" w:cstheme="majorHAnsi"/>
          <w:sz w:val="22"/>
          <w:lang w:val="el-GR"/>
        </w:rPr>
        <w:t>Με την παρούσα καταθέτουμε τον φάκελο της ανωτέρω μελέτης/έρευνας. Για κάθε στοιχείο σημειώνεται η κατάσταση υποβολής και, όπου απαιτείται, η έκδοση/ημερομηνία ή σχετική παρατήρηση.</w:t>
      </w:r>
    </w:p>
    <w:p w14:paraId="6AF39EFA" w14:textId="77777777" w:rsidR="00C2122F" w:rsidRPr="00C2122F" w:rsidRDefault="00C2122F" w:rsidP="00C2122F">
      <w:pPr>
        <w:spacing w:after="0"/>
        <w:ind w:left="142"/>
        <w:rPr>
          <w:rFonts w:asciiTheme="majorHAnsi" w:hAnsiTheme="majorHAnsi" w:cstheme="majorHAnsi"/>
          <w:sz w:val="22"/>
          <w:lang w:val="el-GR"/>
        </w:rPr>
      </w:pPr>
      <w:r w:rsidRPr="00C2122F">
        <w:rPr>
          <w:rFonts w:asciiTheme="majorHAnsi" w:hAnsiTheme="majorHAnsi" w:cstheme="majorHAnsi"/>
          <w:sz w:val="22"/>
          <w:lang w:val="el-G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0"/>
    <w:p w14:paraId="36361DEC" w14:textId="18F9C83C" w:rsidR="00922E7D" w:rsidRPr="00C2122F" w:rsidRDefault="00922E7D">
      <w:pPr>
        <w:spacing w:after="100"/>
        <w:rPr>
          <w:rFonts w:asciiTheme="majorHAnsi" w:hAnsiTheme="majorHAnsi" w:cstheme="majorHAnsi"/>
          <w:sz w:val="22"/>
          <w:lang w:val="el-GR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803"/>
      </w:tblGrid>
      <w:tr w:rsidR="00922E7D" w:rsidRPr="00C2122F" w14:paraId="1334EEDC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6C0DF" w14:textId="77777777" w:rsidR="00922E7D" w:rsidRPr="00C2122F" w:rsidRDefault="00000000">
            <w:pPr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C2122F">
              <w:rPr>
                <w:rFonts w:asciiTheme="majorHAnsi" w:hAnsiTheme="majorHAnsi" w:cstheme="majorHAnsi"/>
                <w:b/>
                <w:color w:val="1F4E78"/>
                <w:sz w:val="22"/>
              </w:rPr>
              <w:t>Χορηγός</w:t>
            </w:r>
            <w:proofErr w:type="spellEnd"/>
            <w:r w:rsidRPr="00C2122F">
              <w:rPr>
                <w:rFonts w:asciiTheme="majorHAnsi" w:hAnsiTheme="majorHAnsi" w:cstheme="majorHAnsi"/>
                <w:b/>
                <w:color w:val="1F4E78"/>
                <w:sz w:val="22"/>
              </w:rPr>
              <w:t xml:space="preserve"> / CRO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2188E" w14:textId="77777777" w:rsidR="00922E7D" w:rsidRPr="00C2122F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2122F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  <w:tr w:rsidR="00922E7D" w:rsidRPr="00C2122F" w14:paraId="002B3CCD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C1748" w14:textId="77777777" w:rsidR="00922E7D" w:rsidRPr="00C2122F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2122F">
              <w:rPr>
                <w:rFonts w:asciiTheme="majorHAnsi" w:hAnsiTheme="majorHAnsi" w:cstheme="majorHAnsi"/>
                <w:b/>
                <w:color w:val="1F4E78"/>
                <w:sz w:val="22"/>
              </w:rPr>
              <w:t>Κύριος Ερευνητής - Κλινική / Τμήμα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D6092F" w14:textId="77777777" w:rsidR="00922E7D" w:rsidRPr="00C2122F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2122F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  <w:tr w:rsidR="00922E7D" w:rsidRPr="00C2122F" w14:paraId="41074887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8272B" w14:textId="77777777" w:rsidR="00922E7D" w:rsidRPr="00C2122F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2122F">
              <w:rPr>
                <w:rFonts w:asciiTheme="majorHAnsi" w:hAnsiTheme="majorHAnsi" w:cstheme="majorHAnsi"/>
                <w:b/>
                <w:color w:val="1F4E78"/>
                <w:sz w:val="22"/>
              </w:rPr>
              <w:t>Τίτλος μελέτης / έρευνας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353EC" w14:textId="77777777" w:rsidR="00922E7D" w:rsidRPr="00C2122F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2122F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  <w:tr w:rsidR="00922E7D" w:rsidRPr="00C2122F" w14:paraId="65785747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62D25" w14:textId="77777777" w:rsidR="00922E7D" w:rsidRPr="00C2122F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C2122F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 xml:space="preserve">Κωδικός πρωτοκόλλου / </w:t>
            </w:r>
            <w:r w:rsidRPr="00C2122F">
              <w:rPr>
                <w:rFonts w:asciiTheme="majorHAnsi" w:hAnsiTheme="majorHAnsi" w:cstheme="majorHAnsi"/>
                <w:b/>
                <w:color w:val="1F4E78"/>
                <w:sz w:val="22"/>
              </w:rPr>
              <w:t>EU</w:t>
            </w:r>
            <w:r w:rsidRPr="00C2122F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 xml:space="preserve"> </w:t>
            </w:r>
            <w:r w:rsidRPr="00C2122F">
              <w:rPr>
                <w:rFonts w:asciiTheme="majorHAnsi" w:hAnsiTheme="majorHAnsi" w:cstheme="majorHAnsi"/>
                <w:b/>
                <w:color w:val="1F4E78"/>
                <w:sz w:val="22"/>
              </w:rPr>
              <w:t>CT</w:t>
            </w:r>
            <w:r w:rsidRPr="00C2122F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 xml:space="preserve"> / άλλος κωδικός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ED6F0" w14:textId="77777777" w:rsidR="00922E7D" w:rsidRPr="00C2122F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2122F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  <w:tr w:rsidR="00922E7D" w:rsidRPr="00C2122F" w14:paraId="224167E1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9316F" w14:textId="77777777" w:rsidR="00922E7D" w:rsidRPr="00C2122F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2122F">
              <w:rPr>
                <w:rFonts w:asciiTheme="majorHAnsi" w:hAnsiTheme="majorHAnsi" w:cstheme="majorHAnsi"/>
                <w:b/>
                <w:color w:val="1F4E78"/>
                <w:sz w:val="22"/>
              </w:rPr>
              <w:t>Στοιχεία επικοινωνίας υποβάλλοντος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A45B7" w14:textId="77777777" w:rsidR="00922E7D" w:rsidRPr="00C2122F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2122F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</w:tbl>
    <w:p w14:paraId="6B911017" w14:textId="10A87975" w:rsidR="00922E7D" w:rsidRPr="00C2122F" w:rsidRDefault="00922E7D">
      <w:pPr>
        <w:spacing w:before="100" w:after="60"/>
        <w:rPr>
          <w:rFonts w:asciiTheme="majorHAnsi" w:hAnsiTheme="majorHAnsi" w:cstheme="majorHAnsi"/>
          <w:sz w:val="22"/>
          <w:lang w:val="el-GR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160"/>
        <w:gridCol w:w="3174"/>
        <w:gridCol w:w="2041"/>
      </w:tblGrid>
      <w:tr w:rsidR="00C2122F" w:rsidRPr="00C2122F" w14:paraId="7FF17B47" w14:textId="77777777" w:rsidTr="00C2122F">
        <w:trPr>
          <w:jc w:val="center"/>
        </w:trPr>
        <w:tc>
          <w:tcPr>
            <w:tcW w:w="5160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7233D04" w14:textId="77777777" w:rsidR="00C2122F" w:rsidRPr="00C2122F" w:rsidRDefault="00C2122F" w:rsidP="00C2122F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C2122F">
              <w:rPr>
                <w:rFonts w:asciiTheme="majorHAnsi" w:hAnsiTheme="majorHAnsi" w:cstheme="majorHAnsi"/>
                <w:b/>
                <w:color w:val="1F4E78"/>
                <w:sz w:val="22"/>
              </w:rPr>
              <w:t>ΣΤΟΙΧΕΙΟ ΦΑΚΕΛΟΥ</w:t>
            </w:r>
          </w:p>
        </w:tc>
        <w:tc>
          <w:tcPr>
            <w:tcW w:w="3174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3080939" w14:textId="77777777" w:rsidR="00C2122F" w:rsidRPr="00C2122F" w:rsidRDefault="00C2122F" w:rsidP="00C2122F">
            <w:pPr>
              <w:spacing w:after="0"/>
              <w:jc w:val="center"/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</w:pPr>
            <w:r w:rsidRPr="00C2122F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>ΑΠΑΝΤΗΣΗ ΥΠΟΒΑΛΛΟΝΤΟΣ</w:t>
            </w:r>
          </w:p>
          <w:p w14:paraId="5DE88344" w14:textId="6656929B" w:rsidR="00C2122F" w:rsidRPr="00C2122F" w:rsidRDefault="00C2122F" w:rsidP="00C2122F">
            <w:pPr>
              <w:spacing w:after="0"/>
              <w:jc w:val="center"/>
              <w:rPr>
                <w:rFonts w:asciiTheme="majorHAnsi" w:hAnsiTheme="majorHAnsi" w:cstheme="majorHAnsi"/>
                <w:sz w:val="22"/>
                <w:lang w:val="el-GR"/>
              </w:rPr>
            </w:pPr>
            <w:r w:rsidRPr="00C2122F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>(ΝΑΙ-ΟΧΙ-ΔΕΝ ΕΦΑΡΜΟΖΕΤΑΙ)</w:t>
            </w:r>
          </w:p>
        </w:tc>
        <w:tc>
          <w:tcPr>
            <w:tcW w:w="2041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C00A61D" w14:textId="77777777" w:rsidR="00C2122F" w:rsidRPr="00C2122F" w:rsidRDefault="00C2122F" w:rsidP="00C2122F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C2122F">
              <w:rPr>
                <w:rFonts w:asciiTheme="majorHAnsi" w:hAnsiTheme="majorHAnsi" w:cstheme="majorHAnsi"/>
                <w:b/>
                <w:color w:val="1F4E78"/>
                <w:sz w:val="22"/>
              </w:rPr>
              <w:t>ΕΚΔΟΣΗ / ΗΜΕΡΟΜΗΝΙΑ / ΠΑΡΑΤΗΡΗΣΗ</w:t>
            </w:r>
          </w:p>
        </w:tc>
      </w:tr>
      <w:tr w:rsidR="00C2122F" w:rsidRPr="00C2122F" w14:paraId="14FB3BB6" w14:textId="77777777" w:rsidTr="00C2122F">
        <w:trPr>
          <w:jc w:val="center"/>
        </w:trPr>
        <w:tc>
          <w:tcPr>
            <w:tcW w:w="516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133D57" w14:textId="77777777" w:rsidR="00C2122F" w:rsidRPr="00C2122F" w:rsidRDefault="00C2122F" w:rsidP="00C2122F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C2122F">
              <w:rPr>
                <w:rFonts w:asciiTheme="majorHAnsi" w:hAnsiTheme="majorHAnsi" w:cstheme="majorHAnsi"/>
                <w:sz w:val="22"/>
                <w:lang w:val="el-GR"/>
              </w:rPr>
              <w:t>• Σύμβαση Διεξαγωγής Κλινικής Έρευνας / Μελέτης Κλινικών Επιδόσεων, υπογεγραμμένη από Χορηγό και Κύριο Ερευνητή, με όλα τα παραρτήματά της, στον προβλεπόμενο αριθμό πρωτοτύπων.</w:t>
            </w:r>
          </w:p>
        </w:tc>
        <w:tc>
          <w:tcPr>
            <w:tcW w:w="31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2517D5" w14:textId="22433D20" w:rsidR="00C2122F" w:rsidRPr="00724959" w:rsidRDefault="00C2122F" w:rsidP="00C2122F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  <w:lang w:val="el-GR"/>
              </w:rPr>
            </w:pP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102F80" w14:textId="77777777" w:rsidR="00C2122F" w:rsidRPr="00C2122F" w:rsidRDefault="00C2122F" w:rsidP="00C2122F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</w:p>
        </w:tc>
      </w:tr>
      <w:tr w:rsidR="00C2122F" w:rsidRPr="00C2122F" w14:paraId="3A6D6156" w14:textId="77777777" w:rsidTr="00C2122F">
        <w:trPr>
          <w:jc w:val="center"/>
        </w:trPr>
        <w:tc>
          <w:tcPr>
            <w:tcW w:w="516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52E727D" w14:textId="77777777" w:rsidR="00C2122F" w:rsidRPr="00C2122F" w:rsidRDefault="00C2122F" w:rsidP="00C2122F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C2122F">
              <w:rPr>
                <w:rFonts w:asciiTheme="majorHAnsi" w:hAnsiTheme="majorHAnsi" w:cstheme="majorHAnsi"/>
                <w:sz w:val="22"/>
                <w:lang w:val="el-GR"/>
              </w:rPr>
              <w:t>• Περίληψη πρωτοκόλλου / σχεδίου έρευνας στην ελληνική γλώσσα.</w:t>
            </w:r>
          </w:p>
        </w:tc>
        <w:tc>
          <w:tcPr>
            <w:tcW w:w="31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EACFD1" w14:textId="088CBF08" w:rsidR="00C2122F" w:rsidRPr="00724959" w:rsidRDefault="00C2122F" w:rsidP="00C2122F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  <w:lang w:val="el-GR"/>
              </w:rPr>
            </w:pP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337DCA" w14:textId="77777777" w:rsidR="00C2122F" w:rsidRPr="00C2122F" w:rsidRDefault="00C2122F" w:rsidP="00C2122F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</w:p>
        </w:tc>
      </w:tr>
      <w:tr w:rsidR="00C2122F" w:rsidRPr="00C2122F" w14:paraId="711AD3B9" w14:textId="77777777" w:rsidTr="00C2122F">
        <w:trPr>
          <w:jc w:val="center"/>
        </w:trPr>
        <w:tc>
          <w:tcPr>
            <w:tcW w:w="516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3BE781" w14:textId="77777777" w:rsidR="00C2122F" w:rsidRPr="00C2122F" w:rsidRDefault="00C2122F" w:rsidP="00C2122F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C2122F">
              <w:rPr>
                <w:rFonts w:asciiTheme="majorHAnsi" w:hAnsiTheme="majorHAnsi" w:cstheme="majorHAnsi"/>
                <w:sz w:val="22"/>
              </w:rPr>
              <w:t xml:space="preserve">• </w:t>
            </w:r>
            <w:proofErr w:type="spellStart"/>
            <w:r w:rsidRPr="00C2122F">
              <w:rPr>
                <w:rFonts w:asciiTheme="majorHAnsi" w:hAnsiTheme="majorHAnsi" w:cstheme="majorHAnsi"/>
                <w:sz w:val="22"/>
              </w:rPr>
              <w:t>Ασφ</w:t>
            </w:r>
            <w:proofErr w:type="spellEnd"/>
            <w:r w:rsidRPr="00C2122F">
              <w:rPr>
                <w:rFonts w:asciiTheme="majorHAnsi" w:hAnsiTheme="majorHAnsi" w:cstheme="majorHAnsi"/>
                <w:sz w:val="22"/>
              </w:rPr>
              <w:t xml:space="preserve">αλιστική </w:t>
            </w:r>
            <w:proofErr w:type="spellStart"/>
            <w:r w:rsidRPr="00C2122F">
              <w:rPr>
                <w:rFonts w:asciiTheme="majorHAnsi" w:hAnsiTheme="majorHAnsi" w:cstheme="majorHAnsi"/>
                <w:sz w:val="22"/>
              </w:rPr>
              <w:t>κάλυψη</w:t>
            </w:r>
            <w:proofErr w:type="spellEnd"/>
            <w:r w:rsidRPr="00C2122F">
              <w:rPr>
                <w:rFonts w:asciiTheme="majorHAnsi" w:hAnsiTheme="majorHAnsi" w:cstheme="majorHAnsi"/>
                <w:sz w:val="22"/>
              </w:rPr>
              <w:t xml:space="preserve"> / α</w:t>
            </w:r>
            <w:proofErr w:type="spellStart"/>
            <w:r w:rsidRPr="00C2122F">
              <w:rPr>
                <w:rFonts w:asciiTheme="majorHAnsi" w:hAnsiTheme="majorHAnsi" w:cstheme="majorHAnsi"/>
                <w:sz w:val="22"/>
              </w:rPr>
              <w:t>σφ</w:t>
            </w:r>
            <w:proofErr w:type="spellEnd"/>
            <w:r w:rsidRPr="00C2122F">
              <w:rPr>
                <w:rFonts w:asciiTheme="majorHAnsi" w:hAnsiTheme="majorHAnsi" w:cstheme="majorHAnsi"/>
                <w:sz w:val="22"/>
              </w:rPr>
              <w:t>αλιστήριο.</w:t>
            </w:r>
          </w:p>
        </w:tc>
        <w:tc>
          <w:tcPr>
            <w:tcW w:w="31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2CE960" w14:textId="1A89578C" w:rsidR="00C2122F" w:rsidRPr="00724959" w:rsidRDefault="00C2122F" w:rsidP="00C2122F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01D37A" w14:textId="77777777" w:rsidR="00C2122F" w:rsidRPr="00C2122F" w:rsidRDefault="00C2122F" w:rsidP="00C2122F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C2122F" w:rsidRPr="00C2122F" w14:paraId="649F1116" w14:textId="77777777" w:rsidTr="00C2122F">
        <w:trPr>
          <w:jc w:val="center"/>
        </w:trPr>
        <w:tc>
          <w:tcPr>
            <w:tcW w:w="516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394955" w14:textId="77777777" w:rsidR="00C2122F" w:rsidRPr="00C2122F" w:rsidRDefault="00C2122F" w:rsidP="00C2122F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C2122F">
              <w:rPr>
                <w:rFonts w:asciiTheme="majorHAnsi" w:hAnsiTheme="majorHAnsi" w:cstheme="majorHAnsi"/>
                <w:sz w:val="22"/>
                <w:lang w:val="el-GR"/>
              </w:rPr>
              <w:t>• Εξουσιοδοτήσεις εμπλεκόμενων εταιρειών και σαφής προσδιορισμός του ρόλου τους.</w:t>
            </w:r>
          </w:p>
        </w:tc>
        <w:tc>
          <w:tcPr>
            <w:tcW w:w="31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BF15BA" w14:textId="21F04DD5" w:rsidR="00C2122F" w:rsidRPr="00724959" w:rsidRDefault="00C2122F" w:rsidP="00C2122F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  <w:lang w:val="el-GR"/>
              </w:rPr>
            </w:pP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B13DDE" w14:textId="77777777" w:rsidR="00C2122F" w:rsidRPr="00C2122F" w:rsidRDefault="00C2122F" w:rsidP="00C2122F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</w:p>
        </w:tc>
      </w:tr>
      <w:tr w:rsidR="00C2122F" w:rsidRPr="00C2122F" w14:paraId="348F2D5E" w14:textId="77777777" w:rsidTr="00C2122F">
        <w:trPr>
          <w:jc w:val="center"/>
        </w:trPr>
        <w:tc>
          <w:tcPr>
            <w:tcW w:w="516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5F75FA" w14:textId="77777777" w:rsidR="00C2122F" w:rsidRPr="00C2122F" w:rsidRDefault="00C2122F" w:rsidP="00C2122F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C2122F">
              <w:rPr>
                <w:rFonts w:asciiTheme="majorHAnsi" w:hAnsiTheme="majorHAnsi" w:cstheme="majorHAnsi"/>
                <w:sz w:val="22"/>
                <w:lang w:val="el-GR"/>
              </w:rPr>
              <w:t>• Έντυπο Αποδοχής Διαχείρισης Ερευνητικού Έργου.</w:t>
            </w:r>
          </w:p>
        </w:tc>
        <w:tc>
          <w:tcPr>
            <w:tcW w:w="31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3DC166" w14:textId="1AE6B228" w:rsidR="00C2122F" w:rsidRPr="00724959" w:rsidRDefault="00C2122F" w:rsidP="00C2122F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  <w:lang w:val="el-GR"/>
              </w:rPr>
            </w:pP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314E22" w14:textId="77777777" w:rsidR="00C2122F" w:rsidRPr="00C2122F" w:rsidRDefault="00C2122F" w:rsidP="00C2122F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</w:p>
        </w:tc>
      </w:tr>
      <w:tr w:rsidR="00C2122F" w:rsidRPr="00C2122F" w14:paraId="210FA78D" w14:textId="77777777" w:rsidTr="00C2122F">
        <w:trPr>
          <w:jc w:val="center"/>
        </w:trPr>
        <w:tc>
          <w:tcPr>
            <w:tcW w:w="516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CC3FC5" w14:textId="77777777" w:rsidR="00C2122F" w:rsidRPr="00C2122F" w:rsidRDefault="00C2122F" w:rsidP="00C2122F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C2122F">
              <w:rPr>
                <w:rFonts w:asciiTheme="majorHAnsi" w:hAnsiTheme="majorHAnsi" w:cstheme="majorHAnsi"/>
                <w:sz w:val="22"/>
                <w:lang w:val="el-GR"/>
              </w:rPr>
              <w:t>• Συγκεντρωτική Κατάσταση Μελών Ομάδας Έργου.</w:t>
            </w:r>
          </w:p>
        </w:tc>
        <w:tc>
          <w:tcPr>
            <w:tcW w:w="31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B7537C" w14:textId="1F4D70D7" w:rsidR="00C2122F" w:rsidRPr="00724959" w:rsidRDefault="00C2122F" w:rsidP="00C2122F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  <w:lang w:val="el-GR"/>
              </w:rPr>
            </w:pP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0AC40A" w14:textId="77777777" w:rsidR="00C2122F" w:rsidRPr="00C2122F" w:rsidRDefault="00C2122F" w:rsidP="00C2122F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</w:p>
        </w:tc>
      </w:tr>
      <w:tr w:rsidR="00C2122F" w:rsidRPr="00C2122F" w14:paraId="298951D7" w14:textId="77777777" w:rsidTr="00C2122F">
        <w:trPr>
          <w:jc w:val="center"/>
        </w:trPr>
        <w:tc>
          <w:tcPr>
            <w:tcW w:w="516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9B7FB2" w14:textId="77777777" w:rsidR="00C2122F" w:rsidRPr="00C2122F" w:rsidRDefault="00C2122F" w:rsidP="00C2122F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C2122F">
              <w:rPr>
                <w:rFonts w:asciiTheme="majorHAnsi" w:hAnsiTheme="majorHAnsi" w:cstheme="majorHAnsi"/>
                <w:sz w:val="22"/>
              </w:rPr>
              <w:lastRenderedPageBreak/>
              <w:t xml:space="preserve">• </w:t>
            </w:r>
            <w:proofErr w:type="spellStart"/>
            <w:r w:rsidRPr="00C2122F">
              <w:rPr>
                <w:rFonts w:asciiTheme="majorHAnsi" w:hAnsiTheme="majorHAnsi" w:cstheme="majorHAnsi"/>
                <w:sz w:val="22"/>
              </w:rPr>
              <w:t>Προϋ</w:t>
            </w:r>
            <w:proofErr w:type="spellEnd"/>
            <w:r w:rsidRPr="00C2122F">
              <w:rPr>
                <w:rFonts w:asciiTheme="majorHAnsi" w:hAnsiTheme="majorHAnsi" w:cstheme="majorHAnsi"/>
                <w:sz w:val="22"/>
              </w:rPr>
              <w:t xml:space="preserve">πολογισμός </w:t>
            </w:r>
            <w:proofErr w:type="spellStart"/>
            <w:r w:rsidRPr="00C2122F">
              <w:rPr>
                <w:rFonts w:asciiTheme="majorHAnsi" w:hAnsiTheme="majorHAnsi" w:cstheme="majorHAnsi"/>
                <w:sz w:val="22"/>
              </w:rPr>
              <w:t>Ερευνητικού</w:t>
            </w:r>
            <w:proofErr w:type="spellEnd"/>
            <w:r w:rsidRPr="00C2122F">
              <w:rPr>
                <w:rFonts w:asciiTheme="majorHAnsi" w:hAnsiTheme="majorHAnsi" w:cstheme="majorHAnsi"/>
                <w:sz w:val="22"/>
              </w:rPr>
              <w:t xml:space="preserve"> Έργου.</w:t>
            </w:r>
          </w:p>
        </w:tc>
        <w:tc>
          <w:tcPr>
            <w:tcW w:w="31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7EC7B4" w14:textId="7674420C" w:rsidR="00C2122F" w:rsidRPr="00724959" w:rsidRDefault="00C2122F" w:rsidP="00C2122F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BFF791" w14:textId="77777777" w:rsidR="00C2122F" w:rsidRPr="00C2122F" w:rsidRDefault="00C2122F" w:rsidP="00C2122F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C2122F" w:rsidRPr="00C2122F" w14:paraId="286669E7" w14:textId="77777777" w:rsidTr="00C2122F">
        <w:trPr>
          <w:jc w:val="center"/>
        </w:trPr>
        <w:tc>
          <w:tcPr>
            <w:tcW w:w="516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15689E" w14:textId="77777777" w:rsidR="00C2122F" w:rsidRPr="00C2122F" w:rsidRDefault="00C2122F" w:rsidP="00C2122F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C2122F">
              <w:rPr>
                <w:rFonts w:asciiTheme="majorHAnsi" w:hAnsiTheme="majorHAnsi" w:cstheme="majorHAnsi"/>
                <w:sz w:val="22"/>
                <w:lang w:val="el-GR"/>
              </w:rPr>
              <w:t>• Αποφάσεις / εγκρίσεις Εθνικής Επιτροπής Δεοντολογίας ή/και ΕΟΦ, κατά περίπτωση.</w:t>
            </w:r>
          </w:p>
        </w:tc>
        <w:tc>
          <w:tcPr>
            <w:tcW w:w="3174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5B4221" w14:textId="54C0452F" w:rsidR="00C2122F" w:rsidRPr="00724959" w:rsidRDefault="00C2122F" w:rsidP="00C2122F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049F78" w14:textId="77777777" w:rsidR="00C2122F" w:rsidRPr="00C2122F" w:rsidRDefault="00C2122F" w:rsidP="00C2122F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76D70B11" w14:textId="77777777" w:rsidR="00724959" w:rsidRDefault="00724959" w:rsidP="00C2122F">
      <w:pPr>
        <w:spacing w:after="80" w:line="240" w:lineRule="auto"/>
        <w:rPr>
          <w:rFonts w:asciiTheme="majorHAnsi" w:hAnsiTheme="majorHAnsi" w:cstheme="majorHAnsi"/>
          <w:b/>
          <w:sz w:val="22"/>
          <w:lang w:val="el-GR"/>
        </w:rPr>
      </w:pPr>
    </w:p>
    <w:p w14:paraId="2680E639" w14:textId="11189349" w:rsidR="00C2122F" w:rsidRPr="00C2122F" w:rsidRDefault="00C2122F" w:rsidP="00C2122F">
      <w:pPr>
        <w:spacing w:after="80" w:line="240" w:lineRule="auto"/>
        <w:rPr>
          <w:rFonts w:asciiTheme="majorHAnsi" w:hAnsiTheme="majorHAnsi" w:cstheme="majorHAnsi"/>
          <w:sz w:val="22"/>
          <w:lang w:val="el-GR"/>
        </w:rPr>
      </w:pPr>
      <w:r w:rsidRPr="00C2122F">
        <w:rPr>
          <w:rFonts w:asciiTheme="majorHAnsi" w:hAnsiTheme="majorHAnsi" w:cstheme="majorHAnsi"/>
          <w:b/>
          <w:sz w:val="22"/>
          <w:lang w:val="el-GR"/>
        </w:rPr>
        <w:t xml:space="preserve">Υπαγωγή στην ειδική περίπτωση του άρθρου 21, όπου εφαρμόζεται:  </w:t>
      </w:r>
      <w:r w:rsidRPr="00C2122F">
        <w:rPr>
          <w:rFonts w:ascii="Segoe UI Symbol" w:hAnsi="Segoe UI Symbol" w:cs="Segoe UI Symbol"/>
          <w:sz w:val="22"/>
          <w:lang w:val="el-GR"/>
        </w:rPr>
        <w:t>☐</w:t>
      </w:r>
      <w:r w:rsidRPr="00C2122F">
        <w:rPr>
          <w:rFonts w:asciiTheme="majorHAnsi" w:hAnsiTheme="majorHAnsi" w:cstheme="majorHAnsi"/>
          <w:sz w:val="22"/>
          <w:lang w:val="el-GR"/>
        </w:rPr>
        <w:t xml:space="preserve"> ΝΑΙ    </w:t>
      </w:r>
      <w:r w:rsidRPr="00C2122F">
        <w:rPr>
          <w:rFonts w:ascii="Segoe UI Symbol" w:hAnsi="Segoe UI Symbol" w:cs="Segoe UI Symbol"/>
          <w:sz w:val="22"/>
          <w:lang w:val="el-GR"/>
        </w:rPr>
        <w:t>☐</w:t>
      </w:r>
      <w:r w:rsidRPr="00C2122F">
        <w:rPr>
          <w:rFonts w:asciiTheme="majorHAnsi" w:hAnsiTheme="majorHAnsi" w:cstheme="majorHAnsi"/>
          <w:sz w:val="22"/>
          <w:lang w:val="el-GR"/>
        </w:rPr>
        <w:t xml:space="preserve"> </w:t>
      </w:r>
      <w:r w:rsidRPr="00C2122F">
        <w:rPr>
          <w:rFonts w:ascii="Calibri" w:hAnsi="Calibri" w:cs="Calibri"/>
          <w:sz w:val="22"/>
          <w:lang w:val="el-GR"/>
        </w:rPr>
        <w:t>ΟΧΙ</w:t>
      </w:r>
      <w:r w:rsidRPr="00C2122F">
        <w:rPr>
          <w:rFonts w:asciiTheme="majorHAnsi" w:hAnsiTheme="majorHAnsi" w:cstheme="majorHAnsi"/>
          <w:sz w:val="22"/>
          <w:lang w:val="el-GR"/>
        </w:rPr>
        <w:t xml:space="preserve">    </w:t>
      </w:r>
    </w:p>
    <w:p w14:paraId="315F1B35" w14:textId="28A39466" w:rsidR="00C2122F" w:rsidRDefault="00C2122F" w:rsidP="00C2122F">
      <w:pPr>
        <w:spacing w:after="80" w:line="240" w:lineRule="auto"/>
        <w:rPr>
          <w:rFonts w:asciiTheme="majorHAnsi" w:hAnsiTheme="majorHAnsi" w:cstheme="majorHAnsi"/>
          <w:sz w:val="22"/>
          <w:lang w:val="el-GR"/>
        </w:rPr>
      </w:pPr>
      <w:r w:rsidRPr="00C2122F">
        <w:rPr>
          <w:rFonts w:asciiTheme="majorHAnsi" w:hAnsiTheme="majorHAnsi" w:cstheme="majorHAnsi"/>
          <w:sz w:val="22"/>
          <w:lang w:val="el-GR"/>
        </w:rPr>
        <w:t>Εάν επιλεγεί ΝΑΙ, συμπληρώνεται υποχρεωτικά ο πίνακας «Πρόσθετα στοιχεία άρθρου 21» πριν από την υπογραφή.</w:t>
      </w:r>
    </w:p>
    <w:p w14:paraId="0551DC0F" w14:textId="77777777" w:rsidR="00724959" w:rsidRPr="00C2122F" w:rsidRDefault="00724959" w:rsidP="00C2122F">
      <w:pPr>
        <w:spacing w:after="80" w:line="240" w:lineRule="auto"/>
        <w:rPr>
          <w:rFonts w:asciiTheme="majorHAnsi" w:hAnsiTheme="majorHAnsi" w:cstheme="majorHAnsi"/>
          <w:sz w:val="22"/>
          <w:lang w:val="el-GR"/>
        </w:rPr>
      </w:pPr>
    </w:p>
    <w:p w14:paraId="7BF99C4E" w14:textId="77777777" w:rsidR="00922E7D" w:rsidRPr="00C2122F" w:rsidRDefault="00000000">
      <w:pPr>
        <w:shd w:val="clear" w:color="auto" w:fill="D9EAF7"/>
        <w:spacing w:before="80" w:after="60" w:line="240" w:lineRule="auto"/>
        <w:rPr>
          <w:rFonts w:asciiTheme="majorHAnsi" w:hAnsiTheme="majorHAnsi" w:cstheme="majorHAnsi"/>
          <w:sz w:val="22"/>
          <w:lang w:val="el-GR"/>
        </w:rPr>
      </w:pPr>
      <w:r w:rsidRPr="00C2122F">
        <w:rPr>
          <w:rFonts w:asciiTheme="majorHAnsi" w:hAnsiTheme="majorHAnsi" w:cstheme="majorHAnsi"/>
          <w:b/>
          <w:sz w:val="22"/>
          <w:lang w:val="el-GR"/>
        </w:rPr>
        <w:t>ΠΡΟΣΘΕΤΑ ΣΤΟΙΧΕΙΑ ΑΡΘΡΟΥ 21 - ΣΥΜΠΛΗΡΩΝΕΤΑΙ ΜΟΝΟ ΕΦΟΣΟΝ ΕΧΕΙ ΕΠΙΛΕΓΕΙ «ΝΑΙ»</w:t>
      </w:r>
    </w:p>
    <w:tbl>
      <w:tblPr>
        <w:tblW w:w="0" w:type="auto"/>
        <w:tblBorders>
          <w:top w:val="single" w:sz="4" w:space="0" w:color="8FAFC7"/>
          <w:left w:val="single" w:sz="4" w:space="0" w:color="8FAFC7"/>
          <w:bottom w:val="single" w:sz="4" w:space="0" w:color="8FAFC7"/>
          <w:right w:val="single" w:sz="4" w:space="0" w:color="8FAFC7"/>
          <w:insideH w:val="single" w:sz="4" w:space="0" w:color="8FAFC7"/>
          <w:insideV w:val="single" w:sz="4" w:space="0" w:color="8FAFC7"/>
        </w:tblBorders>
        <w:tblLayout w:type="fixed"/>
        <w:tblLook w:val="04A0" w:firstRow="1" w:lastRow="0" w:firstColumn="1" w:lastColumn="0" w:noHBand="0" w:noVBand="1"/>
      </w:tblPr>
      <w:tblGrid>
        <w:gridCol w:w="5892"/>
        <w:gridCol w:w="2552"/>
        <w:gridCol w:w="2126"/>
      </w:tblGrid>
      <w:tr w:rsidR="00922E7D" w:rsidRPr="00C2122F" w14:paraId="46AA4ADE" w14:textId="77777777" w:rsidTr="00C2122F">
        <w:trPr>
          <w:tblHeader/>
        </w:trPr>
        <w:tc>
          <w:tcPr>
            <w:tcW w:w="5892" w:type="dxa"/>
            <w:shd w:val="clear" w:color="auto" w:fill="BDD7EE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EE50ED" w14:textId="77777777" w:rsidR="00922E7D" w:rsidRPr="00C2122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C2122F">
              <w:rPr>
                <w:rFonts w:asciiTheme="majorHAnsi" w:hAnsiTheme="majorHAnsi" w:cstheme="majorHAnsi"/>
                <w:b/>
                <w:sz w:val="22"/>
              </w:rPr>
              <w:t>ΠΡΟΣΘΕΤΟ ΣΤΟΙΧΕΙΟ / ΤΕΚΜΗΡΙΩΣΗ</w:t>
            </w:r>
          </w:p>
        </w:tc>
        <w:tc>
          <w:tcPr>
            <w:tcW w:w="2552" w:type="dxa"/>
            <w:shd w:val="clear" w:color="auto" w:fill="BDD7EE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A35FDA" w14:textId="77777777" w:rsidR="00922E7D" w:rsidRPr="00C2122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C2122F">
              <w:rPr>
                <w:rFonts w:asciiTheme="majorHAnsi" w:hAnsiTheme="majorHAnsi" w:cstheme="majorHAnsi"/>
                <w:b/>
                <w:sz w:val="22"/>
              </w:rPr>
              <w:t>ΑΠΑΝΤΗΣΗ</w:t>
            </w:r>
          </w:p>
        </w:tc>
        <w:tc>
          <w:tcPr>
            <w:tcW w:w="2126" w:type="dxa"/>
            <w:shd w:val="clear" w:color="auto" w:fill="BDD7EE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A0FA2B" w14:textId="77777777" w:rsidR="00922E7D" w:rsidRPr="00C2122F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C2122F">
              <w:rPr>
                <w:rFonts w:asciiTheme="majorHAnsi" w:hAnsiTheme="majorHAnsi" w:cstheme="majorHAnsi"/>
                <w:b/>
                <w:sz w:val="22"/>
              </w:rPr>
              <w:t>ΑΡΙΘΜΟΣ / ΗΜΕΡΟΜΗΝΙΑ / ΠΑΡΑΤΗΡΗΣΗ</w:t>
            </w:r>
          </w:p>
        </w:tc>
      </w:tr>
      <w:tr w:rsidR="00C2122F" w:rsidRPr="00C2122F" w14:paraId="70DAF7D8" w14:textId="77777777" w:rsidTr="00C2122F">
        <w:tc>
          <w:tcPr>
            <w:tcW w:w="589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E06FB3F" w14:textId="77777777" w:rsidR="00C2122F" w:rsidRPr="00C2122F" w:rsidRDefault="00C2122F" w:rsidP="00C2122F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C2122F">
              <w:rPr>
                <w:rFonts w:asciiTheme="majorHAnsi" w:hAnsiTheme="majorHAnsi" w:cstheme="majorHAnsi"/>
                <w:sz w:val="22"/>
                <w:lang w:val="el-GR"/>
              </w:rPr>
              <w:t>Ρητό αίτημα εφαρμογής του άρθρου 21 και αποζημίωσης από Φορείς Κύριας Ασφάλισης (ΦΚΑ).</w:t>
            </w:r>
          </w:p>
        </w:tc>
        <w:tc>
          <w:tcPr>
            <w:tcW w:w="255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CE15623" w14:textId="04346360" w:rsidR="00C2122F" w:rsidRPr="00724959" w:rsidRDefault="00C2122F" w:rsidP="00C2122F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126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BB243AC" w14:textId="77777777" w:rsidR="00C2122F" w:rsidRPr="00C2122F" w:rsidRDefault="00C2122F" w:rsidP="00C2122F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C2122F" w:rsidRPr="00C2122F" w14:paraId="5526EBEF" w14:textId="77777777" w:rsidTr="00C2122F">
        <w:tc>
          <w:tcPr>
            <w:tcW w:w="589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B631BEC" w14:textId="77777777" w:rsidR="00C2122F" w:rsidRPr="00C2122F" w:rsidRDefault="00C2122F" w:rsidP="00C2122F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C2122F">
              <w:rPr>
                <w:rFonts w:asciiTheme="majorHAnsi" w:hAnsiTheme="majorHAnsi" w:cstheme="majorHAnsi"/>
                <w:sz w:val="22"/>
                <w:lang w:val="el-GR"/>
              </w:rPr>
              <w:t>Στοιχεία/έγγραφα που τεκμηριώνουν ότι ο Χορηγός/φορέας πληροί τις ειδικές προϋποθέσεις του άρθρου 21.</w:t>
            </w:r>
          </w:p>
        </w:tc>
        <w:tc>
          <w:tcPr>
            <w:tcW w:w="255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432E95A" w14:textId="68D503E8" w:rsidR="00C2122F" w:rsidRPr="00724959" w:rsidRDefault="00C2122F" w:rsidP="00C2122F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126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02EF982" w14:textId="77777777" w:rsidR="00C2122F" w:rsidRPr="00C2122F" w:rsidRDefault="00C2122F" w:rsidP="00C2122F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C2122F" w:rsidRPr="00C2122F" w14:paraId="5A34B090" w14:textId="77777777" w:rsidTr="00C2122F">
        <w:tc>
          <w:tcPr>
            <w:tcW w:w="589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1360577" w14:textId="77777777" w:rsidR="00C2122F" w:rsidRPr="00C2122F" w:rsidRDefault="00C2122F" w:rsidP="00C2122F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C2122F">
              <w:rPr>
                <w:rFonts w:asciiTheme="majorHAnsi" w:hAnsiTheme="majorHAnsi" w:cstheme="majorHAnsi"/>
                <w:sz w:val="22"/>
                <w:lang w:val="el-GR"/>
              </w:rPr>
              <w:t xml:space="preserve">Στοιχεία νόμιμης κυκλοφορίας στην ελληνική αγορά του φαρμάκου / </w:t>
            </w:r>
            <w:proofErr w:type="spellStart"/>
            <w:r w:rsidRPr="00C2122F">
              <w:rPr>
                <w:rFonts w:asciiTheme="majorHAnsi" w:hAnsiTheme="majorHAnsi" w:cstheme="majorHAnsi"/>
                <w:sz w:val="22"/>
                <w:lang w:val="el-GR"/>
              </w:rPr>
              <w:t>ιατροτεχνολογικού</w:t>
            </w:r>
            <w:proofErr w:type="spellEnd"/>
            <w:r w:rsidRPr="00C2122F">
              <w:rPr>
                <w:rFonts w:asciiTheme="majorHAnsi" w:hAnsiTheme="majorHAnsi" w:cstheme="majorHAnsi"/>
                <w:sz w:val="22"/>
                <w:lang w:val="el-GR"/>
              </w:rPr>
              <w:t xml:space="preserve"> προϊόντος / </w:t>
            </w:r>
            <w:r w:rsidRPr="00C2122F">
              <w:rPr>
                <w:rFonts w:asciiTheme="majorHAnsi" w:hAnsiTheme="majorHAnsi" w:cstheme="majorHAnsi"/>
                <w:sz w:val="22"/>
              </w:rPr>
              <w:t>IVD</w:t>
            </w:r>
            <w:r w:rsidRPr="00C2122F">
              <w:rPr>
                <w:rFonts w:asciiTheme="majorHAnsi" w:hAnsiTheme="majorHAnsi" w:cstheme="majorHAnsi"/>
                <w:sz w:val="22"/>
                <w:lang w:val="el-GR"/>
              </w:rPr>
              <w:t>, κατά περίπτωση.</w:t>
            </w:r>
          </w:p>
        </w:tc>
        <w:tc>
          <w:tcPr>
            <w:tcW w:w="255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07C97AD" w14:textId="3C88C53E" w:rsidR="00C2122F" w:rsidRPr="00724959" w:rsidRDefault="00C2122F" w:rsidP="00C2122F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126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6D37B79" w14:textId="77777777" w:rsidR="00C2122F" w:rsidRPr="00C2122F" w:rsidRDefault="00C2122F" w:rsidP="00C2122F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C2122F" w:rsidRPr="00C2122F" w14:paraId="53EC9AA8" w14:textId="77777777" w:rsidTr="00C2122F">
        <w:tc>
          <w:tcPr>
            <w:tcW w:w="589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2667BD3" w14:textId="77777777" w:rsidR="00C2122F" w:rsidRPr="00C2122F" w:rsidRDefault="00C2122F" w:rsidP="00C2122F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C2122F">
              <w:rPr>
                <w:rFonts w:asciiTheme="majorHAnsi" w:hAnsiTheme="majorHAnsi" w:cstheme="majorHAnsi"/>
                <w:sz w:val="22"/>
                <w:lang w:val="el-GR"/>
              </w:rPr>
              <w:t>Αριθμός και ημερομηνία των απαιτούμενων εγκρίσεων/αποφάσεων της βασικής κατηγορίας της μελέτης (</w:t>
            </w:r>
            <w:r w:rsidRPr="00C2122F">
              <w:rPr>
                <w:rFonts w:asciiTheme="majorHAnsi" w:hAnsiTheme="majorHAnsi" w:cstheme="majorHAnsi"/>
                <w:sz w:val="22"/>
              </w:rPr>
              <w:t>CTIS</w:t>
            </w:r>
            <w:r w:rsidRPr="00C2122F">
              <w:rPr>
                <w:rFonts w:asciiTheme="majorHAnsi" w:hAnsiTheme="majorHAnsi" w:cstheme="majorHAnsi"/>
                <w:sz w:val="22"/>
                <w:lang w:val="el-GR"/>
              </w:rPr>
              <w:t xml:space="preserve"> / ΕΟΦ / ΕΕΔ / ΕΣ), κατά περίπτωση.</w:t>
            </w:r>
          </w:p>
        </w:tc>
        <w:tc>
          <w:tcPr>
            <w:tcW w:w="255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0A91CA1" w14:textId="6603A2DA" w:rsidR="00C2122F" w:rsidRPr="00724959" w:rsidRDefault="00C2122F" w:rsidP="00C2122F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126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2BC1133" w14:textId="77777777" w:rsidR="00C2122F" w:rsidRPr="00C2122F" w:rsidRDefault="00C2122F" w:rsidP="00C2122F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C2122F" w:rsidRPr="00C2122F" w14:paraId="02236D28" w14:textId="77777777" w:rsidTr="00C2122F">
        <w:tc>
          <w:tcPr>
            <w:tcW w:w="589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6F603A9" w14:textId="77777777" w:rsidR="00C2122F" w:rsidRPr="00C2122F" w:rsidRDefault="00C2122F" w:rsidP="00C2122F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C2122F">
              <w:rPr>
                <w:rFonts w:asciiTheme="majorHAnsi" w:hAnsiTheme="majorHAnsi" w:cstheme="majorHAnsi"/>
                <w:sz w:val="22"/>
                <w:lang w:val="el-GR"/>
              </w:rPr>
              <w:t xml:space="preserve">Ακριβής προσδιορισμός του φαρμάκου / </w:t>
            </w:r>
            <w:proofErr w:type="spellStart"/>
            <w:r w:rsidRPr="00C2122F">
              <w:rPr>
                <w:rFonts w:asciiTheme="majorHAnsi" w:hAnsiTheme="majorHAnsi" w:cstheme="majorHAnsi"/>
                <w:sz w:val="22"/>
                <w:lang w:val="el-GR"/>
              </w:rPr>
              <w:t>ιατροτεχνολογικού</w:t>
            </w:r>
            <w:proofErr w:type="spellEnd"/>
            <w:r w:rsidRPr="00C2122F">
              <w:rPr>
                <w:rFonts w:asciiTheme="majorHAnsi" w:hAnsiTheme="majorHAnsi" w:cstheme="majorHAnsi"/>
                <w:sz w:val="22"/>
                <w:lang w:val="el-GR"/>
              </w:rPr>
              <w:t xml:space="preserve"> προϊόντος / </w:t>
            </w:r>
            <w:r w:rsidRPr="00C2122F">
              <w:rPr>
                <w:rFonts w:asciiTheme="majorHAnsi" w:hAnsiTheme="majorHAnsi" w:cstheme="majorHAnsi"/>
                <w:sz w:val="22"/>
              </w:rPr>
              <w:t>IVD</w:t>
            </w:r>
            <w:r w:rsidRPr="00C2122F">
              <w:rPr>
                <w:rFonts w:asciiTheme="majorHAnsi" w:hAnsiTheme="majorHAnsi" w:cstheme="majorHAnsi"/>
                <w:sz w:val="22"/>
                <w:lang w:val="el-GR"/>
              </w:rPr>
              <w:t xml:space="preserve"> για το οποίο ζητείται αποζημίωση από ΦΚΑ.</w:t>
            </w:r>
          </w:p>
        </w:tc>
        <w:tc>
          <w:tcPr>
            <w:tcW w:w="255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6F74210" w14:textId="3303CF43" w:rsidR="00C2122F" w:rsidRPr="00724959" w:rsidRDefault="00C2122F" w:rsidP="00C2122F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126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6AE2739" w14:textId="77777777" w:rsidR="00C2122F" w:rsidRPr="00C2122F" w:rsidRDefault="00C2122F" w:rsidP="00C2122F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C2122F" w:rsidRPr="00C2122F" w14:paraId="26AE25ED" w14:textId="77777777" w:rsidTr="00C2122F">
        <w:tc>
          <w:tcPr>
            <w:tcW w:w="589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41F5AE5" w14:textId="77777777" w:rsidR="00C2122F" w:rsidRPr="00C2122F" w:rsidRDefault="00C2122F" w:rsidP="00C2122F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C2122F">
              <w:rPr>
                <w:rFonts w:asciiTheme="majorHAnsi" w:hAnsiTheme="majorHAnsi" w:cstheme="majorHAnsi"/>
                <w:sz w:val="22"/>
                <w:lang w:val="el-GR"/>
              </w:rPr>
              <w:t>Στοιχεία και τεκμηρίωση της αιτούμενης αποζημίωσης από ΦΚΑ και σχετικός προϋπολογισμός / οικονομικά στοιχεία.</w:t>
            </w:r>
          </w:p>
        </w:tc>
        <w:tc>
          <w:tcPr>
            <w:tcW w:w="2552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1EEC1FB" w14:textId="34330007" w:rsidR="00C2122F" w:rsidRPr="00724959" w:rsidRDefault="00C2122F" w:rsidP="00C2122F">
            <w:pPr>
              <w:spacing w:after="0" w:line="240" w:lineRule="auto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724959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724959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24959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126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1F94B345" w14:textId="77777777" w:rsidR="00C2122F" w:rsidRPr="00C2122F" w:rsidRDefault="00C2122F" w:rsidP="00C2122F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01F1AFFF" w14:textId="77777777" w:rsidR="00922E7D" w:rsidRPr="00C2122F" w:rsidRDefault="00000000">
      <w:pPr>
        <w:spacing w:before="40" w:after="80" w:line="240" w:lineRule="auto"/>
        <w:rPr>
          <w:rFonts w:asciiTheme="majorHAnsi" w:hAnsiTheme="majorHAnsi" w:cstheme="majorHAnsi"/>
          <w:sz w:val="22"/>
          <w:lang w:val="el-GR"/>
        </w:rPr>
      </w:pPr>
      <w:r w:rsidRPr="00C2122F">
        <w:rPr>
          <w:rFonts w:asciiTheme="majorHAnsi" w:hAnsiTheme="majorHAnsi" w:cstheme="majorHAnsi"/>
          <w:sz w:val="22"/>
          <w:lang w:val="el-GR"/>
        </w:rPr>
        <w:t>Σημείωση: Το άρθρο 21 αποτελεί πρόσθετη ειδική προϋπόθεση και δεν αντικαθιστά τα δικαιολογητικά και τη διοικητική διαδρομή της βασικής κατηγορίας της μελέτης.</w:t>
      </w:r>
    </w:p>
    <w:p w14:paraId="2FF97446" w14:textId="77777777" w:rsidR="00922E7D" w:rsidRPr="00C2122F" w:rsidRDefault="00000000">
      <w:pPr>
        <w:spacing w:before="100" w:after="40"/>
        <w:rPr>
          <w:rFonts w:asciiTheme="majorHAnsi" w:hAnsiTheme="majorHAnsi" w:cstheme="majorHAnsi"/>
          <w:sz w:val="22"/>
          <w:lang w:val="el-GR"/>
        </w:rPr>
      </w:pPr>
      <w:r w:rsidRPr="00C2122F">
        <w:rPr>
          <w:rFonts w:asciiTheme="majorHAnsi" w:hAnsiTheme="majorHAnsi" w:cstheme="majorHAnsi"/>
          <w:b/>
          <w:color w:val="1F4E78"/>
          <w:sz w:val="22"/>
          <w:lang w:val="el-GR"/>
        </w:rPr>
        <w:t xml:space="preserve">Δήλωση υποβάλλοντος: </w:t>
      </w:r>
      <w:r w:rsidRPr="00C2122F">
        <w:rPr>
          <w:rFonts w:asciiTheme="majorHAnsi" w:hAnsiTheme="majorHAnsi" w:cstheme="majorHAnsi"/>
          <w:sz w:val="22"/>
          <w:lang w:val="el-GR"/>
        </w:rPr>
        <w:t>Δηλώνεται ότι ο φάκελος συνοδεύεται από τα στοιχεία που έχουν σημειωθεί ως «ΝΑΙ» και ότι οι αναγραφόμενες εκδόσεις/ημερομηνίες αντιστοιχούν στα κατατιθέμενα έγγραφα.</w:t>
      </w:r>
    </w:p>
    <w:p w14:paraId="3525C342" w14:textId="77777777" w:rsidR="00C2122F" w:rsidRDefault="00C2122F">
      <w:pPr>
        <w:spacing w:after="40"/>
        <w:rPr>
          <w:sz w:val="18"/>
          <w:lang w:val="el-GR"/>
        </w:rPr>
      </w:pPr>
    </w:p>
    <w:p w14:paraId="12D7EC9F" w14:textId="77777777" w:rsidR="00C2122F" w:rsidRPr="008A134E" w:rsidRDefault="00C2122F" w:rsidP="00C2122F">
      <w:pPr>
        <w:spacing w:after="40"/>
        <w:jc w:val="right"/>
        <w:rPr>
          <w:sz w:val="22"/>
          <w:lang w:val="el-GR"/>
        </w:rPr>
      </w:pPr>
      <w:r w:rsidRPr="008A134E">
        <w:rPr>
          <w:b/>
          <w:sz w:val="22"/>
          <w:lang w:val="el-GR"/>
        </w:rPr>
        <w:t xml:space="preserve">Ημερομηνία: </w:t>
      </w:r>
      <w:r w:rsidRPr="008A134E">
        <w:rPr>
          <w:sz w:val="22"/>
          <w:lang w:val="el-GR"/>
        </w:rPr>
        <w:t xml:space="preserve">____/____/______    </w:t>
      </w:r>
    </w:p>
    <w:p w14:paraId="009D41F8" w14:textId="77777777" w:rsidR="00C2122F" w:rsidRPr="008A134E" w:rsidRDefault="00C2122F" w:rsidP="00C2122F">
      <w:pPr>
        <w:spacing w:after="40"/>
        <w:jc w:val="right"/>
        <w:rPr>
          <w:sz w:val="22"/>
          <w:lang w:val="el-GR"/>
        </w:rPr>
      </w:pPr>
      <w:r w:rsidRPr="008A134E">
        <w:rPr>
          <w:b/>
          <w:sz w:val="22"/>
          <w:lang w:val="el-GR"/>
        </w:rPr>
        <w:t xml:space="preserve">Ονοματεπώνυμο / Ιδιότητα: </w:t>
      </w:r>
      <w:r w:rsidRPr="008A134E">
        <w:rPr>
          <w:sz w:val="22"/>
          <w:lang w:val="el-GR"/>
        </w:rPr>
        <w:t xml:space="preserve">__________________________   </w:t>
      </w:r>
    </w:p>
    <w:p w14:paraId="2BF86F08" w14:textId="77777777" w:rsidR="00C2122F" w:rsidRPr="008A134E" w:rsidRDefault="00C2122F" w:rsidP="00C2122F">
      <w:pPr>
        <w:spacing w:after="40"/>
        <w:jc w:val="right"/>
        <w:rPr>
          <w:sz w:val="22"/>
          <w:lang w:val="el-GR"/>
        </w:rPr>
      </w:pPr>
      <w:r w:rsidRPr="008A134E">
        <w:rPr>
          <w:sz w:val="22"/>
          <w:lang w:val="el-GR"/>
        </w:rPr>
        <w:t xml:space="preserve"> Υπογραφή: __________________</w:t>
      </w:r>
    </w:p>
    <w:p w14:paraId="686DC660" w14:textId="77777777" w:rsidR="00C2122F" w:rsidRPr="00C2122F" w:rsidRDefault="00C2122F">
      <w:pPr>
        <w:spacing w:after="40"/>
        <w:rPr>
          <w:lang w:val="el-GR"/>
        </w:rPr>
      </w:pPr>
    </w:p>
    <w:sectPr w:rsidR="00C2122F" w:rsidRPr="00C2122F" w:rsidSect="00034616">
      <w:footerReference w:type="default" r:id="rId10"/>
      <w:pgSz w:w="11906" w:h="16838"/>
      <w:pgMar w:top="567" w:right="680" w:bottom="567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339C6" w14:textId="77777777" w:rsidR="00D925DE" w:rsidRDefault="00D925DE">
      <w:pPr>
        <w:spacing w:after="0" w:line="240" w:lineRule="auto"/>
      </w:pPr>
      <w:r>
        <w:separator/>
      </w:r>
    </w:p>
  </w:endnote>
  <w:endnote w:type="continuationSeparator" w:id="0">
    <w:p w14:paraId="5014C9C2" w14:textId="77777777" w:rsidR="00D925DE" w:rsidRDefault="00D92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2ECCA" w14:textId="77777777" w:rsidR="00C2122F" w:rsidRPr="00C2122F" w:rsidRDefault="00C2122F" w:rsidP="00C2122F">
    <w:pPr>
      <w:spacing w:before="60" w:after="0"/>
      <w:rPr>
        <w:lang w:val="el-GR"/>
      </w:rPr>
    </w:pPr>
    <w:r w:rsidRPr="00C2122F">
      <w:rPr>
        <w:color w:val="666666"/>
        <w:sz w:val="17"/>
        <w:lang w:val="el-GR"/>
      </w:rPr>
      <w:t>Οι απαιτούμενες αποφάσεις ΕΕΔ/ΕΟΦ δηλώνονται με αριθμό και ημερομηνία, όταν έχουν εκδοθεί.</w:t>
    </w:r>
  </w:p>
  <w:p w14:paraId="4FD2FA64" w14:textId="77777777" w:rsidR="00C2122F" w:rsidRPr="00C2122F" w:rsidRDefault="00C2122F" w:rsidP="00C2122F">
    <w:pPr>
      <w:spacing w:before="40" w:after="0"/>
      <w:rPr>
        <w:lang w:val="el-GR"/>
      </w:rPr>
    </w:pPr>
    <w:r w:rsidRPr="00C2122F">
      <w:rPr>
        <w:color w:val="666666"/>
        <w:sz w:val="16"/>
        <w:lang w:val="el-GR"/>
      </w:rPr>
      <w:t>Νομοθετική βάση: ΚΥΑ Δ3(α) 52922/2025 (ΦΕΚ Β΄ 230/22.01.2026), όπως διορθώθηκε με ΦΕΚ Β΄ 1315/11.03.2026, και το ειδικό πλαίσιο της αντίστοιχης κατηγορίας.</w:t>
    </w:r>
  </w:p>
  <w:p w14:paraId="7CB08946" w14:textId="77777777" w:rsidR="00922E7D" w:rsidRDefault="00000000">
    <w:pPr>
      <w:pStyle w:val="a6"/>
      <w:jc w:val="center"/>
    </w:pPr>
    <w:r>
      <w:rPr>
        <w:color w:val="666666"/>
        <w:sz w:val="17"/>
      </w:rPr>
      <w:t>ΓΑΝΠ «ΜΕΤΑΞΑ» - Επ</w:t>
    </w:r>
    <w:proofErr w:type="spellStart"/>
    <w:r>
      <w:rPr>
        <w:color w:val="666666"/>
        <w:sz w:val="17"/>
      </w:rPr>
      <w:t>ιστολή</w:t>
    </w:r>
    <w:proofErr w:type="spellEnd"/>
    <w:r>
      <w:rPr>
        <w:color w:val="666666"/>
        <w:sz w:val="17"/>
      </w:rPr>
      <w:t xml:space="preserve"> Κα</w:t>
    </w:r>
    <w:proofErr w:type="spellStart"/>
    <w:r>
      <w:rPr>
        <w:color w:val="666666"/>
        <w:sz w:val="17"/>
      </w:rPr>
      <w:t>τάθεσης</w:t>
    </w:r>
    <w:proofErr w:type="spellEnd"/>
    <w:r>
      <w:rPr>
        <w:color w:val="666666"/>
        <w:sz w:val="17"/>
      </w:rPr>
      <w:t xml:space="preserve"> Φα</w:t>
    </w:r>
    <w:proofErr w:type="spellStart"/>
    <w:r>
      <w:rPr>
        <w:color w:val="666666"/>
        <w:sz w:val="17"/>
      </w:rPr>
      <w:t>κέλου</w:t>
    </w:r>
    <w:proofErr w:type="spellEnd"/>
  </w:p>
  <w:p>
    <w:pPr>
      <w:jc w:val="right"/>
    </w:pPr>
    <w:r>
      <w:rPr>
        <w:b/>
        <w:sz w:val="16"/>
      </w:rPr>
      <w:t>Κωδικός ΜΕΤΑΞΑ: Ε.ΚΜ1-4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E492A" w14:textId="77777777" w:rsidR="00D925DE" w:rsidRDefault="00D925DE">
      <w:pPr>
        <w:spacing w:after="0" w:line="240" w:lineRule="auto"/>
      </w:pPr>
      <w:r>
        <w:separator/>
      </w:r>
    </w:p>
  </w:footnote>
  <w:footnote w:type="continuationSeparator" w:id="0">
    <w:p w14:paraId="0F593BFF" w14:textId="77777777" w:rsidR="00D925DE" w:rsidRDefault="00D925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9646392">
    <w:abstractNumId w:val="8"/>
  </w:num>
  <w:num w:numId="2" w16cid:durableId="1105081287">
    <w:abstractNumId w:val="6"/>
  </w:num>
  <w:num w:numId="3" w16cid:durableId="1401442665">
    <w:abstractNumId w:val="5"/>
  </w:num>
  <w:num w:numId="4" w16cid:durableId="1648437822">
    <w:abstractNumId w:val="4"/>
  </w:num>
  <w:num w:numId="5" w16cid:durableId="1374303705">
    <w:abstractNumId w:val="7"/>
  </w:num>
  <w:num w:numId="6" w16cid:durableId="19747566">
    <w:abstractNumId w:val="3"/>
  </w:num>
  <w:num w:numId="7" w16cid:durableId="1092821950">
    <w:abstractNumId w:val="2"/>
  </w:num>
  <w:num w:numId="8" w16cid:durableId="1805152404">
    <w:abstractNumId w:val="1"/>
  </w:num>
  <w:num w:numId="9" w16cid:durableId="708844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0BAD"/>
    <w:rsid w:val="00671202"/>
    <w:rsid w:val="00724959"/>
    <w:rsid w:val="00922E7D"/>
    <w:rsid w:val="00AA1D8D"/>
    <w:rsid w:val="00B47730"/>
    <w:rsid w:val="00BB10A8"/>
    <w:rsid w:val="00C2122F"/>
    <w:rsid w:val="00CB0664"/>
    <w:rsid w:val="00D925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08E22D"/>
  <w14:defaultImageDpi w14:val="300"/>
  <w15:docId w15:val="{E2049184-055B-4E8A-BAA3-18095D5CF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521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Ελένη Πέτρακα</cp:lastModifiedBy>
  <cp:revision>4</cp:revision>
  <dcterms:created xsi:type="dcterms:W3CDTF">2013-12-23T23:15:00Z</dcterms:created>
  <dcterms:modified xsi:type="dcterms:W3CDTF">2026-10-05T10:35:00Z</dcterms:modified>
  <cp:category/>
</cp:coreProperties>
</file>