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7257"/>
        <w:gridCol w:w="2041"/>
      </w:tblGrid>
      <w:tr w:rsidR="00161443" w14:paraId="372F3BDE" w14:textId="77777777">
        <w:trPr>
          <w:jc w:val="center"/>
        </w:trPr>
        <w:tc>
          <w:tcPr>
            <w:tcW w:w="1134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7053FC6" w14:textId="77777777" w:rsidR="00161443" w:rsidRDefault="00000000">
            <w:r>
              <w:rPr>
                <w:noProof/>
              </w:rPr>
              <w:drawing>
                <wp:inline distT="0" distB="0" distL="0" distR="0" wp14:anchorId="4E3FAC50" wp14:editId="7BC259CB">
                  <wp:extent cx="450000" cy="450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e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5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F6C7176" w14:textId="77777777" w:rsidR="00161443" w:rsidRPr="004B7D79" w:rsidRDefault="00000000">
            <w:pPr>
              <w:jc w:val="center"/>
              <w:rPr>
                <w:lang w:val="el-GR"/>
              </w:rPr>
            </w:pPr>
            <w:r w:rsidRPr="004B7D79">
              <w:rPr>
                <w:b/>
                <w:color w:val="1F4E78"/>
                <w:sz w:val="19"/>
                <w:lang w:val="el-GR"/>
              </w:rPr>
              <w:t>ΕΛΛΗΝΙΚΗ ΔΗΜΟΚΡΑΤΙΑ</w:t>
            </w:r>
            <w:r w:rsidRPr="004B7D79">
              <w:rPr>
                <w:b/>
                <w:color w:val="1F4E78"/>
                <w:sz w:val="19"/>
                <w:lang w:val="el-GR"/>
              </w:rPr>
              <w:br/>
            </w:r>
            <w:r w:rsidRPr="004B7D79">
              <w:rPr>
                <w:color w:val="1F4E78"/>
                <w:sz w:val="18"/>
                <w:lang w:val="el-GR"/>
              </w:rPr>
              <w:t>ΥΠΟΥΡΓΕΙΟ ΥΓΕΙΑΣ - 2η Υ.ΠΕ. ΠΕΙΡΑΙΩΣ &amp; ΑΙΓΑΙΟΥ</w:t>
            </w:r>
            <w:r w:rsidRPr="004B7D79">
              <w:rPr>
                <w:color w:val="1F4E78"/>
                <w:sz w:val="18"/>
                <w:lang w:val="el-GR"/>
              </w:rPr>
              <w:br/>
            </w:r>
            <w:r w:rsidRPr="004B7D79">
              <w:rPr>
                <w:b/>
                <w:color w:val="1F4E78"/>
                <w:sz w:val="19"/>
                <w:lang w:val="el-GR"/>
              </w:rPr>
              <w:t>ΓΕΝΙΚΟ ΑΝΤΙΚΑΡΚΙΝΙΚΟ ΝΟΣΟΚΟΜΕΙΟ ΠΕΙΡΑΙΑ «ΜΕΤΑΞΑ»</w:t>
            </w:r>
          </w:p>
        </w:tc>
        <w:tc>
          <w:tcPr>
            <w:tcW w:w="2041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E49903D" w14:textId="77777777" w:rsidR="00161443" w:rsidRDefault="0000000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69FBADB1" wp14:editId="77433D55">
                  <wp:extent cx="1188000" cy="529976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529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1886F8" w14:textId="77777777" w:rsidR="00161443" w:rsidRPr="004B7D79" w:rsidRDefault="00000000">
      <w:pPr>
        <w:spacing w:before="60" w:after="100"/>
        <w:jc w:val="center"/>
        <w:rPr>
          <w:lang w:val="el-GR"/>
        </w:rPr>
      </w:pPr>
      <w:r w:rsidRPr="004B7D79">
        <w:rPr>
          <w:b/>
          <w:color w:val="1F4E78"/>
          <w:sz w:val="25"/>
          <w:lang w:val="el-GR"/>
        </w:rPr>
        <w:t xml:space="preserve">ΕΠΙΣΤΟΛΗ ΚΑΤΑΘΕΣΗΣ ΦΑΚΕΛΟΥ - </w:t>
      </w:r>
      <w:r>
        <w:rPr>
          <w:b/>
          <w:color w:val="1F4E78"/>
          <w:sz w:val="25"/>
        </w:rPr>
        <w:t>PASS</w:t>
      </w:r>
      <w:r w:rsidRPr="004B7D79">
        <w:rPr>
          <w:b/>
          <w:color w:val="1F4E78"/>
          <w:sz w:val="25"/>
          <w:lang w:val="el-GR"/>
        </w:rPr>
        <w:t xml:space="preserve"> / </w:t>
      </w:r>
      <w:r>
        <w:rPr>
          <w:b/>
          <w:color w:val="1F4E78"/>
          <w:sz w:val="25"/>
        </w:rPr>
        <w:t>PAES</w:t>
      </w:r>
    </w:p>
    <w:p w14:paraId="09FEB156" w14:textId="036C6CF6" w:rsidR="00161443" w:rsidRPr="004B7D79" w:rsidRDefault="00000000" w:rsidP="004B7D79">
      <w:pPr>
        <w:spacing w:after="60"/>
        <w:jc w:val="right"/>
        <w:rPr>
          <w:lang w:val="el-GR"/>
        </w:rPr>
      </w:pPr>
      <w:r w:rsidRPr="004B7D79">
        <w:rPr>
          <w:b/>
          <w:sz w:val="21"/>
          <w:lang w:val="el-GR"/>
        </w:rPr>
        <w:t>ΠΡΟΣ: Επιστημονικό Συμβούλιο</w:t>
      </w:r>
      <w:r w:rsidRPr="004B7D79">
        <w:rPr>
          <w:sz w:val="21"/>
          <w:lang w:val="el-GR"/>
        </w:rPr>
      </w:r>
    </w:p>
    <w:p w14:paraId="4E3134E6" w14:textId="77777777" w:rsidR="004B7D79" w:rsidRPr="004B7D79" w:rsidRDefault="004B7D79" w:rsidP="004B7D79">
      <w:pPr>
        <w:spacing w:after="0" w:line="240" w:lineRule="auto"/>
        <w:ind w:left="142"/>
        <w:rPr>
          <w:rFonts w:asciiTheme="majorHAnsi" w:hAnsiTheme="majorHAnsi" w:cstheme="majorHAnsi"/>
          <w:sz w:val="22"/>
          <w:lang w:val="el-GR"/>
        </w:rPr>
      </w:pPr>
      <w:r w:rsidRPr="004B7D79">
        <w:rPr>
          <w:rFonts w:asciiTheme="majorHAnsi" w:hAnsiTheme="majorHAnsi" w:cstheme="majorHAnsi"/>
          <w:sz w:val="22"/>
          <w:lang w:val="el-GR"/>
        </w:rPr>
        <w:t>Με την παρούσα καταθέτουμε τον φάκελο της ανωτέρω μελέτης/έρευνας. Για κάθε στοιχείο σημειώνεται η κατάσταση υποβολής και, όπου απαιτείται, η έκδοση/ημερομηνία ή σχετική παρατήρηση.</w:t>
      </w:r>
    </w:p>
    <w:p w14:paraId="50C728CE" w14:textId="77777777" w:rsidR="004B7D79" w:rsidRPr="004B7D79" w:rsidRDefault="004B7D79" w:rsidP="004B7D79">
      <w:pPr>
        <w:spacing w:after="0" w:line="240" w:lineRule="auto"/>
        <w:ind w:left="142"/>
        <w:rPr>
          <w:rFonts w:asciiTheme="majorHAnsi" w:hAnsiTheme="majorHAnsi" w:cstheme="majorHAnsi"/>
          <w:sz w:val="22"/>
          <w:lang w:val="el-GR"/>
        </w:rPr>
      </w:pPr>
      <w:r w:rsidRPr="004B7D79">
        <w:rPr>
          <w:rFonts w:asciiTheme="majorHAnsi" w:hAnsiTheme="majorHAnsi" w:cstheme="majorHAnsi"/>
          <w:sz w:val="22"/>
          <w:lang w:val="el-G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AE5F089" w14:textId="56C79B94" w:rsidR="00161443" w:rsidRPr="004B7D79" w:rsidRDefault="00161443" w:rsidP="004B7D79">
      <w:pPr>
        <w:spacing w:after="100" w:line="240" w:lineRule="auto"/>
        <w:rPr>
          <w:rFonts w:asciiTheme="majorHAnsi" w:hAnsiTheme="majorHAnsi" w:cstheme="majorHAnsi"/>
          <w:sz w:val="22"/>
          <w:lang w:val="el-GR"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458"/>
        <w:gridCol w:w="6803"/>
      </w:tblGrid>
      <w:tr w:rsidR="00161443" w:rsidRPr="004B7D79" w14:paraId="2B3400DE" w14:textId="77777777">
        <w:trPr>
          <w:jc w:val="center"/>
        </w:trPr>
        <w:tc>
          <w:tcPr>
            <w:tcW w:w="3458" w:type="dxa"/>
            <w:shd w:val="clear" w:color="auto" w:fill="F3F7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496567" w14:textId="77777777" w:rsidR="00161443" w:rsidRPr="004B7D79" w:rsidRDefault="00000000" w:rsidP="004B7D79">
            <w:pPr>
              <w:spacing w:line="240" w:lineRule="auto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4B7D79">
              <w:rPr>
                <w:rFonts w:asciiTheme="majorHAnsi" w:hAnsiTheme="majorHAnsi" w:cstheme="majorHAnsi"/>
                <w:b/>
                <w:color w:val="1F4E78"/>
                <w:sz w:val="22"/>
              </w:rPr>
              <w:t>Χορηγός</w:t>
            </w:r>
            <w:proofErr w:type="spellEnd"/>
            <w:r w:rsidRPr="004B7D79">
              <w:rPr>
                <w:rFonts w:asciiTheme="majorHAnsi" w:hAnsiTheme="majorHAnsi" w:cstheme="majorHAnsi"/>
                <w:b/>
                <w:color w:val="1F4E78"/>
                <w:sz w:val="22"/>
              </w:rPr>
              <w:t xml:space="preserve"> / CRO</w:t>
            </w:r>
          </w:p>
        </w:tc>
        <w:tc>
          <w:tcPr>
            <w:tcW w:w="680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C3EBA5" w14:textId="77777777" w:rsidR="00161443" w:rsidRPr="004B7D79" w:rsidRDefault="00000000" w:rsidP="004B7D79">
            <w:pPr>
              <w:spacing w:line="240" w:lineRule="auto"/>
              <w:rPr>
                <w:rFonts w:asciiTheme="majorHAnsi" w:hAnsiTheme="majorHAnsi" w:cstheme="majorHAnsi"/>
                <w:sz w:val="22"/>
              </w:rPr>
            </w:pPr>
            <w:r w:rsidRPr="004B7D79">
              <w:rPr>
                <w:rFonts w:asciiTheme="majorHAnsi" w:hAnsiTheme="majorHAnsi" w:cstheme="majorHAnsi"/>
                <w:color w:val="666666"/>
                <w:sz w:val="22"/>
              </w:rPr>
              <w:t>[ΣΥΜΠΛΗΡΩΣΤΕ]</w:t>
            </w:r>
          </w:p>
        </w:tc>
      </w:tr>
      <w:tr w:rsidR="00161443" w:rsidRPr="004B7D79" w14:paraId="2AC01FA1" w14:textId="77777777">
        <w:trPr>
          <w:jc w:val="center"/>
        </w:trPr>
        <w:tc>
          <w:tcPr>
            <w:tcW w:w="3458" w:type="dxa"/>
            <w:shd w:val="clear" w:color="auto" w:fill="F3F7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121C05" w14:textId="77777777" w:rsidR="00161443" w:rsidRPr="004B7D79" w:rsidRDefault="00000000" w:rsidP="004B7D79">
            <w:pPr>
              <w:spacing w:line="240" w:lineRule="auto"/>
              <w:rPr>
                <w:rFonts w:asciiTheme="majorHAnsi" w:hAnsiTheme="majorHAnsi" w:cstheme="majorHAnsi"/>
                <w:sz w:val="22"/>
              </w:rPr>
            </w:pPr>
            <w:r w:rsidRPr="004B7D79">
              <w:rPr>
                <w:rFonts w:asciiTheme="majorHAnsi" w:hAnsiTheme="majorHAnsi" w:cstheme="majorHAnsi"/>
                <w:b/>
                <w:color w:val="1F4E78"/>
                <w:sz w:val="22"/>
              </w:rPr>
              <w:t>Κύριος Ερευνητής - Κλινική / Τμήμα</w:t>
            </w:r>
          </w:p>
        </w:tc>
        <w:tc>
          <w:tcPr>
            <w:tcW w:w="680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C9975A" w14:textId="77777777" w:rsidR="00161443" w:rsidRPr="004B7D79" w:rsidRDefault="00000000" w:rsidP="004B7D79">
            <w:pPr>
              <w:spacing w:line="240" w:lineRule="auto"/>
              <w:rPr>
                <w:rFonts w:asciiTheme="majorHAnsi" w:hAnsiTheme="majorHAnsi" w:cstheme="majorHAnsi"/>
                <w:sz w:val="22"/>
              </w:rPr>
            </w:pPr>
            <w:r w:rsidRPr="004B7D79">
              <w:rPr>
                <w:rFonts w:asciiTheme="majorHAnsi" w:hAnsiTheme="majorHAnsi" w:cstheme="majorHAnsi"/>
                <w:color w:val="666666"/>
                <w:sz w:val="22"/>
              </w:rPr>
              <w:t>[ΣΥΜΠΛΗΡΩΣΤΕ]</w:t>
            </w:r>
          </w:p>
        </w:tc>
      </w:tr>
      <w:tr w:rsidR="00161443" w:rsidRPr="004B7D79" w14:paraId="7E4D5AD0" w14:textId="77777777">
        <w:trPr>
          <w:jc w:val="center"/>
        </w:trPr>
        <w:tc>
          <w:tcPr>
            <w:tcW w:w="3458" w:type="dxa"/>
            <w:shd w:val="clear" w:color="auto" w:fill="F3F7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8A255A" w14:textId="77777777" w:rsidR="00161443" w:rsidRPr="004B7D79" w:rsidRDefault="00000000" w:rsidP="004B7D79">
            <w:pPr>
              <w:spacing w:line="240" w:lineRule="auto"/>
              <w:rPr>
                <w:rFonts w:asciiTheme="majorHAnsi" w:hAnsiTheme="majorHAnsi" w:cstheme="majorHAnsi"/>
                <w:sz w:val="22"/>
              </w:rPr>
            </w:pPr>
            <w:r w:rsidRPr="004B7D79">
              <w:rPr>
                <w:rFonts w:asciiTheme="majorHAnsi" w:hAnsiTheme="majorHAnsi" w:cstheme="majorHAnsi"/>
                <w:b/>
                <w:color w:val="1F4E78"/>
                <w:sz w:val="22"/>
              </w:rPr>
              <w:t>Τίτλος μελέτης / έρευνας</w:t>
            </w:r>
          </w:p>
        </w:tc>
        <w:tc>
          <w:tcPr>
            <w:tcW w:w="680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C7BA92" w14:textId="77777777" w:rsidR="00161443" w:rsidRPr="004B7D79" w:rsidRDefault="00000000" w:rsidP="004B7D79">
            <w:pPr>
              <w:spacing w:line="240" w:lineRule="auto"/>
              <w:rPr>
                <w:rFonts w:asciiTheme="majorHAnsi" w:hAnsiTheme="majorHAnsi" w:cstheme="majorHAnsi"/>
                <w:sz w:val="22"/>
              </w:rPr>
            </w:pPr>
            <w:r w:rsidRPr="004B7D79">
              <w:rPr>
                <w:rFonts w:asciiTheme="majorHAnsi" w:hAnsiTheme="majorHAnsi" w:cstheme="majorHAnsi"/>
                <w:color w:val="666666"/>
                <w:sz w:val="22"/>
              </w:rPr>
              <w:t>[ΣΥΜΠΛΗΡΩΣΤΕ]</w:t>
            </w:r>
          </w:p>
        </w:tc>
      </w:tr>
      <w:tr w:rsidR="00161443" w:rsidRPr="004B7D79" w14:paraId="6EEE138B" w14:textId="77777777">
        <w:trPr>
          <w:jc w:val="center"/>
        </w:trPr>
        <w:tc>
          <w:tcPr>
            <w:tcW w:w="3458" w:type="dxa"/>
            <w:shd w:val="clear" w:color="auto" w:fill="F3F7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A1CD6D" w14:textId="77777777" w:rsidR="00161443" w:rsidRPr="004B7D79" w:rsidRDefault="00000000" w:rsidP="004B7D79">
            <w:pPr>
              <w:spacing w:line="240" w:lineRule="auto"/>
              <w:rPr>
                <w:rFonts w:asciiTheme="majorHAnsi" w:hAnsiTheme="majorHAnsi" w:cstheme="majorHAnsi"/>
                <w:sz w:val="22"/>
                <w:lang w:val="el-GR"/>
              </w:rPr>
            </w:pPr>
            <w:r w:rsidRPr="004B7D79">
              <w:rPr>
                <w:rFonts w:asciiTheme="majorHAnsi" w:hAnsiTheme="majorHAnsi" w:cstheme="majorHAnsi"/>
                <w:b/>
                <w:color w:val="1F4E78"/>
                <w:sz w:val="22"/>
                <w:lang w:val="el-GR"/>
              </w:rPr>
              <w:t xml:space="preserve">Κωδικός πρωτοκόλλου / </w:t>
            </w:r>
            <w:r w:rsidRPr="004B7D79">
              <w:rPr>
                <w:rFonts w:asciiTheme="majorHAnsi" w:hAnsiTheme="majorHAnsi" w:cstheme="majorHAnsi"/>
                <w:b/>
                <w:color w:val="1F4E78"/>
                <w:sz w:val="22"/>
              </w:rPr>
              <w:t>EU</w:t>
            </w:r>
            <w:r w:rsidRPr="004B7D79">
              <w:rPr>
                <w:rFonts w:asciiTheme="majorHAnsi" w:hAnsiTheme="majorHAnsi" w:cstheme="majorHAnsi"/>
                <w:b/>
                <w:color w:val="1F4E78"/>
                <w:sz w:val="22"/>
                <w:lang w:val="el-GR"/>
              </w:rPr>
              <w:t xml:space="preserve"> </w:t>
            </w:r>
            <w:r w:rsidRPr="004B7D79">
              <w:rPr>
                <w:rFonts w:asciiTheme="majorHAnsi" w:hAnsiTheme="majorHAnsi" w:cstheme="majorHAnsi"/>
                <w:b/>
                <w:color w:val="1F4E78"/>
                <w:sz w:val="22"/>
              </w:rPr>
              <w:t>CT</w:t>
            </w:r>
            <w:r w:rsidRPr="004B7D79">
              <w:rPr>
                <w:rFonts w:asciiTheme="majorHAnsi" w:hAnsiTheme="majorHAnsi" w:cstheme="majorHAnsi"/>
                <w:b/>
                <w:color w:val="1F4E78"/>
                <w:sz w:val="22"/>
                <w:lang w:val="el-GR"/>
              </w:rPr>
              <w:t xml:space="preserve"> / άλλος κωδικός</w:t>
            </w:r>
          </w:p>
        </w:tc>
        <w:tc>
          <w:tcPr>
            <w:tcW w:w="680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52D624" w14:textId="77777777" w:rsidR="00161443" w:rsidRPr="004B7D79" w:rsidRDefault="00000000" w:rsidP="004B7D79">
            <w:pPr>
              <w:spacing w:line="240" w:lineRule="auto"/>
              <w:rPr>
                <w:rFonts w:asciiTheme="majorHAnsi" w:hAnsiTheme="majorHAnsi" w:cstheme="majorHAnsi"/>
                <w:sz w:val="22"/>
              </w:rPr>
            </w:pPr>
            <w:r w:rsidRPr="004B7D79">
              <w:rPr>
                <w:rFonts w:asciiTheme="majorHAnsi" w:hAnsiTheme="majorHAnsi" w:cstheme="majorHAnsi"/>
                <w:color w:val="666666"/>
                <w:sz w:val="22"/>
              </w:rPr>
              <w:t>[ΣΥΜΠΛΗΡΩΣΤΕ]</w:t>
            </w:r>
          </w:p>
        </w:tc>
      </w:tr>
      <w:tr w:rsidR="00161443" w:rsidRPr="004B7D79" w14:paraId="3A6BAB30" w14:textId="77777777">
        <w:trPr>
          <w:jc w:val="center"/>
        </w:trPr>
        <w:tc>
          <w:tcPr>
            <w:tcW w:w="3458" w:type="dxa"/>
            <w:shd w:val="clear" w:color="auto" w:fill="F3F7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70AE10" w14:textId="77777777" w:rsidR="00161443" w:rsidRPr="004B7D79" w:rsidRDefault="00000000" w:rsidP="004B7D79">
            <w:pPr>
              <w:spacing w:line="240" w:lineRule="auto"/>
              <w:rPr>
                <w:rFonts w:asciiTheme="majorHAnsi" w:hAnsiTheme="majorHAnsi" w:cstheme="majorHAnsi"/>
                <w:sz w:val="22"/>
              </w:rPr>
            </w:pPr>
            <w:r w:rsidRPr="004B7D79">
              <w:rPr>
                <w:rFonts w:asciiTheme="majorHAnsi" w:hAnsiTheme="majorHAnsi" w:cstheme="majorHAnsi"/>
                <w:b/>
                <w:color w:val="1F4E78"/>
                <w:sz w:val="22"/>
              </w:rPr>
              <w:t>Στοιχεία επικοινωνίας υποβάλλοντος</w:t>
            </w:r>
          </w:p>
        </w:tc>
        <w:tc>
          <w:tcPr>
            <w:tcW w:w="680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D26B51" w14:textId="77777777" w:rsidR="00161443" w:rsidRPr="004B7D79" w:rsidRDefault="00000000" w:rsidP="004B7D79">
            <w:pPr>
              <w:spacing w:line="240" w:lineRule="auto"/>
              <w:rPr>
                <w:rFonts w:asciiTheme="majorHAnsi" w:hAnsiTheme="majorHAnsi" w:cstheme="majorHAnsi"/>
                <w:sz w:val="22"/>
              </w:rPr>
            </w:pPr>
            <w:r w:rsidRPr="004B7D79">
              <w:rPr>
                <w:rFonts w:asciiTheme="majorHAnsi" w:hAnsiTheme="majorHAnsi" w:cstheme="majorHAnsi"/>
                <w:color w:val="666666"/>
                <w:sz w:val="22"/>
              </w:rPr>
              <w:t>[ΣΥΜΠΛΗΡΩΣΤΕ]</w:t>
            </w:r>
          </w:p>
        </w:tc>
      </w:tr>
    </w:tbl>
    <w:p w14:paraId="5AB5C3E1" w14:textId="719CC4BF" w:rsidR="00161443" w:rsidRPr="004B7D79" w:rsidRDefault="00161443" w:rsidP="004B7D79">
      <w:pPr>
        <w:spacing w:before="100" w:after="60" w:line="240" w:lineRule="auto"/>
        <w:rPr>
          <w:rFonts w:asciiTheme="majorHAnsi" w:hAnsiTheme="majorHAnsi" w:cstheme="majorHAnsi"/>
          <w:sz w:val="22"/>
          <w:lang w:val="el-GR"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018"/>
        <w:gridCol w:w="3316"/>
        <w:gridCol w:w="2041"/>
      </w:tblGrid>
      <w:tr w:rsidR="004B7D79" w:rsidRPr="004B7D79" w14:paraId="388F25B8" w14:textId="77777777" w:rsidTr="004B7D79">
        <w:trPr>
          <w:trHeight w:val="878"/>
          <w:jc w:val="center"/>
        </w:trPr>
        <w:tc>
          <w:tcPr>
            <w:tcW w:w="5018" w:type="dxa"/>
            <w:shd w:val="clear" w:color="auto" w:fill="D9EAF7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A28741F" w14:textId="77777777" w:rsidR="004B7D79" w:rsidRPr="004B7D79" w:rsidRDefault="004B7D79" w:rsidP="004B7D79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2"/>
              </w:rPr>
            </w:pPr>
            <w:r w:rsidRPr="004B7D79">
              <w:rPr>
                <w:rFonts w:asciiTheme="majorHAnsi" w:hAnsiTheme="majorHAnsi" w:cstheme="majorHAnsi"/>
                <w:b/>
                <w:color w:val="1F4E78"/>
                <w:sz w:val="22"/>
              </w:rPr>
              <w:t>ΣΤΟΙΧΕΙΟ ΦΑΚΕΛΟΥ</w:t>
            </w:r>
          </w:p>
        </w:tc>
        <w:tc>
          <w:tcPr>
            <w:tcW w:w="3316" w:type="dxa"/>
            <w:shd w:val="clear" w:color="auto" w:fill="D9EAF7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63CE7BE" w14:textId="77777777" w:rsidR="004B7D79" w:rsidRPr="004B7D79" w:rsidRDefault="004B7D79" w:rsidP="004B7D7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1F4E78"/>
                <w:sz w:val="22"/>
                <w:lang w:val="el-GR"/>
              </w:rPr>
            </w:pPr>
            <w:r w:rsidRPr="004B7D79">
              <w:rPr>
                <w:rFonts w:asciiTheme="majorHAnsi" w:hAnsiTheme="majorHAnsi" w:cstheme="majorHAnsi"/>
                <w:b/>
                <w:color w:val="1F4E78"/>
                <w:sz w:val="22"/>
                <w:lang w:val="el-GR"/>
              </w:rPr>
              <w:t>ΑΠΑΝΤΗΣΗ ΥΠΟΒΑΛΛΟΝΤΟΣ</w:t>
            </w:r>
          </w:p>
          <w:p w14:paraId="4CFB7385" w14:textId="499341AF" w:rsidR="004B7D79" w:rsidRPr="004B7D79" w:rsidRDefault="004B7D79" w:rsidP="004B7D79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2"/>
                <w:lang w:val="el-GR"/>
              </w:rPr>
            </w:pPr>
            <w:r w:rsidRPr="004B7D79">
              <w:rPr>
                <w:rFonts w:asciiTheme="majorHAnsi" w:hAnsiTheme="majorHAnsi" w:cstheme="majorHAnsi"/>
                <w:b/>
                <w:color w:val="1F4E78"/>
                <w:sz w:val="22"/>
                <w:lang w:val="el-GR"/>
              </w:rPr>
              <w:t>(ΝΑΙ-ΟΧΙ-ΔΕΝ ΕΦΑΡΜΟΖΕΤΑΙ)</w:t>
            </w:r>
          </w:p>
        </w:tc>
        <w:tc>
          <w:tcPr>
            <w:tcW w:w="2041" w:type="dxa"/>
            <w:shd w:val="clear" w:color="auto" w:fill="D9EAF7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58BA03D" w14:textId="77777777" w:rsidR="004B7D79" w:rsidRPr="004B7D79" w:rsidRDefault="004B7D79" w:rsidP="004B7D79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2"/>
              </w:rPr>
            </w:pPr>
            <w:r w:rsidRPr="004B7D79">
              <w:rPr>
                <w:rFonts w:asciiTheme="majorHAnsi" w:hAnsiTheme="majorHAnsi" w:cstheme="majorHAnsi"/>
                <w:b/>
                <w:color w:val="1F4E78"/>
                <w:sz w:val="22"/>
              </w:rPr>
              <w:t>ΕΚΔΟΣΗ / ΗΜΕΡΟΜΗΝΙΑ / ΠΑΡΑΤΗΡΗΣΗ</w:t>
            </w:r>
          </w:p>
        </w:tc>
      </w:tr>
      <w:tr w:rsidR="004B7D79" w:rsidRPr="004B7D79" w14:paraId="4CF473B4" w14:textId="77777777" w:rsidTr="004B7D79">
        <w:trPr>
          <w:trHeight w:val="565"/>
          <w:jc w:val="center"/>
        </w:trPr>
        <w:tc>
          <w:tcPr>
            <w:tcW w:w="50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A6CA59" w14:textId="77777777" w:rsidR="004B7D79" w:rsidRPr="004B7D79" w:rsidRDefault="004B7D79" w:rsidP="004B7D79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el-GR"/>
              </w:rPr>
            </w:pPr>
            <w:r w:rsidRPr="004B7D79">
              <w:rPr>
                <w:rFonts w:asciiTheme="majorHAnsi" w:hAnsiTheme="majorHAnsi" w:cstheme="majorHAnsi"/>
                <w:sz w:val="22"/>
                <w:lang w:val="el-GR"/>
              </w:rPr>
              <w:t>• Πρωτόκολλο της μελέτης στην αγγλική γλώσσα και περίληψη στην ελληνική γλώσσα.</w:t>
            </w:r>
          </w:p>
        </w:tc>
        <w:tc>
          <w:tcPr>
            <w:tcW w:w="331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ADB59D" w14:textId="314BB25D" w:rsidR="004B7D79" w:rsidRPr="00300527" w:rsidRDefault="004B7D79" w:rsidP="004B7D79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sz w:val="22"/>
                <w:lang w:val="el-GR"/>
              </w:rPr>
            </w:pPr>
            <w:r w:rsidRPr="00300527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300527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Pr="00300527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300527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300527">
              <w:rPr>
                <w:rFonts w:asciiTheme="majorHAnsi" w:hAnsiTheme="majorHAnsi" w:cstheme="majorHAnsi"/>
                <w:bCs/>
                <w:sz w:val="22"/>
              </w:rPr>
              <w:t xml:space="preserve"> ΌΧΙ</w:t>
            </w:r>
            <w:r w:rsidRPr="00300527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300527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300527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1D167C" w14:textId="77777777" w:rsidR="004B7D79" w:rsidRPr="004B7D79" w:rsidRDefault="004B7D79" w:rsidP="004B7D79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el-GR"/>
              </w:rPr>
            </w:pPr>
          </w:p>
        </w:tc>
      </w:tr>
      <w:tr w:rsidR="004B7D79" w:rsidRPr="004B7D79" w14:paraId="7CBD1799" w14:textId="77777777" w:rsidTr="004B7D79">
        <w:trPr>
          <w:trHeight w:val="663"/>
          <w:jc w:val="center"/>
        </w:trPr>
        <w:tc>
          <w:tcPr>
            <w:tcW w:w="50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07A65E" w14:textId="77777777" w:rsidR="004B7D79" w:rsidRPr="004B7D79" w:rsidRDefault="004B7D79" w:rsidP="004B7D79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el-GR"/>
              </w:rPr>
            </w:pPr>
            <w:r w:rsidRPr="004B7D79">
              <w:rPr>
                <w:rFonts w:asciiTheme="majorHAnsi" w:hAnsiTheme="majorHAnsi" w:cstheme="majorHAnsi"/>
                <w:sz w:val="22"/>
                <w:lang w:val="el-GR"/>
              </w:rPr>
              <w:t>• Έντυπο Ενημέρωσης / Συγκατάθεσης συμμετεχόντων, όπου απαιτείται.</w:t>
            </w:r>
          </w:p>
        </w:tc>
        <w:tc>
          <w:tcPr>
            <w:tcW w:w="331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864628" w14:textId="400660D1" w:rsidR="004B7D79" w:rsidRPr="00300527" w:rsidRDefault="004B7D79" w:rsidP="004B7D79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sz w:val="22"/>
                <w:lang w:val="el-GR"/>
              </w:rPr>
            </w:pPr>
            <w:r w:rsidRPr="00300527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300527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Pr="00300527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300527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300527">
              <w:rPr>
                <w:rFonts w:asciiTheme="majorHAnsi" w:hAnsiTheme="majorHAnsi" w:cstheme="majorHAnsi"/>
                <w:bCs/>
                <w:sz w:val="22"/>
              </w:rPr>
              <w:t xml:space="preserve"> ΌΧΙ</w:t>
            </w:r>
            <w:r w:rsidRPr="00300527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300527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300527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3E367C" w14:textId="77777777" w:rsidR="004B7D79" w:rsidRPr="004B7D79" w:rsidRDefault="004B7D79" w:rsidP="004B7D79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el-GR"/>
              </w:rPr>
            </w:pPr>
          </w:p>
        </w:tc>
      </w:tr>
      <w:tr w:rsidR="004B7D79" w:rsidRPr="004B7D79" w14:paraId="7EDCC09F" w14:textId="77777777" w:rsidTr="004B7D79">
        <w:trPr>
          <w:jc w:val="center"/>
        </w:trPr>
        <w:tc>
          <w:tcPr>
            <w:tcW w:w="50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3F3FA4" w14:textId="77777777" w:rsidR="004B7D79" w:rsidRPr="004B7D79" w:rsidRDefault="004B7D79" w:rsidP="004B7D79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el-GR"/>
              </w:rPr>
            </w:pPr>
            <w:r w:rsidRPr="004B7D79">
              <w:rPr>
                <w:rFonts w:asciiTheme="majorHAnsi" w:hAnsiTheme="majorHAnsi" w:cstheme="majorHAnsi"/>
                <w:sz w:val="22"/>
                <w:lang w:val="el-GR"/>
              </w:rPr>
              <w:t>• Πληροφοριακό ή άλλο υλικό προς τους συμμετέχοντες, όπου προβλέπεται.</w:t>
            </w:r>
          </w:p>
        </w:tc>
        <w:tc>
          <w:tcPr>
            <w:tcW w:w="331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79688A" w14:textId="4FBD1342" w:rsidR="004B7D79" w:rsidRPr="00300527" w:rsidRDefault="004B7D79" w:rsidP="004B7D79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sz w:val="22"/>
                <w:lang w:val="el-GR"/>
              </w:rPr>
            </w:pPr>
            <w:r w:rsidRPr="00300527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300527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Pr="00300527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300527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300527">
              <w:rPr>
                <w:rFonts w:asciiTheme="majorHAnsi" w:hAnsiTheme="majorHAnsi" w:cstheme="majorHAnsi"/>
                <w:bCs/>
                <w:sz w:val="22"/>
              </w:rPr>
              <w:t xml:space="preserve"> ΌΧΙ</w:t>
            </w:r>
            <w:r w:rsidRPr="00300527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300527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300527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AC80FA" w14:textId="77777777" w:rsidR="004B7D79" w:rsidRPr="004B7D79" w:rsidRDefault="004B7D79" w:rsidP="004B7D79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el-GR"/>
              </w:rPr>
            </w:pPr>
          </w:p>
        </w:tc>
      </w:tr>
      <w:tr w:rsidR="004B7D79" w:rsidRPr="004B7D79" w14:paraId="41BD7E94" w14:textId="77777777" w:rsidTr="004B7D79">
        <w:trPr>
          <w:jc w:val="center"/>
        </w:trPr>
        <w:tc>
          <w:tcPr>
            <w:tcW w:w="50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D690BD" w14:textId="77777777" w:rsidR="004B7D79" w:rsidRPr="004B7D79" w:rsidRDefault="004B7D79" w:rsidP="004B7D79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el-GR"/>
              </w:rPr>
            </w:pPr>
            <w:r w:rsidRPr="004B7D79">
              <w:rPr>
                <w:rFonts w:asciiTheme="majorHAnsi" w:hAnsiTheme="majorHAnsi" w:cstheme="majorHAnsi"/>
                <w:sz w:val="22"/>
                <w:lang w:val="el-GR"/>
              </w:rPr>
              <w:t>• Αναμενόμενη αμοιβή / οικονομικά στοιχεία / προϋπολογισμός του ερευνητικού κέντρου.</w:t>
            </w:r>
          </w:p>
        </w:tc>
        <w:tc>
          <w:tcPr>
            <w:tcW w:w="331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7BA1F7" w14:textId="2398A2F2" w:rsidR="004B7D79" w:rsidRPr="00300527" w:rsidRDefault="004B7D79" w:rsidP="004B7D79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sz w:val="22"/>
                <w:lang w:val="el-GR"/>
              </w:rPr>
            </w:pPr>
            <w:r w:rsidRPr="00300527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300527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Pr="00300527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300527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300527">
              <w:rPr>
                <w:rFonts w:asciiTheme="majorHAnsi" w:hAnsiTheme="majorHAnsi" w:cstheme="majorHAnsi"/>
                <w:bCs/>
                <w:sz w:val="22"/>
              </w:rPr>
              <w:t xml:space="preserve"> ΌΧΙ</w:t>
            </w:r>
            <w:r w:rsidRPr="00300527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300527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300527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014B95" w14:textId="77777777" w:rsidR="004B7D79" w:rsidRPr="004B7D79" w:rsidRDefault="004B7D79" w:rsidP="004B7D79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el-GR"/>
              </w:rPr>
            </w:pPr>
          </w:p>
        </w:tc>
      </w:tr>
      <w:tr w:rsidR="004B7D79" w:rsidRPr="004B7D79" w14:paraId="7A106148" w14:textId="77777777" w:rsidTr="004B7D79">
        <w:trPr>
          <w:jc w:val="center"/>
        </w:trPr>
        <w:tc>
          <w:tcPr>
            <w:tcW w:w="50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ADB987" w14:textId="77777777" w:rsidR="004B7D79" w:rsidRPr="004B7D79" w:rsidRDefault="004B7D79" w:rsidP="004B7D79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el-GR"/>
              </w:rPr>
            </w:pPr>
            <w:r w:rsidRPr="004B7D79">
              <w:rPr>
                <w:rFonts w:asciiTheme="majorHAnsi" w:hAnsiTheme="majorHAnsi" w:cstheme="majorHAnsi"/>
                <w:sz w:val="22"/>
                <w:lang w:val="el-GR"/>
              </w:rPr>
              <w:t>• Στοιχεία ιδιωτών ιατρών, όπου προβλέπεται συμμετοχή τους.</w:t>
            </w:r>
          </w:p>
        </w:tc>
        <w:tc>
          <w:tcPr>
            <w:tcW w:w="331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B327A4" w14:textId="31AFDAD5" w:rsidR="004B7D79" w:rsidRPr="00300527" w:rsidRDefault="004B7D79" w:rsidP="004B7D79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sz w:val="22"/>
                <w:lang w:val="el-GR"/>
              </w:rPr>
            </w:pPr>
            <w:r w:rsidRPr="00300527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300527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Pr="00300527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300527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300527">
              <w:rPr>
                <w:rFonts w:asciiTheme="majorHAnsi" w:hAnsiTheme="majorHAnsi" w:cstheme="majorHAnsi"/>
                <w:bCs/>
                <w:sz w:val="22"/>
              </w:rPr>
              <w:t xml:space="preserve"> ΌΧΙ</w:t>
            </w:r>
            <w:r w:rsidRPr="00300527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300527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300527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048FDF" w14:textId="77777777" w:rsidR="004B7D79" w:rsidRPr="004B7D79" w:rsidRDefault="004B7D79" w:rsidP="004B7D79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el-GR"/>
              </w:rPr>
            </w:pPr>
          </w:p>
        </w:tc>
      </w:tr>
      <w:tr w:rsidR="004B7D79" w:rsidRPr="004B7D79" w14:paraId="6602429E" w14:textId="77777777" w:rsidTr="004B7D79">
        <w:trPr>
          <w:jc w:val="center"/>
        </w:trPr>
        <w:tc>
          <w:tcPr>
            <w:tcW w:w="50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711059" w14:textId="77777777" w:rsidR="004B7D79" w:rsidRPr="004B7D79" w:rsidRDefault="004B7D79" w:rsidP="004B7D79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el-GR"/>
              </w:rPr>
            </w:pPr>
            <w:r w:rsidRPr="004B7D79">
              <w:rPr>
                <w:rFonts w:asciiTheme="majorHAnsi" w:hAnsiTheme="majorHAnsi" w:cstheme="majorHAnsi"/>
                <w:sz w:val="22"/>
                <w:lang w:val="el-GR"/>
              </w:rPr>
              <w:t>• Σύμβαση Διεξαγωγής Μη Παρεμβατικής Μελέτης με Φάρμακο, με όλα τα παραρτήματά της, σε τέσσερα (4) πρωτότυπα αντίτυπα.</w:t>
            </w:r>
          </w:p>
        </w:tc>
        <w:tc>
          <w:tcPr>
            <w:tcW w:w="331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8D16A6" w14:textId="426AEAB5" w:rsidR="004B7D79" w:rsidRPr="00300527" w:rsidRDefault="004B7D79" w:rsidP="004B7D79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sz w:val="22"/>
                <w:lang w:val="el-GR"/>
              </w:rPr>
            </w:pPr>
            <w:r w:rsidRPr="00300527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300527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Pr="00300527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300527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300527">
              <w:rPr>
                <w:rFonts w:asciiTheme="majorHAnsi" w:hAnsiTheme="majorHAnsi" w:cstheme="majorHAnsi"/>
                <w:bCs/>
                <w:sz w:val="22"/>
              </w:rPr>
              <w:t xml:space="preserve"> ΌΧΙ</w:t>
            </w:r>
            <w:r w:rsidRPr="00300527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300527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300527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AAC2DC" w14:textId="77777777" w:rsidR="004B7D79" w:rsidRPr="004B7D79" w:rsidRDefault="004B7D79" w:rsidP="004B7D79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el-GR"/>
              </w:rPr>
            </w:pPr>
          </w:p>
        </w:tc>
      </w:tr>
      <w:tr w:rsidR="004B7D79" w:rsidRPr="004B7D79" w14:paraId="4DEBDAC0" w14:textId="77777777" w:rsidTr="004B7D79">
        <w:trPr>
          <w:jc w:val="center"/>
        </w:trPr>
        <w:tc>
          <w:tcPr>
            <w:tcW w:w="50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C29949" w14:textId="77777777" w:rsidR="004B7D79" w:rsidRPr="004B7D79" w:rsidRDefault="004B7D79" w:rsidP="004B7D79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el-GR"/>
              </w:rPr>
            </w:pPr>
            <w:r w:rsidRPr="004B7D79">
              <w:rPr>
                <w:rFonts w:asciiTheme="majorHAnsi" w:hAnsiTheme="majorHAnsi" w:cstheme="majorHAnsi"/>
                <w:sz w:val="22"/>
                <w:lang w:val="el-GR"/>
              </w:rPr>
              <w:t>• Έντυπο Αποδοχής Διαχείρισης Ερευνητικού Έργου.</w:t>
            </w:r>
          </w:p>
        </w:tc>
        <w:tc>
          <w:tcPr>
            <w:tcW w:w="331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7F8951" w14:textId="260833B7" w:rsidR="004B7D79" w:rsidRPr="00300527" w:rsidRDefault="004B7D79" w:rsidP="004B7D79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sz w:val="22"/>
              </w:rPr>
            </w:pPr>
            <w:r w:rsidRPr="00300527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300527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Pr="00300527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300527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300527">
              <w:rPr>
                <w:rFonts w:asciiTheme="majorHAnsi" w:hAnsiTheme="majorHAnsi" w:cstheme="majorHAnsi"/>
                <w:bCs/>
                <w:sz w:val="22"/>
              </w:rPr>
              <w:t xml:space="preserve"> ΌΧΙ</w:t>
            </w:r>
            <w:r w:rsidRPr="00300527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300527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300527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C3D5C0" w14:textId="77777777" w:rsidR="004B7D79" w:rsidRPr="004B7D79" w:rsidRDefault="004B7D79" w:rsidP="004B7D79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</w:p>
        </w:tc>
      </w:tr>
      <w:tr w:rsidR="004B7D79" w:rsidRPr="004B7D79" w14:paraId="2554B1A2" w14:textId="77777777" w:rsidTr="004B7D79">
        <w:trPr>
          <w:jc w:val="center"/>
        </w:trPr>
        <w:tc>
          <w:tcPr>
            <w:tcW w:w="50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33D3D6" w14:textId="77777777" w:rsidR="004B7D79" w:rsidRPr="004B7D79" w:rsidRDefault="004B7D79" w:rsidP="004B7D79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el-GR"/>
              </w:rPr>
            </w:pPr>
            <w:r w:rsidRPr="004B7D79">
              <w:rPr>
                <w:rFonts w:asciiTheme="majorHAnsi" w:hAnsiTheme="majorHAnsi" w:cstheme="majorHAnsi"/>
                <w:sz w:val="22"/>
                <w:lang w:val="el-GR"/>
              </w:rPr>
              <w:t>• Συγκεντρωτική Κατάσταση Μελών Ομάδας Έργου.</w:t>
            </w:r>
          </w:p>
        </w:tc>
        <w:tc>
          <w:tcPr>
            <w:tcW w:w="331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529BA6" w14:textId="23B4C109" w:rsidR="004B7D79" w:rsidRPr="00300527" w:rsidRDefault="004B7D79" w:rsidP="004B7D79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sz w:val="22"/>
              </w:rPr>
            </w:pPr>
            <w:r w:rsidRPr="00300527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300527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Pr="00300527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300527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300527">
              <w:rPr>
                <w:rFonts w:asciiTheme="majorHAnsi" w:hAnsiTheme="majorHAnsi" w:cstheme="majorHAnsi"/>
                <w:bCs/>
                <w:sz w:val="22"/>
              </w:rPr>
              <w:t xml:space="preserve"> ΌΧΙ</w:t>
            </w:r>
            <w:r w:rsidRPr="00300527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300527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300527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2A0027" w14:textId="77777777" w:rsidR="004B7D79" w:rsidRPr="004B7D79" w:rsidRDefault="004B7D79" w:rsidP="004B7D79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</w:p>
        </w:tc>
      </w:tr>
      <w:tr w:rsidR="004B7D79" w:rsidRPr="004B7D79" w14:paraId="7E343B7B" w14:textId="77777777" w:rsidTr="004B7D79">
        <w:trPr>
          <w:jc w:val="center"/>
        </w:trPr>
        <w:tc>
          <w:tcPr>
            <w:tcW w:w="50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2F690C" w14:textId="77777777" w:rsidR="004B7D79" w:rsidRPr="004B7D79" w:rsidRDefault="004B7D79" w:rsidP="004B7D79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4B7D79">
              <w:rPr>
                <w:rFonts w:asciiTheme="majorHAnsi" w:hAnsiTheme="majorHAnsi" w:cstheme="majorHAnsi"/>
                <w:sz w:val="22"/>
              </w:rPr>
              <w:lastRenderedPageBreak/>
              <w:t>• Προϋπολογισμός Ερευνητικού Έργου.</w:t>
            </w:r>
          </w:p>
        </w:tc>
        <w:tc>
          <w:tcPr>
            <w:tcW w:w="331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DDB8FD" w14:textId="685E29AB" w:rsidR="004B7D79" w:rsidRPr="00300527" w:rsidRDefault="004B7D79" w:rsidP="004B7D79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sz w:val="22"/>
              </w:rPr>
            </w:pPr>
            <w:r w:rsidRPr="00300527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300527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Pr="00300527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300527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300527">
              <w:rPr>
                <w:rFonts w:asciiTheme="majorHAnsi" w:hAnsiTheme="majorHAnsi" w:cstheme="majorHAnsi"/>
                <w:bCs/>
                <w:sz w:val="22"/>
              </w:rPr>
              <w:t xml:space="preserve"> ΌΧΙ</w:t>
            </w:r>
            <w:r w:rsidRPr="00300527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300527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300527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0EB49F" w14:textId="77777777" w:rsidR="004B7D79" w:rsidRPr="004B7D79" w:rsidRDefault="004B7D79" w:rsidP="004B7D79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</w:p>
        </w:tc>
      </w:tr>
      <w:tr w:rsidR="004B7D79" w:rsidRPr="004B7D79" w14:paraId="7A40F4FC" w14:textId="77777777" w:rsidTr="004B7D79">
        <w:trPr>
          <w:jc w:val="center"/>
        </w:trPr>
        <w:tc>
          <w:tcPr>
            <w:tcW w:w="50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DAEA7A" w14:textId="77777777" w:rsidR="004B7D79" w:rsidRPr="004B7D79" w:rsidRDefault="004B7D79" w:rsidP="004B7D79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el-GR"/>
              </w:rPr>
            </w:pPr>
            <w:r w:rsidRPr="004B7D79">
              <w:rPr>
                <w:rFonts w:asciiTheme="majorHAnsi" w:hAnsiTheme="majorHAnsi" w:cstheme="majorHAnsi"/>
                <w:sz w:val="22"/>
                <w:lang w:val="el-GR"/>
              </w:rPr>
              <w:t>• Έγκριση ΕΟΦ, εφόσον πρόκειται για PASS/PAES που υπάγεται στο άρθρο 9 παρ. 2 της ΚΥΑ.</w:t>
            </w:r>
          </w:p>
        </w:tc>
        <w:tc>
          <w:tcPr>
            <w:tcW w:w="331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62097C" w14:textId="68ABB5F3" w:rsidR="004B7D79" w:rsidRPr="00300527" w:rsidRDefault="004B7D79" w:rsidP="004B7D79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sz w:val="22"/>
              </w:rPr>
            </w:pPr>
            <w:r w:rsidRPr="00300527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300527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Pr="00300527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300527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300527">
              <w:rPr>
                <w:rFonts w:asciiTheme="majorHAnsi" w:hAnsiTheme="majorHAnsi" w:cstheme="majorHAnsi"/>
                <w:bCs/>
                <w:sz w:val="22"/>
              </w:rPr>
              <w:t xml:space="preserve"> ΌΧΙ</w:t>
            </w:r>
            <w:r w:rsidRPr="00300527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300527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300527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12B89B" w14:textId="77777777" w:rsidR="004B7D79" w:rsidRPr="004B7D79" w:rsidRDefault="004B7D79" w:rsidP="004B7D79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</w:p>
        </w:tc>
      </w:tr>
    </w:tbl>
    <w:p w14:paraId="29037038" w14:textId="77777777" w:rsidR="00161443" w:rsidRPr="004B7D79" w:rsidRDefault="00000000" w:rsidP="004B7D79">
      <w:pPr>
        <w:shd w:val="clear" w:color="auto" w:fill="D9EAF7"/>
        <w:spacing w:before="80" w:after="60" w:line="240" w:lineRule="auto"/>
        <w:rPr>
          <w:rFonts w:asciiTheme="majorHAnsi" w:hAnsiTheme="majorHAnsi" w:cstheme="majorHAnsi"/>
          <w:sz w:val="22"/>
          <w:lang w:val="el-GR"/>
        </w:rPr>
      </w:pPr>
      <w:r w:rsidRPr="004B7D79">
        <w:rPr>
          <w:rFonts w:asciiTheme="majorHAnsi" w:hAnsiTheme="majorHAnsi" w:cstheme="majorHAnsi"/>
          <w:b/>
          <w:sz w:val="22"/>
          <w:lang w:val="el-GR"/>
        </w:rPr>
        <w:t>ΠΡΟΣΘΕΤΑ ΣΤΟΙΧΕΙΑ ΑΡΘΡΟΥ 21 - ΣΥΜΠΛΗΡΩΝΕΤΑΙ ΜΟΝΟ ΕΦΟΣΟΝ ΕΧΕΙ ΕΠΙΛΕΓΕΙ «ΝΑΙ»</w:t>
      </w:r>
    </w:p>
    <w:p w14:paraId="00E680A4" w14:textId="77777777" w:rsidR="00161443" w:rsidRPr="004B7D79" w:rsidRDefault="00000000" w:rsidP="004B7D79">
      <w:pPr>
        <w:spacing w:before="100" w:after="40" w:line="240" w:lineRule="auto"/>
        <w:rPr>
          <w:rFonts w:asciiTheme="majorHAnsi" w:hAnsiTheme="majorHAnsi" w:cstheme="majorHAnsi"/>
          <w:sz w:val="22"/>
          <w:lang w:val="el-GR"/>
        </w:rPr>
      </w:pPr>
      <w:r w:rsidRPr="004B7D79">
        <w:rPr>
          <w:rFonts w:asciiTheme="majorHAnsi" w:hAnsiTheme="majorHAnsi" w:cstheme="majorHAnsi"/>
          <w:b/>
          <w:color w:val="1F4E78"/>
          <w:sz w:val="22"/>
          <w:lang w:val="el-GR"/>
        </w:rPr>
        <w:t xml:space="preserve">Δήλωση υποβάλλοντος: </w:t>
      </w:r>
      <w:r w:rsidRPr="004B7D79">
        <w:rPr>
          <w:rFonts w:asciiTheme="majorHAnsi" w:hAnsiTheme="majorHAnsi" w:cstheme="majorHAnsi"/>
          <w:sz w:val="22"/>
          <w:lang w:val="el-GR"/>
        </w:rPr>
        <w:t>Δηλώνεται ότι ο φάκελος συνοδεύεται από τα στοιχεία που έχουν σημειωθεί ως «ΝΑΙ» και ότι οι αναγραφόμενες εκδόσεις/ημερομηνίες αντιστοιχούν στα κατατιθέμενα έγγραφα.</w:t>
      </w:r>
    </w:p>
    <w:p w14:paraId="65F8BBA0" w14:textId="77777777" w:rsidR="004B7D79" w:rsidRPr="004B7D79" w:rsidRDefault="004B7D79" w:rsidP="004B7D79">
      <w:pPr>
        <w:spacing w:after="40" w:line="240" w:lineRule="auto"/>
        <w:rPr>
          <w:rFonts w:asciiTheme="majorHAnsi" w:hAnsiTheme="majorHAnsi" w:cstheme="majorHAnsi"/>
          <w:b/>
          <w:sz w:val="22"/>
          <w:lang w:val="el-GR"/>
        </w:rPr>
      </w:pPr>
    </w:p>
    <w:p w14:paraId="2A5A6012" w14:textId="77777777" w:rsidR="004B7D79" w:rsidRDefault="004B7D79">
      <w:pPr>
        <w:spacing w:after="40"/>
        <w:rPr>
          <w:b/>
          <w:sz w:val="18"/>
          <w:lang w:val="el-GR"/>
        </w:rPr>
      </w:pPr>
    </w:p>
    <w:p w14:paraId="567BACA3" w14:textId="77777777" w:rsidR="004B7D79" w:rsidRPr="004B7D79" w:rsidRDefault="004B7D79" w:rsidP="004B7D79">
      <w:pPr>
        <w:spacing w:after="40"/>
        <w:jc w:val="right"/>
        <w:rPr>
          <w:b/>
          <w:sz w:val="22"/>
          <w:lang w:val="el-GR"/>
        </w:rPr>
      </w:pPr>
    </w:p>
    <w:p w14:paraId="174DE83E" w14:textId="68245FCA" w:rsidR="004B7D79" w:rsidRPr="004B7D79" w:rsidRDefault="004B7D79" w:rsidP="004B7D79">
      <w:pPr>
        <w:spacing w:after="40"/>
        <w:jc w:val="right"/>
        <w:rPr>
          <w:sz w:val="22"/>
          <w:lang w:val="el-GR"/>
        </w:rPr>
      </w:pPr>
      <w:r w:rsidRPr="004B7D79">
        <w:rPr>
          <w:b/>
          <w:sz w:val="22"/>
          <w:lang w:val="el-GR"/>
        </w:rPr>
        <w:t xml:space="preserve">Ημερομηνία: </w:t>
      </w:r>
      <w:r w:rsidRPr="004B7D79">
        <w:rPr>
          <w:sz w:val="22"/>
          <w:lang w:val="el-GR"/>
        </w:rPr>
        <w:t xml:space="preserve">____/____/______    </w:t>
      </w:r>
    </w:p>
    <w:p w14:paraId="1E4DFE62" w14:textId="77777777" w:rsidR="004B7D79" w:rsidRPr="004B7D79" w:rsidRDefault="00000000" w:rsidP="004B7D79">
      <w:pPr>
        <w:spacing w:after="40"/>
        <w:jc w:val="right"/>
        <w:rPr>
          <w:sz w:val="22"/>
          <w:lang w:val="el-GR"/>
        </w:rPr>
      </w:pPr>
      <w:r w:rsidRPr="004B7D79">
        <w:rPr>
          <w:b/>
          <w:sz w:val="22"/>
          <w:lang w:val="el-GR"/>
        </w:rPr>
        <w:t xml:space="preserve">Ονοματεπώνυμο / Ιδιότητα: </w:t>
      </w:r>
      <w:r w:rsidRPr="004B7D79">
        <w:rPr>
          <w:sz w:val="22"/>
          <w:lang w:val="el-GR"/>
        </w:rPr>
        <w:t xml:space="preserve">__________________________    </w:t>
      </w:r>
    </w:p>
    <w:p w14:paraId="25E1D358" w14:textId="22D346C0" w:rsidR="00161443" w:rsidRPr="004B7D79" w:rsidRDefault="00000000" w:rsidP="004B7D79">
      <w:pPr>
        <w:spacing w:after="40"/>
        <w:jc w:val="right"/>
        <w:rPr>
          <w:sz w:val="22"/>
          <w:lang w:val="el-GR"/>
        </w:rPr>
      </w:pPr>
      <w:r w:rsidRPr="004B7D79">
        <w:rPr>
          <w:sz w:val="22"/>
          <w:lang w:val="el-GR"/>
        </w:rPr>
        <w:t>Υπογραφή: __________________</w:t>
      </w:r>
    </w:p>
    <w:sectPr w:rsidR="00161443" w:rsidRPr="004B7D79" w:rsidSect="00034616">
      <w:footerReference w:type="default" r:id="rId10"/>
      <w:pgSz w:w="11906" w:h="16838"/>
      <w:pgMar w:top="567" w:right="680" w:bottom="567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651DD" w14:textId="77777777" w:rsidR="00C21733" w:rsidRDefault="00C21733">
      <w:pPr>
        <w:spacing w:after="0" w:line="240" w:lineRule="auto"/>
      </w:pPr>
      <w:r>
        <w:separator/>
      </w:r>
    </w:p>
  </w:endnote>
  <w:endnote w:type="continuationSeparator" w:id="0">
    <w:p w14:paraId="153F5AE7" w14:textId="77777777" w:rsidR="00C21733" w:rsidRDefault="00C21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D9BB9" w14:textId="77777777" w:rsidR="004B7D79" w:rsidRPr="004B7D79" w:rsidRDefault="004B7D79" w:rsidP="004B7D79">
    <w:pPr>
      <w:spacing w:before="60" w:after="0"/>
      <w:rPr>
        <w:lang w:val="el-GR"/>
      </w:rPr>
    </w:pPr>
    <w:r w:rsidRPr="004B7D79">
      <w:rPr>
        <w:color w:val="666666"/>
        <w:sz w:val="17"/>
        <w:lang w:val="el-GR"/>
      </w:rPr>
      <w:t>Η ειδική απαίτηση ΕΟΦ συμπληρώνεται με το αντίστοιχο αποδεικτικό ή αναφέρεται ρητά ότι δεν εφαρμόζεται.</w:t>
    </w:r>
  </w:p>
  <w:p w14:paraId="33EBCC8B" w14:textId="77777777" w:rsidR="004B7D79" w:rsidRPr="004B7D79" w:rsidRDefault="004B7D79" w:rsidP="004B7D79">
    <w:pPr>
      <w:spacing w:before="40" w:after="0"/>
      <w:rPr>
        <w:lang w:val="el-GR"/>
      </w:rPr>
    </w:pPr>
    <w:r w:rsidRPr="004B7D79">
      <w:rPr>
        <w:color w:val="666666"/>
        <w:sz w:val="16"/>
        <w:lang w:val="el-GR"/>
      </w:rPr>
      <w:t>Νομοθετική βάση: ΚΥΑ Δ3(α) 52922/2025 (ΦΕΚ Β΄ 230/22.01.2026), όπως διορθώθηκε με ΦΕΚ Β΄ 1315/11.03.2026, και το ειδικό πλαίσιο της αντίστοιχης κατηγορίας.</w:t>
    </w:r>
  </w:p>
  <w:p w14:paraId="07147AC0" w14:textId="77777777" w:rsidR="00161443" w:rsidRDefault="00000000">
    <w:pPr>
      <w:pStyle w:val="a6"/>
      <w:jc w:val="center"/>
    </w:pPr>
    <w:r>
      <w:rPr>
        <w:color w:val="666666"/>
        <w:sz w:val="17"/>
      </w:rPr>
      <w:t>ΓΑΝΠ «ΜΕΤΑΞΑ» - Επ</w:t>
    </w:r>
    <w:proofErr w:type="spellStart"/>
    <w:r>
      <w:rPr>
        <w:color w:val="666666"/>
        <w:sz w:val="17"/>
      </w:rPr>
      <w:t>ιστολή</w:t>
    </w:r>
    <w:proofErr w:type="spellEnd"/>
    <w:r>
      <w:rPr>
        <w:color w:val="666666"/>
        <w:sz w:val="17"/>
      </w:rPr>
      <w:t xml:space="preserve"> Κα</w:t>
    </w:r>
    <w:proofErr w:type="spellStart"/>
    <w:r>
      <w:rPr>
        <w:color w:val="666666"/>
        <w:sz w:val="17"/>
      </w:rPr>
      <w:t>τάθεσης</w:t>
    </w:r>
    <w:proofErr w:type="spellEnd"/>
    <w:r>
      <w:rPr>
        <w:color w:val="666666"/>
        <w:sz w:val="17"/>
      </w:rPr>
      <w:t xml:space="preserve"> Φα</w:t>
    </w:r>
    <w:proofErr w:type="spellStart"/>
    <w:r>
      <w:rPr>
        <w:color w:val="666666"/>
        <w:sz w:val="17"/>
      </w:rPr>
      <w:t>κέλου</w:t>
    </w:r>
    <w:proofErr w:type="spellEnd"/>
  </w:p>
  <w:p>
    <w:pPr>
      <w:jc w:val="right"/>
    </w:pPr>
    <w:r>
      <w:rPr>
        <w:b/>
        <w:sz w:val="16"/>
      </w:rPr>
      <w:t>Κωδικός ΜΕΤΑΞΑ: Ε.ΚΜ1-3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82BFD" w14:textId="77777777" w:rsidR="00C21733" w:rsidRDefault="00C21733">
      <w:pPr>
        <w:spacing w:after="0" w:line="240" w:lineRule="auto"/>
      </w:pPr>
      <w:r>
        <w:separator/>
      </w:r>
    </w:p>
  </w:footnote>
  <w:footnote w:type="continuationSeparator" w:id="0">
    <w:p w14:paraId="494DEBFD" w14:textId="77777777" w:rsidR="00C21733" w:rsidRDefault="00C217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35886634">
    <w:abstractNumId w:val="8"/>
  </w:num>
  <w:num w:numId="2" w16cid:durableId="169107764">
    <w:abstractNumId w:val="6"/>
  </w:num>
  <w:num w:numId="3" w16cid:durableId="1703631005">
    <w:abstractNumId w:val="5"/>
  </w:num>
  <w:num w:numId="4" w16cid:durableId="1341197089">
    <w:abstractNumId w:val="4"/>
  </w:num>
  <w:num w:numId="5" w16cid:durableId="1744328176">
    <w:abstractNumId w:val="7"/>
  </w:num>
  <w:num w:numId="6" w16cid:durableId="1826893837">
    <w:abstractNumId w:val="3"/>
  </w:num>
  <w:num w:numId="7" w16cid:durableId="1096901868">
    <w:abstractNumId w:val="2"/>
  </w:num>
  <w:num w:numId="8" w16cid:durableId="251090703">
    <w:abstractNumId w:val="1"/>
  </w:num>
  <w:num w:numId="9" w16cid:durableId="95638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1443"/>
    <w:rsid w:val="001823DF"/>
    <w:rsid w:val="0029639D"/>
    <w:rsid w:val="00300527"/>
    <w:rsid w:val="00326F90"/>
    <w:rsid w:val="004B7D79"/>
    <w:rsid w:val="00671202"/>
    <w:rsid w:val="009F3CAA"/>
    <w:rsid w:val="00AA1D8D"/>
    <w:rsid w:val="00B47730"/>
    <w:rsid w:val="00C2173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4C598E"/>
  <w14:defaultImageDpi w14:val="300"/>
  <w15:docId w15:val="{E2049184-055B-4E8A-BAA3-18095D5CF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eastAsia="Arial" w:hAnsi="Arial"/>
      <w:sz w:val="20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540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Ελένη Πέτρακα</cp:lastModifiedBy>
  <cp:revision>4</cp:revision>
  <dcterms:created xsi:type="dcterms:W3CDTF">2013-12-23T23:15:00Z</dcterms:created>
  <dcterms:modified xsi:type="dcterms:W3CDTF">2026-10-05T10:34:00Z</dcterms:modified>
  <cp:category/>
</cp:coreProperties>
</file>