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57"/>
        <w:gridCol w:w="2041"/>
      </w:tblGrid>
      <w:tr w:rsidR="004742D6" w14:paraId="47EEAD1D" w14:textId="77777777">
        <w:trPr>
          <w:jc w:val="center"/>
        </w:trPr>
        <w:tc>
          <w:tcPr>
            <w:tcW w:w="113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1CE2E6F7" w14:textId="77777777" w:rsidR="004742D6" w:rsidRDefault="00000000">
            <w:r>
              <w:rPr>
                <w:noProof/>
              </w:rPr>
              <w:drawing>
                <wp:inline distT="0" distB="0" distL="0" distR="0" wp14:anchorId="2BE8990A" wp14:editId="1543D599">
                  <wp:extent cx="450000" cy="45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7C3644D" w14:textId="77777777" w:rsidR="004742D6" w:rsidRPr="008A134E" w:rsidRDefault="00000000">
            <w:pPr>
              <w:jc w:val="center"/>
              <w:rPr>
                <w:lang w:val="el-GR"/>
              </w:rPr>
            </w:pPr>
            <w:r w:rsidRPr="008A134E">
              <w:rPr>
                <w:b/>
                <w:color w:val="1F4E78"/>
                <w:sz w:val="19"/>
                <w:lang w:val="el-GR"/>
              </w:rPr>
              <w:t>ΕΛΛΗΝΙΚΗ ΔΗΜΟΚΡΑΤΙΑ</w:t>
            </w:r>
            <w:r w:rsidRPr="008A134E">
              <w:rPr>
                <w:b/>
                <w:color w:val="1F4E78"/>
                <w:sz w:val="19"/>
                <w:lang w:val="el-GR"/>
              </w:rPr>
              <w:br/>
            </w:r>
            <w:r w:rsidRPr="008A134E">
              <w:rPr>
                <w:color w:val="1F4E78"/>
                <w:sz w:val="18"/>
                <w:lang w:val="el-GR"/>
              </w:rPr>
              <w:t>ΥΠΟΥΡΓΕΙΟ ΥΓΕΙΑΣ - 2η Υ.ΠΕ. ΠΕΙΡΑΙΩΣ &amp; ΑΙΓΑΙΟΥ</w:t>
            </w:r>
            <w:r w:rsidRPr="008A134E">
              <w:rPr>
                <w:color w:val="1F4E78"/>
                <w:sz w:val="18"/>
                <w:lang w:val="el-GR"/>
              </w:rPr>
              <w:br/>
            </w:r>
            <w:r w:rsidRPr="008A134E">
              <w:rPr>
                <w:b/>
                <w:color w:val="1F4E78"/>
                <w:sz w:val="19"/>
                <w:lang w:val="el-GR"/>
              </w:rPr>
              <w:t>ΓΕΝΙΚΟ ΑΝΤΙΚΑΡΚΙΝΙΚΟ ΝΟΣΟΚΟΜΕΙΟ ΠΕΙΡΑΙΑ «ΜΕΤΑΞΑ»</w:t>
            </w:r>
          </w:p>
        </w:tc>
        <w:tc>
          <w:tcPr>
            <w:tcW w:w="204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2DEBBE42" w14:textId="77777777" w:rsidR="004742D6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6661490" wp14:editId="752FCB2D">
                  <wp:extent cx="1188000" cy="52997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2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A7401C9" w14:textId="77777777" w:rsidR="004742D6" w:rsidRPr="008A134E" w:rsidRDefault="00000000">
      <w:pPr>
        <w:spacing w:before="60" w:after="100"/>
        <w:jc w:val="center"/>
        <w:rPr>
          <w:lang w:val="el-GR"/>
        </w:rPr>
      </w:pPr>
      <w:r w:rsidRPr="008A134E">
        <w:rPr>
          <w:b/>
          <w:color w:val="1F4E78"/>
          <w:sz w:val="25"/>
          <w:lang w:val="el-GR"/>
        </w:rPr>
        <w:t>ΕΠΙΣΤΟΛΗ ΚΑΤΑΘΕΣΗΣ ΦΑΚΕΛΟΥ - ΜΗ ΠΑΡΕΜΒΑΤΙΚΗ ΜΕΛΕΤΗ ΜΕ ΦΑΡΜΑΚΟ</w:t>
      </w:r>
    </w:p>
    <w:p w14:paraId="37B6CF52" w14:textId="77777777" w:rsidR="008A134E" w:rsidRDefault="008A134E" w:rsidP="008A134E">
      <w:pPr>
        <w:spacing w:after="60"/>
        <w:ind w:right="315"/>
        <w:jc w:val="right"/>
        <w:rPr>
          <w:lang w:val="el-GR"/>
        </w:rPr>
      </w:pPr>
      <w:bookmarkStart w:id="0" w:name="_Hlk242098490"/>
      <w:r>
        <w:rPr>
          <w:b/>
          <w:sz w:val="21"/>
          <w:lang w:val="el-GR"/>
        </w:rPr>
        <w:t>ΠΡΟΣ: Επιστημονικό Συμβούλιο</w:t>
      </w:r>
      <w:r>
        <w:rPr>
          <w:sz w:val="21"/>
          <w:lang w:val="el-GR"/>
        </w:rPr>
      </w:r>
    </w:p>
    <w:p w14:paraId="7B3C54FA" w14:textId="77777777" w:rsidR="008A134E" w:rsidRPr="008A134E" w:rsidRDefault="008A134E" w:rsidP="008A134E">
      <w:pPr>
        <w:spacing w:after="0"/>
        <w:ind w:left="142"/>
        <w:rPr>
          <w:rFonts w:asciiTheme="majorHAnsi" w:hAnsiTheme="majorHAnsi" w:cstheme="majorHAnsi"/>
          <w:sz w:val="22"/>
          <w:lang w:val="el-GR"/>
        </w:rPr>
      </w:pPr>
      <w:bookmarkStart w:id="1" w:name="_Hlk242098003"/>
      <w:r w:rsidRPr="008A134E">
        <w:rPr>
          <w:rFonts w:asciiTheme="majorHAnsi" w:hAnsiTheme="majorHAnsi" w:cstheme="majorHAnsi"/>
          <w:sz w:val="22"/>
          <w:lang w:val="el-GR"/>
        </w:rPr>
        <w:t>Με την παρούσα καταθέτουμε τον φάκελο της ανωτέρω μελέτης/έρευνας. Για κάθε στοιχείο σημειώνεται η κατάσταση υποβολής και, όπου απαιτείται, η έκδοση/ημερομηνία ή σχετική παρατήρηση.</w:t>
      </w:r>
    </w:p>
    <w:p w14:paraId="5494F301" w14:textId="77777777" w:rsidR="008A134E" w:rsidRPr="008A134E" w:rsidRDefault="008A134E" w:rsidP="008A134E">
      <w:pPr>
        <w:spacing w:after="0"/>
        <w:ind w:left="142"/>
        <w:rPr>
          <w:rFonts w:asciiTheme="majorHAnsi" w:hAnsiTheme="majorHAnsi" w:cstheme="majorHAnsi"/>
          <w:sz w:val="22"/>
          <w:lang w:val="el-GR"/>
        </w:rPr>
      </w:pPr>
      <w:r w:rsidRPr="008A134E">
        <w:rPr>
          <w:rFonts w:asciiTheme="majorHAnsi" w:hAnsiTheme="majorHAnsi" w:cstheme="majorHAnsi"/>
          <w:sz w:val="22"/>
          <w:lang w:val="el-G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bookmarkEnd w:id="1"/>
    <w:p w14:paraId="10C2693F" w14:textId="44465658" w:rsidR="004742D6" w:rsidRPr="008A134E" w:rsidRDefault="004742D6" w:rsidP="008A134E">
      <w:pPr>
        <w:spacing w:after="0"/>
        <w:rPr>
          <w:rFonts w:asciiTheme="majorHAnsi" w:hAnsiTheme="majorHAnsi" w:cstheme="majorHAnsi"/>
          <w:sz w:val="22"/>
          <w:lang w:val="el-GR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803"/>
      </w:tblGrid>
      <w:tr w:rsidR="004742D6" w:rsidRPr="008A134E" w14:paraId="4B4388DB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C5A86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</w:rPr>
              <w:t>Χορηγός</w:t>
            </w:r>
            <w:proofErr w:type="spellEnd"/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</w:rPr>
              <w:t xml:space="preserve"> / CRO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3988D7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4742D6" w:rsidRPr="008A134E" w14:paraId="708C05AD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E610D9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</w:rPr>
              <w:t>Κύριος Ερευνητής - Κλινική / Τμήμα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214620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4742D6" w:rsidRPr="008A134E" w14:paraId="385FAF5C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C2A5B3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</w:rPr>
              <w:t>Τίτλος μελέτης / έρευνας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5B9494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4742D6" w:rsidRPr="008A134E" w14:paraId="007C3130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9D71BBC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Κωδικός πρωτοκόλλου / </w:t>
            </w: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</w:rPr>
              <w:t>EU</w:t>
            </w: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</w:t>
            </w: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</w:rPr>
              <w:t>CT</w:t>
            </w: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/ άλλος κωδικός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4FE7CB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4742D6" w:rsidRPr="008A134E" w14:paraId="0C93EB9F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77BB21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Στοιχεία επικοινωνίας υποβάλλοντος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52BFC7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</w:tbl>
    <w:p w14:paraId="4B3E7865" w14:textId="301001C1" w:rsidR="004742D6" w:rsidRPr="008A134E" w:rsidRDefault="004742D6" w:rsidP="008A134E">
      <w:pPr>
        <w:spacing w:after="0"/>
        <w:rPr>
          <w:rFonts w:asciiTheme="majorHAnsi" w:hAnsiTheme="majorHAnsi" w:cstheme="majorHAnsi"/>
          <w:sz w:val="22"/>
          <w:lang w:val="el-GR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18"/>
        <w:gridCol w:w="3316"/>
        <w:gridCol w:w="2041"/>
      </w:tblGrid>
      <w:tr w:rsidR="004742D6" w:rsidRPr="008A134E" w14:paraId="42D2595A" w14:textId="77777777" w:rsidTr="008A134E">
        <w:trPr>
          <w:jc w:val="center"/>
        </w:trPr>
        <w:tc>
          <w:tcPr>
            <w:tcW w:w="5018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69D9727" w14:textId="77777777" w:rsidR="004742D6" w:rsidRPr="008A134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ΣΤΟΙΧΕΙΟ ΦΑΚΕΛΟΥ</w:t>
            </w:r>
          </w:p>
        </w:tc>
        <w:tc>
          <w:tcPr>
            <w:tcW w:w="3316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BCA77B6" w14:textId="77777777" w:rsidR="004742D6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ΑΠΑΝΤΗΣΗ ΥΠΟΒΑΛΛΟΝΤΟΣ</w:t>
            </w:r>
          </w:p>
          <w:p w14:paraId="56BC928D" w14:textId="7B02BCB3" w:rsidR="008A134E" w:rsidRPr="008A134E" w:rsidRDefault="008A134E" w:rsidP="008A134E">
            <w:pPr>
              <w:spacing w:after="0"/>
              <w:jc w:val="center"/>
              <w:rPr>
                <w:rFonts w:asciiTheme="majorHAnsi" w:hAnsiTheme="majorHAnsi" w:cstheme="majorHAnsi"/>
                <w:sz w:val="22"/>
                <w:lang w:val="el-GR"/>
              </w:rPr>
            </w:pPr>
            <w:r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(ΝΑΙ-ΟΧΙ-ΔΕΝ ΕΦΑΡΜΟΖΕΤΑΙ)</w:t>
            </w:r>
          </w:p>
        </w:tc>
        <w:tc>
          <w:tcPr>
            <w:tcW w:w="2041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1B4F0DD5" w14:textId="77777777" w:rsidR="004742D6" w:rsidRPr="008A134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b/>
                <w:color w:val="1F4E78"/>
                <w:sz w:val="22"/>
              </w:rPr>
              <w:t>ΕΚΔΟΣΗ / ΗΜΕΡΟΜΗΝΙΑ / ΠΑΡΑΤΗΡΗΣΗ</w:t>
            </w:r>
          </w:p>
        </w:tc>
      </w:tr>
      <w:tr w:rsidR="004742D6" w:rsidRPr="008A134E" w14:paraId="44D7F8DF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BABBA6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sz w:val="22"/>
                <w:lang w:val="el-GR"/>
              </w:rPr>
              <w:t>• Πρωτόκολλο της μελέτης στην αγγλική γλώσσα και περίληψη στην ελληνική γλώσσα.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BD7CA4" w14:textId="57998EAF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634EEE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4742D6" w:rsidRPr="008A134E" w14:paraId="65D9C11C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7358E2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sz w:val="22"/>
                <w:lang w:val="el-GR"/>
              </w:rPr>
              <w:t>• Έντυπο Ενημέρωσης / Συγκατάθεσης συμμετεχόντων, όπου απαιτείται.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258FB8" w14:textId="358DB28B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0779D6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4742D6" w:rsidRPr="008A134E" w14:paraId="65D2243C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D23C1D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sz w:val="22"/>
                <w:lang w:val="el-GR"/>
              </w:rPr>
              <w:t>• Πληροφοριακό ή άλλο υλικό προς τους συμμετέχοντες, όπου προβλέπεται.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5928C9" w14:textId="0045D819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87E716D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4742D6" w:rsidRPr="008A134E" w14:paraId="4058F9F3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C4F022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sz w:val="22"/>
                <w:lang w:val="el-GR"/>
              </w:rPr>
              <w:t>• Αναμενόμενη αμοιβή / οικονομικά στοιχεία / προϋπολογισμός του ερευνητικού κέντρου.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33D1621" w14:textId="00A0016E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986B84A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4742D6" w:rsidRPr="008A134E" w14:paraId="2FFB562A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079BDEA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sz w:val="22"/>
                <w:lang w:val="el-GR"/>
              </w:rPr>
              <w:t>• Στοιχεία ιδιωτών ιατρών, όπου προβλέπεται συμμετοχή τους.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777D4B" w14:textId="7A210514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80E846F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4742D6" w:rsidRPr="008A134E" w14:paraId="04F7D9F3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2559CE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sz w:val="22"/>
                <w:lang w:val="el-GR"/>
              </w:rPr>
              <w:t>• Σύμβαση Διεξαγωγής Μη Παρεμβατικής Μελέτης με Φάρμακο, με όλα τα παραρτήματά της, σε τέσσερα (4) πρωτότυπα αντίτυπα.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F317CB" w14:textId="616B5AAD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E48610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4742D6" w:rsidRPr="008A134E" w14:paraId="507E42FE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70F35B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sz w:val="22"/>
                <w:lang w:val="el-GR"/>
              </w:rPr>
              <w:t>• Έντυπο Αποδοχής Διαχείρισης Ερευνητικού Έργου.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34A6C1" w14:textId="1342192F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EDF288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4742D6" w:rsidRPr="008A134E" w14:paraId="0F1B0DA0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6DCE038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sz w:val="22"/>
                <w:lang w:val="el-GR"/>
              </w:rPr>
              <w:t>• Συγκεντρωτική Κατάσταση Μελών Ομάδας Έργου.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29284EF" w14:textId="324943C6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028E54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4742D6" w:rsidRPr="008A134E" w14:paraId="58C4B6DB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E67630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8A134E">
              <w:rPr>
                <w:rFonts w:asciiTheme="majorHAnsi" w:hAnsiTheme="majorHAnsi" w:cstheme="majorHAnsi"/>
                <w:sz w:val="22"/>
              </w:rPr>
              <w:lastRenderedPageBreak/>
              <w:t>• Προϋπολογισμός Ερευνητικού Έργου.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50D8B7" w14:textId="47238D41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6D70B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4742D6" w:rsidRPr="008A134E" w14:paraId="3B29C5B1" w14:textId="77777777" w:rsidTr="008A134E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A7E520" w14:textId="77777777" w:rsidR="004742D6" w:rsidRPr="008A134E" w:rsidRDefault="00000000" w:rsidP="008A134E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8A134E">
              <w:rPr>
                <w:rFonts w:asciiTheme="majorHAnsi" w:hAnsiTheme="majorHAnsi" w:cstheme="majorHAnsi"/>
                <w:sz w:val="22"/>
                <w:lang w:val="el-GR"/>
              </w:rPr>
              <w:t>• Λοιπά στοιχεία που απαιτούνται από το ειδικό κανονιστικό πλαίσιο της μελέτης, κατά περίπτωση.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0DAFDF" w14:textId="6448FFD8" w:rsidR="004742D6" w:rsidRPr="00B9132E" w:rsidRDefault="00000000" w:rsidP="008A134E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8A134E" w:rsidRPr="00B9132E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</w:t>
            </w:r>
            <w:r w:rsidRPr="00B9132E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B9132E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1210782" w14:textId="77777777" w:rsidR="004742D6" w:rsidRPr="008A134E" w:rsidRDefault="004742D6" w:rsidP="008A134E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7A91977B" w14:textId="77777777" w:rsidR="00853AE3" w:rsidRDefault="00853AE3" w:rsidP="008A134E">
      <w:pPr>
        <w:spacing w:after="0" w:line="240" w:lineRule="auto"/>
        <w:rPr>
          <w:rFonts w:asciiTheme="majorHAnsi" w:hAnsiTheme="majorHAnsi" w:cstheme="majorHAnsi"/>
          <w:b/>
          <w:sz w:val="22"/>
          <w:lang w:val="el-GR"/>
        </w:rPr>
      </w:pPr>
    </w:p>
    <w:p w14:paraId="7F8214C3" w14:textId="77777777" w:rsidR="00853AE3" w:rsidRPr="008A134E" w:rsidRDefault="00853AE3" w:rsidP="008A134E">
      <w:pPr>
        <w:spacing w:after="0" w:line="240" w:lineRule="auto"/>
        <w:rPr>
          <w:rFonts w:asciiTheme="majorHAnsi" w:hAnsiTheme="majorHAnsi" w:cstheme="majorHAnsi"/>
          <w:sz w:val="22"/>
          <w:lang w:val="el-GR"/>
        </w:rPr>
      </w:pPr>
    </w:p>
    <w:p w14:paraId="4C91EB5F" w14:textId="71200398" w:rsidR="004742D6" w:rsidRPr="008A134E" w:rsidRDefault="00000000" w:rsidP="008A134E">
      <w:pPr>
        <w:shd w:val="clear" w:color="auto" w:fill="D9EAF7"/>
        <w:spacing w:after="0" w:line="240" w:lineRule="auto"/>
        <w:rPr>
          <w:rFonts w:asciiTheme="majorHAnsi" w:hAnsiTheme="majorHAnsi" w:cstheme="majorHAnsi"/>
          <w:sz w:val="22"/>
          <w:lang w:val="el-GR"/>
        </w:rPr>
      </w:pPr>
      <w:r w:rsidRPr="008A134E">
        <w:rPr>
          <w:rFonts w:asciiTheme="majorHAnsi" w:hAnsiTheme="majorHAnsi" w:cstheme="majorHAnsi"/>
          <w:b/>
          <w:sz w:val="22"/>
          <w:lang w:val="el-GR"/>
        </w:rPr>
        <w:t>ΠΡΟΣΘΕΤΑ ΣΤΟΙΧΕΙΑ ΑΡΘΡΟΥ 21 - ΣΥΜΠΛΗΡΩΝΕΤΑΙ ΜΟΝΟ ΕΦΟΣΟΝ ΕΧΕΙ ΕΠΙΛΕΓΕΙ «ΝΑΙ»</w:t>
      </w:r>
    </w:p>
    <w:p w14:paraId="0B224DD8" w14:textId="77777777" w:rsidR="004742D6" w:rsidRPr="008A134E" w:rsidRDefault="00000000" w:rsidP="008A134E">
      <w:pPr>
        <w:spacing w:after="0"/>
        <w:rPr>
          <w:rFonts w:asciiTheme="majorHAnsi" w:hAnsiTheme="majorHAnsi" w:cstheme="majorHAnsi"/>
          <w:sz w:val="22"/>
          <w:lang w:val="el-GR"/>
        </w:rPr>
      </w:pPr>
      <w:r w:rsidRPr="008A134E">
        <w:rPr>
          <w:rFonts w:asciiTheme="majorHAnsi" w:hAnsiTheme="majorHAnsi" w:cstheme="majorHAnsi"/>
          <w:b/>
          <w:color w:val="1F4E78"/>
          <w:sz w:val="22"/>
          <w:lang w:val="el-GR"/>
        </w:rPr>
        <w:t xml:space="preserve">Δήλωση υποβάλλοντος: </w:t>
      </w:r>
      <w:r w:rsidRPr="008A134E">
        <w:rPr>
          <w:rFonts w:asciiTheme="majorHAnsi" w:hAnsiTheme="majorHAnsi" w:cstheme="majorHAnsi"/>
          <w:sz w:val="22"/>
          <w:lang w:val="el-GR"/>
        </w:rPr>
        <w:t>Δηλώνεται ότι ο φάκελος συνοδεύεται από τα στοιχεία που έχουν σημειωθεί ως «ΝΑΙ» και ότι οι αναγραφόμενες εκδόσεις/ημερομηνίες αντιστοιχούν στα κατατιθέμενα έγγραφα.</w:t>
      </w:r>
    </w:p>
    <w:p w14:paraId="1E96BDE7" w14:textId="77777777" w:rsidR="008A134E" w:rsidRDefault="008A134E" w:rsidP="008A134E">
      <w:pPr>
        <w:spacing w:after="40"/>
        <w:jc w:val="right"/>
        <w:rPr>
          <w:b/>
          <w:sz w:val="22"/>
          <w:lang w:val="el-GR"/>
        </w:rPr>
      </w:pPr>
    </w:p>
    <w:p w14:paraId="521907A8" w14:textId="77777777" w:rsidR="008A134E" w:rsidRDefault="008A134E" w:rsidP="008A134E">
      <w:pPr>
        <w:spacing w:after="40"/>
        <w:jc w:val="right"/>
        <w:rPr>
          <w:b/>
          <w:sz w:val="22"/>
          <w:lang w:val="el-GR"/>
        </w:rPr>
      </w:pPr>
    </w:p>
    <w:p w14:paraId="460FE58C" w14:textId="77777777" w:rsidR="008A134E" w:rsidRDefault="008A134E" w:rsidP="008A134E">
      <w:pPr>
        <w:spacing w:after="40"/>
        <w:jc w:val="right"/>
        <w:rPr>
          <w:b/>
          <w:sz w:val="22"/>
          <w:lang w:val="el-GR"/>
        </w:rPr>
      </w:pPr>
    </w:p>
    <w:p w14:paraId="12E05372" w14:textId="77777777" w:rsidR="008A134E" w:rsidRDefault="008A134E" w:rsidP="008A134E">
      <w:pPr>
        <w:spacing w:after="40"/>
        <w:jc w:val="right"/>
        <w:rPr>
          <w:b/>
          <w:sz w:val="22"/>
          <w:lang w:val="el-GR"/>
        </w:rPr>
      </w:pPr>
    </w:p>
    <w:p w14:paraId="41182176" w14:textId="77777777" w:rsidR="008A134E" w:rsidRDefault="008A134E" w:rsidP="008A134E">
      <w:pPr>
        <w:spacing w:after="40"/>
        <w:jc w:val="right"/>
        <w:rPr>
          <w:b/>
          <w:sz w:val="22"/>
          <w:lang w:val="el-GR"/>
        </w:rPr>
      </w:pPr>
    </w:p>
    <w:p w14:paraId="0748933E" w14:textId="77777777" w:rsidR="008A134E" w:rsidRDefault="008A134E" w:rsidP="008A134E">
      <w:pPr>
        <w:spacing w:after="40"/>
        <w:jc w:val="right"/>
        <w:rPr>
          <w:b/>
          <w:sz w:val="22"/>
          <w:lang w:val="el-GR"/>
        </w:rPr>
      </w:pPr>
    </w:p>
    <w:p w14:paraId="2EFB85C7" w14:textId="77777777" w:rsidR="008A134E" w:rsidRDefault="008A134E" w:rsidP="008A134E">
      <w:pPr>
        <w:spacing w:after="40"/>
        <w:jc w:val="right"/>
        <w:rPr>
          <w:b/>
          <w:sz w:val="22"/>
          <w:lang w:val="el-GR"/>
        </w:rPr>
      </w:pPr>
    </w:p>
    <w:p w14:paraId="1C48AFBC" w14:textId="77777777" w:rsidR="008A134E" w:rsidRDefault="008A134E" w:rsidP="008A134E">
      <w:pPr>
        <w:spacing w:after="40"/>
        <w:jc w:val="right"/>
        <w:rPr>
          <w:b/>
          <w:sz w:val="22"/>
          <w:lang w:val="el-GR"/>
        </w:rPr>
      </w:pPr>
    </w:p>
    <w:p w14:paraId="7E304740" w14:textId="77777777" w:rsidR="008A134E" w:rsidRDefault="008A134E" w:rsidP="008A134E">
      <w:pPr>
        <w:spacing w:after="40"/>
        <w:jc w:val="right"/>
        <w:rPr>
          <w:b/>
          <w:sz w:val="22"/>
          <w:lang w:val="el-GR"/>
        </w:rPr>
      </w:pPr>
    </w:p>
    <w:p w14:paraId="66AC387B" w14:textId="2B8A92D9" w:rsidR="008A134E" w:rsidRPr="008A134E" w:rsidRDefault="008A134E" w:rsidP="008A134E">
      <w:pPr>
        <w:spacing w:after="40"/>
        <w:jc w:val="right"/>
        <w:rPr>
          <w:sz w:val="22"/>
          <w:lang w:val="el-GR"/>
        </w:rPr>
      </w:pPr>
      <w:bookmarkStart w:id="2" w:name="_Hlk242098576"/>
      <w:r w:rsidRPr="008A134E">
        <w:rPr>
          <w:b/>
          <w:sz w:val="22"/>
          <w:lang w:val="el-GR"/>
        </w:rPr>
        <w:t xml:space="preserve">Ημερομηνία: </w:t>
      </w:r>
      <w:r w:rsidRPr="008A134E">
        <w:rPr>
          <w:sz w:val="22"/>
          <w:lang w:val="el-GR"/>
        </w:rPr>
        <w:t xml:space="preserve">____/____/______    </w:t>
      </w:r>
    </w:p>
    <w:p w14:paraId="265BF3BB" w14:textId="77777777" w:rsidR="008A134E" w:rsidRPr="008A134E" w:rsidRDefault="00000000" w:rsidP="008A134E">
      <w:pPr>
        <w:spacing w:after="40"/>
        <w:jc w:val="right"/>
        <w:rPr>
          <w:sz w:val="22"/>
          <w:lang w:val="el-GR"/>
        </w:rPr>
      </w:pPr>
      <w:r w:rsidRPr="008A134E">
        <w:rPr>
          <w:b/>
          <w:sz w:val="22"/>
          <w:lang w:val="el-GR"/>
        </w:rPr>
        <w:t xml:space="preserve">Ονοματεπώνυμο / Ιδιότητα: </w:t>
      </w:r>
      <w:r w:rsidRPr="008A134E">
        <w:rPr>
          <w:sz w:val="22"/>
          <w:lang w:val="el-GR"/>
        </w:rPr>
        <w:t xml:space="preserve">__________________________   </w:t>
      </w:r>
    </w:p>
    <w:p w14:paraId="3E111356" w14:textId="77FFAB4F" w:rsidR="004742D6" w:rsidRPr="008A134E" w:rsidRDefault="00000000" w:rsidP="008A134E">
      <w:pPr>
        <w:spacing w:after="40"/>
        <w:jc w:val="right"/>
        <w:rPr>
          <w:sz w:val="22"/>
          <w:lang w:val="el-GR"/>
        </w:rPr>
      </w:pPr>
      <w:r w:rsidRPr="008A134E">
        <w:rPr>
          <w:sz w:val="22"/>
          <w:lang w:val="el-GR"/>
        </w:rPr>
        <w:t xml:space="preserve"> Υπογραφή: __________________</w:t>
      </w:r>
      <w:bookmarkEnd w:id="2"/>
    </w:p>
    <w:sectPr w:rsidR="004742D6" w:rsidRPr="008A134E" w:rsidSect="00034616">
      <w:footerReference w:type="default" r:id="rId10"/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65F49B" w14:textId="77777777" w:rsidR="004806F6" w:rsidRDefault="004806F6">
      <w:pPr>
        <w:spacing w:after="0" w:line="240" w:lineRule="auto"/>
      </w:pPr>
      <w:r>
        <w:separator/>
      </w:r>
    </w:p>
  </w:endnote>
  <w:endnote w:type="continuationSeparator" w:id="0">
    <w:p w14:paraId="7CDB9A96" w14:textId="77777777" w:rsidR="004806F6" w:rsidRDefault="004806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4B1F2" w14:textId="77777777" w:rsidR="008A134E" w:rsidRPr="008A134E" w:rsidRDefault="008A134E" w:rsidP="008A134E">
    <w:pPr>
      <w:spacing w:before="60" w:after="0"/>
      <w:rPr>
        <w:lang w:val="el-GR"/>
      </w:rPr>
    </w:pPr>
    <w:r w:rsidRPr="008A134E">
      <w:rPr>
        <w:color w:val="666666"/>
        <w:sz w:val="17"/>
        <w:lang w:val="el-GR"/>
      </w:rPr>
      <w:t xml:space="preserve">Για κάθε συνημμένο αναγράφεται, όπου είναι σκόπιμο, αριθμός/κωδικός, έκδοση και ημερομηνία ώστε να </w:t>
    </w:r>
    <w:proofErr w:type="spellStart"/>
    <w:r w:rsidRPr="008A134E">
      <w:rPr>
        <w:color w:val="666666"/>
        <w:sz w:val="17"/>
        <w:lang w:val="el-GR"/>
      </w:rPr>
      <w:t>ταυτοποιείται</w:t>
    </w:r>
    <w:proofErr w:type="spellEnd"/>
    <w:r w:rsidRPr="008A134E">
      <w:rPr>
        <w:color w:val="666666"/>
        <w:sz w:val="17"/>
        <w:lang w:val="el-GR"/>
      </w:rPr>
      <w:t xml:space="preserve"> με σαφήνεια το έγγραφο που κατατίθεται.</w:t>
    </w:r>
  </w:p>
  <w:p w14:paraId="4ECB71A5" w14:textId="77777777" w:rsidR="008A134E" w:rsidRPr="008A134E" w:rsidRDefault="008A134E" w:rsidP="008A134E">
    <w:pPr>
      <w:spacing w:before="40" w:after="0"/>
      <w:rPr>
        <w:lang w:val="el-GR"/>
      </w:rPr>
    </w:pPr>
    <w:r w:rsidRPr="008A134E">
      <w:rPr>
        <w:color w:val="666666"/>
        <w:sz w:val="16"/>
        <w:lang w:val="el-GR"/>
      </w:rPr>
      <w:t>Νομοθετική βάση: ΚΥΑ Δ3(α) 52922/2025 (ΦΕΚ Β΄ 230/22.01.2026), όπως διορθώθηκε με ΦΕΚ Β΄ 1315/11.03.2026, και το ειδικό πλαίσιο της αντίστοιχης κατηγορίας.</w:t>
    </w:r>
  </w:p>
  <w:p w14:paraId="007761C2" w14:textId="77777777" w:rsidR="004742D6" w:rsidRDefault="00000000">
    <w:pPr>
      <w:pStyle w:val="a6"/>
      <w:jc w:val="center"/>
    </w:pPr>
    <w:r>
      <w:rPr>
        <w:color w:val="666666"/>
        <w:sz w:val="17"/>
      </w:rPr>
      <w:t>ΓΑΝΠ «ΜΕΤΑΞΑ» - Επ</w:t>
    </w:r>
    <w:proofErr w:type="spellStart"/>
    <w:r>
      <w:rPr>
        <w:color w:val="666666"/>
        <w:sz w:val="17"/>
      </w:rPr>
      <w:t>ιστολή</w:t>
    </w:r>
    <w:proofErr w:type="spellEnd"/>
    <w:r>
      <w:rPr>
        <w:color w:val="666666"/>
        <w:sz w:val="17"/>
      </w:rPr>
      <w:t xml:space="preserve"> Κα</w:t>
    </w:r>
    <w:proofErr w:type="spellStart"/>
    <w:r>
      <w:rPr>
        <w:color w:val="666666"/>
        <w:sz w:val="17"/>
      </w:rPr>
      <w:t>τάθεσης</w:t>
    </w:r>
    <w:proofErr w:type="spellEnd"/>
    <w:r>
      <w:rPr>
        <w:color w:val="666666"/>
        <w:sz w:val="17"/>
      </w:rPr>
      <w:t xml:space="preserve"> Φα</w:t>
    </w:r>
    <w:proofErr w:type="spellStart"/>
    <w:r>
      <w:rPr>
        <w:color w:val="666666"/>
        <w:sz w:val="17"/>
      </w:rPr>
      <w:t>κέλου</w:t>
    </w:r>
    <w:proofErr w:type="spellEnd"/>
  </w:p>
  <w:p>
    <w:pPr>
      <w:jc w:val="right"/>
    </w:pPr>
    <w:r>
      <w:rPr>
        <w:b/>
        <w:sz w:val="16"/>
      </w:rPr>
      <w:t>Κωδικός ΜΕΤΑΞΑ: Ε.ΚΜ1-2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DB2DB" w14:textId="77777777" w:rsidR="004806F6" w:rsidRDefault="004806F6">
      <w:pPr>
        <w:spacing w:after="0" w:line="240" w:lineRule="auto"/>
      </w:pPr>
      <w:r>
        <w:separator/>
      </w:r>
    </w:p>
  </w:footnote>
  <w:footnote w:type="continuationSeparator" w:id="0">
    <w:p w14:paraId="35D96896" w14:textId="77777777" w:rsidR="004806F6" w:rsidRDefault="004806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099579">
    <w:abstractNumId w:val="8"/>
  </w:num>
  <w:num w:numId="2" w16cid:durableId="1742678951">
    <w:abstractNumId w:val="6"/>
  </w:num>
  <w:num w:numId="3" w16cid:durableId="1541235949">
    <w:abstractNumId w:val="5"/>
  </w:num>
  <w:num w:numId="4" w16cid:durableId="1385911877">
    <w:abstractNumId w:val="4"/>
  </w:num>
  <w:num w:numId="5" w16cid:durableId="402992151">
    <w:abstractNumId w:val="7"/>
  </w:num>
  <w:num w:numId="6" w16cid:durableId="588075568">
    <w:abstractNumId w:val="3"/>
  </w:num>
  <w:num w:numId="7" w16cid:durableId="800080343">
    <w:abstractNumId w:val="2"/>
  </w:num>
  <w:num w:numId="8" w16cid:durableId="1102798639">
    <w:abstractNumId w:val="1"/>
  </w:num>
  <w:num w:numId="9" w16cid:durableId="18124085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742D6"/>
    <w:rsid w:val="004806F6"/>
    <w:rsid w:val="0064655B"/>
    <w:rsid w:val="00671202"/>
    <w:rsid w:val="008359CF"/>
    <w:rsid w:val="00853AE3"/>
    <w:rsid w:val="008A134E"/>
    <w:rsid w:val="008E099B"/>
    <w:rsid w:val="00AA1D8D"/>
    <w:rsid w:val="00B47730"/>
    <w:rsid w:val="00B9132E"/>
    <w:rsid w:val="00CB0664"/>
    <w:rsid w:val="00EA1998"/>
    <w:rsid w:val="00ED6D3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65691A"/>
  <w14:defaultImageDpi w14:val="300"/>
  <w15:docId w15:val="{E2049184-055B-4E8A-BAA3-18095D5CFD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548</Words>
  <Characters>2961</Characters>
  <Application>Microsoft Office Word</Application>
  <DocSecurity>0</DocSecurity>
  <Lines>24</Lines>
  <Paragraphs>7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3502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7</cp:revision>
  <dcterms:created xsi:type="dcterms:W3CDTF">2013-12-23T23:15:00Z</dcterms:created>
  <dcterms:modified xsi:type="dcterms:W3CDTF">2026-10-05T10:33:00Z</dcterms:modified>
  <cp:category/>
</cp:coreProperties>
</file>