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jc w:val="center"/>
        <w:tblBorders>
          <w:top w:val="single" w:sz="0" w:space="0" w:color="FFFFFF"/>
          <w:left w:val="single" w:sz="0" w:space="0" w:color="FFFFFF"/>
          <w:bottom w:val="single" w:sz="0" w:space="0" w:color="FFFFFF"/>
          <w:right w:val="single" w:sz="0" w:space="0" w:color="FFFFFF"/>
          <w:insideH w:val="single" w:sz="0" w:space="0" w:color="FFFFFF"/>
          <w:insideV w:val="single" w:sz="0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1134"/>
        <w:gridCol w:w="7257"/>
        <w:gridCol w:w="2041"/>
      </w:tblGrid>
      <w:tr w:rsidR="00506567" w14:paraId="20DFADAE" w14:textId="77777777">
        <w:trPr>
          <w:jc w:val="center"/>
        </w:trPr>
        <w:tc>
          <w:tcPr>
            <w:tcW w:w="1134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7FE9E16F" w14:textId="77777777" w:rsidR="00506567" w:rsidRDefault="00000000">
            <w:r>
              <w:rPr>
                <w:noProof/>
              </w:rPr>
              <w:drawing>
                <wp:inline distT="0" distB="0" distL="0" distR="0" wp14:anchorId="305575BD" wp14:editId="5992A1BC">
                  <wp:extent cx="450000" cy="45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0000" cy="45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57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4A7A61A0" w14:textId="77777777" w:rsidR="00506567" w:rsidRPr="00C44441" w:rsidRDefault="00000000">
            <w:pPr>
              <w:jc w:val="center"/>
              <w:rPr>
                <w:lang w:val="el-GR"/>
              </w:rPr>
            </w:pPr>
            <w:r w:rsidRPr="00C44441">
              <w:rPr>
                <w:b/>
                <w:color w:val="1F4E78"/>
                <w:sz w:val="19"/>
                <w:lang w:val="el-GR"/>
              </w:rPr>
              <w:t>ΕΛΛΗΝΙΚΗ ΔΗΜΟΚΡΑΤΙΑ</w:t>
            </w:r>
            <w:r w:rsidRPr="00C44441">
              <w:rPr>
                <w:b/>
                <w:color w:val="1F4E78"/>
                <w:sz w:val="19"/>
                <w:lang w:val="el-GR"/>
              </w:rPr>
              <w:br/>
            </w:r>
            <w:r w:rsidRPr="00C44441">
              <w:rPr>
                <w:color w:val="1F4E78"/>
                <w:sz w:val="18"/>
                <w:lang w:val="el-GR"/>
              </w:rPr>
              <w:t>ΥΠΟΥΡΓΕΙΟ ΥΓΕΙΑΣ - 2η Υ.ΠΕ. ΠΕΙΡΑΙΩΣ &amp; ΑΙΓΑΙΟΥ</w:t>
            </w:r>
            <w:r w:rsidRPr="00C44441">
              <w:rPr>
                <w:color w:val="1F4E78"/>
                <w:sz w:val="18"/>
                <w:lang w:val="el-GR"/>
              </w:rPr>
              <w:br/>
            </w:r>
            <w:r w:rsidRPr="00C44441">
              <w:rPr>
                <w:b/>
                <w:color w:val="1F4E78"/>
                <w:sz w:val="19"/>
                <w:lang w:val="el-GR"/>
              </w:rPr>
              <w:t>ΓΕΝΙΚΟ ΑΝΤΙΚΑΡΚΙΝΙΚΟ ΝΟΣΟΚΟΜΕΙΟ ΠΕΙΡΑΙΑ «ΜΕΤΑΞΑ»</w:t>
            </w:r>
          </w:p>
        </w:tc>
        <w:tc>
          <w:tcPr>
            <w:tcW w:w="2041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14:paraId="54000C2B" w14:textId="77777777" w:rsidR="00506567" w:rsidRDefault="00000000">
            <w:pPr>
              <w:jc w:val="right"/>
            </w:pPr>
            <w:r>
              <w:rPr>
                <w:noProof/>
              </w:rPr>
              <w:drawing>
                <wp:inline distT="0" distB="0" distL="0" distR="0" wp14:anchorId="69538D79" wp14:editId="4567558A">
                  <wp:extent cx="1188000" cy="529976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e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000" cy="5299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016C0CE" w14:textId="77777777" w:rsidR="00506567" w:rsidRPr="00C44441" w:rsidRDefault="00000000">
      <w:pPr>
        <w:spacing w:before="60" w:after="100"/>
        <w:jc w:val="center"/>
        <w:rPr>
          <w:lang w:val="el-GR"/>
        </w:rPr>
      </w:pPr>
      <w:r w:rsidRPr="00C44441">
        <w:rPr>
          <w:b/>
          <w:color w:val="1F4E78"/>
          <w:sz w:val="25"/>
          <w:lang w:val="el-GR"/>
        </w:rPr>
        <w:t>ΕΠΙΣΤΟΛΗ ΚΑΤΑΘΕΣΗΣ ΦΑΚΕΛΟΥ - ΚΛΙΝΙΚΗ ΔΟΚΙΜΗ ΜΕ ΦΑΡΜΑΚΟ</w:t>
      </w:r>
    </w:p>
    <w:p w14:paraId="57F48D4C" w14:textId="77777777" w:rsidR="003C2BD4" w:rsidRDefault="003C2BD4" w:rsidP="00C44441">
      <w:pPr>
        <w:spacing w:after="60"/>
        <w:ind w:right="315"/>
        <w:jc w:val="right"/>
        <w:rPr>
          <w:b/>
          <w:sz w:val="21"/>
          <w:lang w:val="el-GR"/>
        </w:rPr>
      </w:pPr>
    </w:p>
    <w:p w14:paraId="43EF7B73" w14:textId="2C79CE85" w:rsidR="00506567" w:rsidRPr="00C44441" w:rsidRDefault="00000000" w:rsidP="00C44441">
      <w:pPr>
        <w:spacing w:after="60"/>
        <w:ind w:right="315"/>
        <w:jc w:val="right"/>
        <w:rPr>
          <w:lang w:val="el-GR"/>
        </w:rPr>
      </w:pPr>
      <w:r w:rsidRPr="00C44441">
        <w:rPr>
          <w:b/>
          <w:sz w:val="21"/>
          <w:lang w:val="el-GR"/>
        </w:rPr>
        <w:t>ΠΡΟΣ: Γραμματεία Διοικητή – Τμήμα Κλινικών Μελετών</w:t>
      </w:r>
      <w:r w:rsidRPr="00C44441">
        <w:rPr>
          <w:sz w:val="21"/>
          <w:lang w:val="el-GR"/>
        </w:rPr>
      </w:r>
    </w:p>
    <w:p w14:paraId="446D343D" w14:textId="77777777" w:rsidR="003C2BD4" w:rsidRDefault="003C2BD4" w:rsidP="00C44441">
      <w:pPr>
        <w:spacing w:before="100" w:after="60"/>
        <w:ind w:left="142"/>
        <w:rPr>
          <w:rFonts w:asciiTheme="majorHAnsi" w:hAnsiTheme="majorHAnsi" w:cstheme="majorHAnsi"/>
          <w:sz w:val="22"/>
          <w:lang w:val="el-GR"/>
        </w:rPr>
      </w:pPr>
    </w:p>
    <w:p w14:paraId="43DD4D34" w14:textId="6BFF83B9" w:rsidR="00C44441" w:rsidRDefault="00C44441" w:rsidP="00C44441">
      <w:pPr>
        <w:spacing w:before="100" w:after="60"/>
        <w:ind w:left="142"/>
        <w:rPr>
          <w:rFonts w:asciiTheme="majorHAnsi" w:hAnsiTheme="majorHAnsi" w:cstheme="majorHAnsi"/>
          <w:sz w:val="22"/>
          <w:lang w:val="el-GR"/>
        </w:rPr>
      </w:pPr>
      <w:r w:rsidRPr="00C44441">
        <w:rPr>
          <w:rFonts w:asciiTheme="majorHAnsi" w:hAnsiTheme="majorHAnsi" w:cstheme="majorHAnsi"/>
          <w:sz w:val="22"/>
          <w:lang w:val="el-GR"/>
        </w:rPr>
        <w:t>Με την παρούσα καταθέτουμε τον φάκελο της ανωτέρω μελέτης/έρευνας. Για κάθε στοιχείο σημειώνεται η κατάσταση υποβολής και, όπου απαιτείται, η έκδοση/ημερομηνία ή σχετική παρατήρηση.</w:t>
      </w:r>
    </w:p>
    <w:p w14:paraId="555FB1BC" w14:textId="47BFAB72" w:rsidR="00506567" w:rsidRPr="00C44441" w:rsidRDefault="00C44441" w:rsidP="00C44441">
      <w:pPr>
        <w:spacing w:after="100"/>
        <w:ind w:left="142"/>
        <w:rPr>
          <w:lang w:val="el-GR"/>
        </w:rPr>
      </w:pPr>
      <w:r>
        <w:rPr>
          <w:rFonts w:asciiTheme="majorHAnsi" w:hAnsiTheme="majorHAnsi" w:cstheme="majorHAnsi"/>
          <w:sz w:val="22"/>
          <w:lang w:val="el-GR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803"/>
      </w:tblGrid>
      <w:tr w:rsidR="00506567" w:rsidRPr="00C44441" w14:paraId="09C28F98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3253A9" w14:textId="77777777" w:rsidR="00506567" w:rsidRPr="00C44441" w:rsidRDefault="00000000">
            <w:pPr>
              <w:rPr>
                <w:rFonts w:asciiTheme="majorHAnsi" w:hAnsiTheme="majorHAnsi" w:cstheme="majorHAnsi"/>
                <w:sz w:val="22"/>
              </w:rPr>
            </w:pPr>
            <w:proofErr w:type="spellStart"/>
            <w:r w:rsidRPr="00C44441">
              <w:rPr>
                <w:rFonts w:asciiTheme="majorHAnsi" w:hAnsiTheme="majorHAnsi" w:cstheme="majorHAnsi"/>
                <w:b/>
                <w:color w:val="1F4E78"/>
                <w:sz w:val="22"/>
              </w:rPr>
              <w:t>Χορηγός</w:t>
            </w:r>
            <w:proofErr w:type="spellEnd"/>
            <w:r w:rsidRPr="00C44441">
              <w:rPr>
                <w:rFonts w:asciiTheme="majorHAnsi" w:hAnsiTheme="majorHAnsi" w:cstheme="majorHAnsi"/>
                <w:b/>
                <w:color w:val="1F4E78"/>
                <w:sz w:val="22"/>
              </w:rPr>
              <w:t xml:space="preserve"> / CRO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CC0567B" w14:textId="77777777" w:rsidR="00506567" w:rsidRPr="00C44441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506567" w:rsidRPr="00C44441" w14:paraId="379674C1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0B64B5" w14:textId="77777777" w:rsidR="00506567" w:rsidRPr="00C44441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Theme="majorHAnsi" w:hAnsiTheme="majorHAnsi" w:cstheme="majorHAnsi"/>
                <w:b/>
                <w:color w:val="1F4E78"/>
                <w:sz w:val="22"/>
              </w:rPr>
              <w:t>Κύριος Ερευνητής - Κλινική / Τμήμα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82326DB" w14:textId="77777777" w:rsidR="00506567" w:rsidRPr="00C44441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506567" w:rsidRPr="00C44441" w14:paraId="058BDE06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09D7BF" w14:textId="77777777" w:rsidR="00506567" w:rsidRPr="00C44441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Theme="majorHAnsi" w:hAnsiTheme="majorHAnsi" w:cstheme="majorHAnsi"/>
                <w:b/>
                <w:color w:val="1F4E78"/>
                <w:sz w:val="22"/>
              </w:rPr>
              <w:t>Τίτλος μελέτης / έρευνας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A686BC" w14:textId="77777777" w:rsidR="00506567" w:rsidRPr="00C44441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506567" w:rsidRPr="00C44441" w14:paraId="43AC0D69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1D14C3E" w14:textId="77777777" w:rsidR="00506567" w:rsidRPr="00C44441" w:rsidRDefault="00000000">
            <w:pPr>
              <w:rPr>
                <w:rFonts w:asciiTheme="majorHAnsi" w:hAnsiTheme="majorHAnsi" w:cstheme="majorHAnsi"/>
                <w:sz w:val="22"/>
                <w:lang w:val="el-GR"/>
              </w:rPr>
            </w:pPr>
            <w:r w:rsidRPr="00C44441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Κωδικός πρωτοκόλλου / </w:t>
            </w:r>
            <w:r w:rsidRPr="00C44441">
              <w:rPr>
                <w:rFonts w:asciiTheme="majorHAnsi" w:hAnsiTheme="majorHAnsi" w:cstheme="majorHAnsi"/>
                <w:b/>
                <w:color w:val="1F4E78"/>
                <w:sz w:val="22"/>
              </w:rPr>
              <w:t>EU</w:t>
            </w:r>
            <w:r w:rsidRPr="00C44441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 </w:t>
            </w:r>
            <w:r w:rsidRPr="00C44441">
              <w:rPr>
                <w:rFonts w:asciiTheme="majorHAnsi" w:hAnsiTheme="majorHAnsi" w:cstheme="majorHAnsi"/>
                <w:b/>
                <w:color w:val="1F4E78"/>
                <w:sz w:val="22"/>
              </w:rPr>
              <w:t>CT</w:t>
            </w:r>
            <w:r w:rsidRPr="00C44441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 xml:space="preserve"> / άλλος κωδικός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566CBFA" w14:textId="77777777" w:rsidR="00506567" w:rsidRPr="00C44441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  <w:tr w:rsidR="00506567" w:rsidRPr="00C44441" w14:paraId="061F2BD2" w14:textId="77777777">
        <w:trPr>
          <w:jc w:val="center"/>
        </w:trPr>
        <w:tc>
          <w:tcPr>
            <w:tcW w:w="3458" w:type="dxa"/>
            <w:shd w:val="clear" w:color="auto" w:fill="F3F7F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8B5BF2" w14:textId="77777777" w:rsidR="00506567" w:rsidRPr="00C44441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Theme="majorHAnsi" w:hAnsiTheme="majorHAnsi" w:cstheme="majorHAnsi"/>
                <w:b/>
                <w:color w:val="1F4E78"/>
                <w:sz w:val="22"/>
              </w:rPr>
              <w:t>Στοιχεία επικοινωνίας υποβάλλοντος</w:t>
            </w:r>
          </w:p>
        </w:tc>
        <w:tc>
          <w:tcPr>
            <w:tcW w:w="6803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F5334D9" w14:textId="77777777" w:rsidR="00506567" w:rsidRPr="00C44441" w:rsidRDefault="00000000">
            <w:pPr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Theme="majorHAnsi" w:hAnsiTheme="majorHAnsi" w:cstheme="majorHAnsi"/>
                <w:color w:val="666666"/>
                <w:sz w:val="22"/>
              </w:rPr>
              <w:t>[ΣΥΜΠΛΗΡΩΣΤΕ]</w:t>
            </w:r>
          </w:p>
        </w:tc>
      </w:tr>
    </w:tbl>
    <w:p w14:paraId="05F7590C" w14:textId="142330F3" w:rsidR="00C44441" w:rsidRPr="00C44441" w:rsidRDefault="00C44441">
      <w:pPr>
        <w:spacing w:before="100" w:after="60"/>
        <w:rPr>
          <w:rFonts w:asciiTheme="majorHAnsi" w:hAnsiTheme="majorHAnsi" w:cstheme="majorHAnsi"/>
          <w:sz w:val="22"/>
          <w:lang w:val="el-GR"/>
        </w:rPr>
      </w:pPr>
    </w:p>
    <w:tbl>
      <w:tblPr>
        <w:tblW w:w="0" w:type="auto"/>
        <w:jc w:val="center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5018"/>
        <w:gridCol w:w="3316"/>
        <w:gridCol w:w="2041"/>
      </w:tblGrid>
      <w:tr w:rsidR="00506567" w:rsidRPr="00C44441" w14:paraId="28F8A5B2" w14:textId="77777777" w:rsidTr="00B23CF4">
        <w:trPr>
          <w:trHeight w:val="780"/>
          <w:jc w:val="center"/>
        </w:trPr>
        <w:tc>
          <w:tcPr>
            <w:tcW w:w="5018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6B85B1D" w14:textId="77777777" w:rsidR="00506567" w:rsidRPr="003C2BD4" w:rsidRDefault="00000000" w:rsidP="003C2BD4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3C2BD4">
              <w:rPr>
                <w:rFonts w:asciiTheme="majorHAnsi" w:hAnsiTheme="majorHAnsi" w:cstheme="majorHAnsi"/>
                <w:b/>
                <w:color w:val="1F4E78"/>
                <w:sz w:val="22"/>
              </w:rPr>
              <w:t>ΣΤΟΙΧΕΙΟ ΦΑΚΕΛΟΥ</w:t>
            </w:r>
          </w:p>
        </w:tc>
        <w:tc>
          <w:tcPr>
            <w:tcW w:w="3316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7166B38D" w14:textId="77777777" w:rsidR="00506567" w:rsidRPr="003C2BD4" w:rsidRDefault="00000000" w:rsidP="003C2BD4">
            <w:pPr>
              <w:spacing w:after="0"/>
              <w:jc w:val="center"/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</w:pPr>
            <w:r w:rsidRPr="003C2BD4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>ΑΠΑΝΤΗΣΗ ΥΠΟΒΑΛΛΟΝΤΟΣ</w:t>
            </w:r>
          </w:p>
          <w:p w14:paraId="198C59A7" w14:textId="37CE022C" w:rsidR="00C44441" w:rsidRPr="003C2BD4" w:rsidRDefault="00C44441" w:rsidP="003C2BD4">
            <w:pPr>
              <w:spacing w:after="0"/>
              <w:jc w:val="center"/>
              <w:rPr>
                <w:rFonts w:asciiTheme="majorHAnsi" w:hAnsiTheme="majorHAnsi" w:cstheme="majorHAnsi"/>
                <w:sz w:val="22"/>
                <w:lang w:val="el-GR"/>
              </w:rPr>
            </w:pPr>
            <w:r w:rsidRPr="003C2BD4">
              <w:rPr>
                <w:rFonts w:asciiTheme="majorHAnsi" w:hAnsiTheme="majorHAnsi" w:cstheme="majorHAnsi"/>
                <w:b/>
                <w:color w:val="1F4E78"/>
                <w:sz w:val="22"/>
                <w:lang w:val="el-GR"/>
              </w:rPr>
              <w:t>(ΝΑΙ – ΟΧΙ- ΔΕΝ ΕΦΑΡΜΟΖΕΤΑΙ)</w:t>
            </w:r>
          </w:p>
        </w:tc>
        <w:tc>
          <w:tcPr>
            <w:tcW w:w="2041" w:type="dxa"/>
            <w:shd w:val="clear" w:color="auto" w:fill="D9EAF7"/>
            <w:tcMar>
              <w:top w:w="80" w:type="dxa"/>
              <w:left w:w="70" w:type="dxa"/>
              <w:bottom w:w="80" w:type="dxa"/>
              <w:right w:w="70" w:type="dxa"/>
            </w:tcMar>
            <w:vAlign w:val="center"/>
          </w:tcPr>
          <w:p w14:paraId="385827B9" w14:textId="77777777" w:rsidR="00506567" w:rsidRPr="003C2BD4" w:rsidRDefault="00000000" w:rsidP="003C2BD4">
            <w:pPr>
              <w:spacing w:after="0"/>
              <w:jc w:val="center"/>
              <w:rPr>
                <w:rFonts w:asciiTheme="majorHAnsi" w:hAnsiTheme="majorHAnsi" w:cstheme="majorHAnsi"/>
                <w:sz w:val="22"/>
              </w:rPr>
            </w:pPr>
            <w:r w:rsidRPr="003C2BD4">
              <w:rPr>
                <w:rFonts w:asciiTheme="majorHAnsi" w:hAnsiTheme="majorHAnsi" w:cstheme="majorHAnsi"/>
                <w:b/>
                <w:color w:val="1F4E78"/>
                <w:sz w:val="22"/>
              </w:rPr>
              <w:t>ΕΚΔΟΣΗ / ΗΜΕΡΟΜΗΝΙΑ / ΠΑΡΑΤΗΡΗΣΗ</w:t>
            </w:r>
          </w:p>
        </w:tc>
      </w:tr>
      <w:tr w:rsidR="00506567" w:rsidRPr="00793663" w14:paraId="252CDF93" w14:textId="77777777" w:rsidTr="00C44441">
        <w:trPr>
          <w:trHeight w:val="611"/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5F96E0F" w14:textId="77777777" w:rsidR="00506567" w:rsidRPr="003C2BD4" w:rsidRDefault="00000000" w:rsidP="003C2BD4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3C2BD4">
              <w:rPr>
                <w:rFonts w:asciiTheme="majorHAnsi" w:hAnsiTheme="majorHAnsi" w:cstheme="majorHAnsi"/>
                <w:sz w:val="22"/>
                <w:lang w:val="el-GR"/>
              </w:rPr>
              <w:t>• Σύμβαση Διεξαγωγής Κλινικής Δοκιμής με Φάρμακο, υπογεγραμμένη από Χορηγό και Κύριο Ερευνητή, με όλα τα παραρτήματά της, σε τέσσερα (4) πρωτότυπα αντίτυπα.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D0031D5" w14:textId="12CCD66B" w:rsidR="00506567" w:rsidRPr="00703786" w:rsidRDefault="00000000" w:rsidP="003C2BD4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="00C44441"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</w:t>
            </w:r>
            <w:r w:rsidR="00C44441" w:rsidRPr="00703786">
              <w:rPr>
                <w:rFonts w:asciiTheme="majorHAnsi" w:hAnsiTheme="majorHAnsi" w:cstheme="majorHAnsi"/>
                <w:bCs/>
                <w:sz w:val="22"/>
              </w:rPr>
              <w:t>ΌΧΙ</w:t>
            </w:r>
            <w:r w:rsidR="00C44441"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B847FEF" w14:textId="77777777" w:rsidR="00506567" w:rsidRPr="003C2BD4" w:rsidRDefault="00506567" w:rsidP="003C2BD4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506567" w:rsidRPr="00793663" w14:paraId="31A94E15" w14:textId="77777777" w:rsidTr="00C44441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589C5AC" w14:textId="77777777" w:rsidR="00506567" w:rsidRPr="003C2BD4" w:rsidRDefault="00000000" w:rsidP="003C2BD4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3C2BD4">
              <w:rPr>
                <w:rFonts w:asciiTheme="majorHAnsi" w:hAnsiTheme="majorHAnsi" w:cstheme="majorHAnsi"/>
                <w:sz w:val="22"/>
                <w:lang w:val="el-GR"/>
              </w:rPr>
              <w:t>• Περίληψη του πρωτοκόλλου στην ελληνική γλώσσα.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17124F6" w14:textId="03F67F35" w:rsidR="00506567" w:rsidRPr="00703786" w:rsidRDefault="00C44441" w:rsidP="003C2BD4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CA3C429" w14:textId="77777777" w:rsidR="00506567" w:rsidRPr="003C2BD4" w:rsidRDefault="00506567" w:rsidP="003C2BD4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506567" w:rsidRPr="00793663" w14:paraId="07B36FF2" w14:textId="77777777" w:rsidTr="00C44441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72558C4" w14:textId="77777777" w:rsidR="00506567" w:rsidRPr="003C2BD4" w:rsidRDefault="00000000" w:rsidP="003C2BD4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3C2BD4">
              <w:rPr>
                <w:rFonts w:asciiTheme="majorHAnsi" w:hAnsiTheme="majorHAnsi" w:cstheme="majorHAnsi"/>
                <w:sz w:val="22"/>
                <w:lang w:val="el-GR"/>
              </w:rPr>
              <w:t>• Ασφαλιστική κάλυψη / ασφαλιστήριο της κλινικής δοκιμής.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ECB2892" w14:textId="30A5DD95" w:rsidR="00506567" w:rsidRPr="00703786" w:rsidRDefault="00C44441" w:rsidP="003C2BD4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E07348" w14:textId="77777777" w:rsidR="00506567" w:rsidRPr="003C2BD4" w:rsidRDefault="00506567" w:rsidP="003C2BD4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506567" w:rsidRPr="00793663" w14:paraId="16B2C83D" w14:textId="77777777" w:rsidTr="00C44441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9DA41C7" w14:textId="77777777" w:rsidR="00506567" w:rsidRPr="003C2BD4" w:rsidRDefault="00000000" w:rsidP="003C2BD4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3C2BD4">
              <w:rPr>
                <w:rFonts w:asciiTheme="majorHAnsi" w:hAnsiTheme="majorHAnsi" w:cstheme="majorHAnsi"/>
                <w:sz w:val="22"/>
                <w:lang w:val="el-GR"/>
              </w:rPr>
              <w:t xml:space="preserve">• Εξουσιοδοτήσεις εμπλεκόμενων εταιρειών / </w:t>
            </w:r>
            <w:r w:rsidRPr="003C2BD4">
              <w:rPr>
                <w:rFonts w:asciiTheme="majorHAnsi" w:hAnsiTheme="majorHAnsi" w:cstheme="majorHAnsi"/>
                <w:sz w:val="22"/>
              </w:rPr>
              <w:t>CRO</w:t>
            </w:r>
            <w:r w:rsidRPr="003C2BD4">
              <w:rPr>
                <w:rFonts w:asciiTheme="majorHAnsi" w:hAnsiTheme="majorHAnsi" w:cstheme="majorHAnsi"/>
                <w:sz w:val="22"/>
                <w:lang w:val="el-GR"/>
              </w:rPr>
              <w:t xml:space="preserve"> και σαφής προσδιορισμός του ρόλου τους.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1A1EE0" w14:textId="03B669E5" w:rsidR="00506567" w:rsidRPr="00703786" w:rsidRDefault="00C44441" w:rsidP="003C2BD4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61F37F7" w14:textId="77777777" w:rsidR="00506567" w:rsidRPr="003C2BD4" w:rsidRDefault="00506567" w:rsidP="003C2BD4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506567" w:rsidRPr="00793663" w14:paraId="03C27575" w14:textId="77777777" w:rsidTr="00C44441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3B886E7" w14:textId="77777777" w:rsidR="00506567" w:rsidRPr="003C2BD4" w:rsidRDefault="00000000" w:rsidP="003C2BD4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3C2BD4">
              <w:rPr>
                <w:rFonts w:asciiTheme="majorHAnsi" w:hAnsiTheme="majorHAnsi" w:cstheme="majorHAnsi"/>
                <w:sz w:val="22"/>
                <w:lang w:val="el-GR"/>
              </w:rPr>
              <w:t>• Έντυπο Αποδοχής Διαχείρισης Ερευνητικού Έργου.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91C3558" w14:textId="3AD1D906" w:rsidR="00506567" w:rsidRPr="00703786" w:rsidRDefault="00C44441" w:rsidP="003C2BD4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A373A41" w14:textId="77777777" w:rsidR="00506567" w:rsidRPr="003C2BD4" w:rsidRDefault="00506567" w:rsidP="003C2BD4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506567" w:rsidRPr="00793663" w14:paraId="54E67851" w14:textId="77777777" w:rsidTr="00C44441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620B290" w14:textId="77777777" w:rsidR="00506567" w:rsidRPr="003C2BD4" w:rsidRDefault="00000000" w:rsidP="003C2BD4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3C2BD4">
              <w:rPr>
                <w:rFonts w:asciiTheme="majorHAnsi" w:hAnsiTheme="majorHAnsi" w:cstheme="majorHAnsi"/>
                <w:sz w:val="22"/>
                <w:lang w:val="el-GR"/>
              </w:rPr>
              <w:t>• Συγκεντρωτική Κατάσταση Μελών Ομάδας Έργου.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F6F2CD5" w14:textId="5ABE98B6" w:rsidR="00506567" w:rsidRPr="00703786" w:rsidRDefault="00C44441" w:rsidP="003C2BD4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17BE26" w14:textId="77777777" w:rsidR="00506567" w:rsidRPr="003C2BD4" w:rsidRDefault="00506567" w:rsidP="003C2BD4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506567" w:rsidRPr="00793663" w14:paraId="73EE3EAF" w14:textId="77777777" w:rsidTr="00C44441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A2A454" w14:textId="77777777" w:rsidR="00506567" w:rsidRPr="003C2BD4" w:rsidRDefault="00000000" w:rsidP="003C2BD4">
            <w:pPr>
              <w:spacing w:after="0"/>
              <w:rPr>
                <w:rFonts w:asciiTheme="majorHAnsi" w:hAnsiTheme="majorHAnsi" w:cstheme="majorHAnsi"/>
                <w:sz w:val="22"/>
              </w:rPr>
            </w:pPr>
            <w:r w:rsidRPr="003C2BD4">
              <w:rPr>
                <w:rFonts w:asciiTheme="majorHAnsi" w:hAnsiTheme="majorHAnsi" w:cstheme="majorHAnsi"/>
                <w:sz w:val="22"/>
              </w:rPr>
              <w:lastRenderedPageBreak/>
              <w:t>• Προϋπολογισμός Ερευνητικού Έργου.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286E962" w14:textId="211EE97F" w:rsidR="00506567" w:rsidRPr="00703786" w:rsidRDefault="00C44441" w:rsidP="003C2BD4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CB4174B" w14:textId="77777777" w:rsidR="00506567" w:rsidRPr="003C2BD4" w:rsidRDefault="00506567" w:rsidP="003C2BD4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  <w:tr w:rsidR="00506567" w:rsidRPr="00793663" w14:paraId="39ABD415" w14:textId="77777777" w:rsidTr="00C44441">
        <w:trPr>
          <w:jc w:val="center"/>
        </w:trPr>
        <w:tc>
          <w:tcPr>
            <w:tcW w:w="5018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5E7B761" w14:textId="77777777" w:rsidR="00506567" w:rsidRPr="003C2BD4" w:rsidRDefault="00000000" w:rsidP="003C2BD4">
            <w:pPr>
              <w:spacing w:after="0"/>
              <w:rPr>
                <w:rFonts w:asciiTheme="majorHAnsi" w:hAnsiTheme="majorHAnsi" w:cstheme="majorHAnsi"/>
                <w:sz w:val="22"/>
                <w:lang w:val="el-GR"/>
              </w:rPr>
            </w:pPr>
            <w:r w:rsidRPr="003C2BD4">
              <w:rPr>
                <w:rFonts w:asciiTheme="majorHAnsi" w:hAnsiTheme="majorHAnsi" w:cstheme="majorHAnsi"/>
                <w:sz w:val="22"/>
                <w:lang w:val="el-GR"/>
              </w:rPr>
              <w:t xml:space="preserve">• Απόφαση έγκρισης της κλινικής δοκιμής κατά την προβλεπόμενη διαδικασία ΕΟΦ / </w:t>
            </w:r>
            <w:r w:rsidRPr="003C2BD4">
              <w:rPr>
                <w:rFonts w:asciiTheme="majorHAnsi" w:hAnsiTheme="majorHAnsi" w:cstheme="majorHAnsi"/>
                <w:sz w:val="22"/>
              </w:rPr>
              <w:t>CTIS</w:t>
            </w:r>
            <w:r w:rsidRPr="003C2BD4">
              <w:rPr>
                <w:rFonts w:asciiTheme="majorHAnsi" w:hAnsiTheme="majorHAnsi" w:cstheme="majorHAnsi"/>
                <w:sz w:val="22"/>
                <w:lang w:val="el-GR"/>
              </w:rPr>
              <w:t>, όταν έχει εκδοθεί.</w:t>
            </w:r>
          </w:p>
        </w:tc>
        <w:tc>
          <w:tcPr>
            <w:tcW w:w="3316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7572B982" w14:textId="14D255BB" w:rsidR="00506567" w:rsidRPr="00703786" w:rsidRDefault="00C44441" w:rsidP="003C2BD4">
            <w:pPr>
              <w:spacing w:after="0"/>
              <w:jc w:val="center"/>
              <w:rPr>
                <w:rFonts w:asciiTheme="majorHAnsi" w:hAnsiTheme="majorHAnsi" w:cstheme="majorHAnsi"/>
                <w:bCs/>
                <w:sz w:val="22"/>
              </w:rPr>
            </w:pP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ΝΑΙ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ΌΧΙ</w:t>
            </w:r>
            <w:r w:rsidRPr="00703786">
              <w:rPr>
                <w:rFonts w:asciiTheme="majorHAnsi" w:hAnsiTheme="majorHAnsi" w:cstheme="majorHAnsi"/>
                <w:bCs/>
                <w:sz w:val="22"/>
                <w:lang w:val="el-GR"/>
              </w:rPr>
              <w:t xml:space="preserve">    </w:t>
            </w:r>
            <w:r w:rsidRPr="00703786">
              <w:rPr>
                <w:rFonts w:ascii="Segoe UI Symbol" w:hAnsi="Segoe UI Symbol" w:cs="Segoe UI Symbol"/>
                <w:bCs/>
                <w:sz w:val="22"/>
              </w:rPr>
              <w:t>☐</w:t>
            </w:r>
            <w:r w:rsidRPr="00703786">
              <w:rPr>
                <w:rFonts w:asciiTheme="majorHAnsi" w:hAnsiTheme="majorHAnsi" w:cstheme="majorHAnsi"/>
                <w:bCs/>
                <w:sz w:val="22"/>
              </w:rPr>
              <w:t xml:space="preserve"> Δ/Ε</w:t>
            </w:r>
          </w:p>
        </w:tc>
        <w:tc>
          <w:tcPr>
            <w:tcW w:w="2041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D43B60C" w14:textId="77777777" w:rsidR="00506567" w:rsidRPr="003C2BD4" w:rsidRDefault="00506567" w:rsidP="003C2BD4">
            <w:pPr>
              <w:spacing w:after="0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123BF55A" w14:textId="77777777" w:rsidR="00793663" w:rsidRDefault="00C44441" w:rsidP="00C44441">
      <w:pPr>
        <w:spacing w:after="80" w:line="240" w:lineRule="auto"/>
        <w:rPr>
          <w:rFonts w:asciiTheme="majorHAnsi" w:hAnsiTheme="majorHAnsi" w:cstheme="majorHAnsi"/>
          <w:b/>
          <w:sz w:val="22"/>
          <w:lang w:val="el-GR"/>
        </w:rPr>
      </w:pPr>
      <w:r>
        <w:rPr>
          <w:rFonts w:asciiTheme="majorHAnsi" w:hAnsiTheme="majorHAnsi" w:cstheme="majorHAnsi"/>
          <w:b/>
          <w:sz w:val="22"/>
          <w:lang w:val="el-GR"/>
        </w:rPr>
        <w:t xml:space="preserve"> </w:t>
      </w:r>
    </w:p>
    <w:p w14:paraId="61761335" w14:textId="4FCD4E26" w:rsidR="00C44441" w:rsidRPr="00C44441" w:rsidRDefault="00C44441" w:rsidP="00C44441">
      <w:pPr>
        <w:spacing w:after="80" w:line="240" w:lineRule="auto"/>
        <w:rPr>
          <w:rFonts w:asciiTheme="majorHAnsi" w:hAnsiTheme="majorHAnsi" w:cstheme="majorHAnsi"/>
          <w:sz w:val="22"/>
          <w:lang w:val="el-GR"/>
        </w:rPr>
      </w:pPr>
      <w:r w:rsidRPr="00C44441">
        <w:rPr>
          <w:rFonts w:asciiTheme="majorHAnsi" w:hAnsiTheme="majorHAnsi" w:cstheme="majorHAnsi"/>
          <w:b/>
          <w:sz w:val="22"/>
          <w:lang w:val="el-GR"/>
        </w:rPr>
        <w:t xml:space="preserve">Υπαγωγή στην ειδική περίπτωση του άρθρου 21, όπου εφαρμόζεται:  </w:t>
      </w:r>
      <w:r w:rsidRPr="00C44441">
        <w:rPr>
          <w:rFonts w:ascii="Segoe UI Symbol" w:hAnsi="Segoe UI Symbol" w:cs="Segoe UI Symbol"/>
          <w:sz w:val="22"/>
          <w:lang w:val="el-GR"/>
        </w:rPr>
        <w:t>☐</w:t>
      </w:r>
      <w:r w:rsidRPr="00C44441">
        <w:rPr>
          <w:rFonts w:asciiTheme="majorHAnsi" w:hAnsiTheme="majorHAnsi" w:cstheme="majorHAnsi"/>
          <w:sz w:val="22"/>
          <w:lang w:val="el-GR"/>
        </w:rPr>
        <w:t xml:space="preserve"> ΝΑΙ    </w:t>
      </w:r>
      <w:r w:rsidRPr="00C44441">
        <w:rPr>
          <w:rFonts w:ascii="Segoe UI Symbol" w:hAnsi="Segoe UI Symbol" w:cs="Segoe UI Symbol"/>
          <w:sz w:val="22"/>
          <w:lang w:val="el-GR"/>
        </w:rPr>
        <w:t>☐</w:t>
      </w:r>
      <w:r w:rsidRPr="00C44441">
        <w:rPr>
          <w:rFonts w:asciiTheme="majorHAnsi" w:hAnsiTheme="majorHAnsi" w:cstheme="majorHAnsi"/>
          <w:sz w:val="22"/>
          <w:lang w:val="el-GR"/>
        </w:rPr>
        <w:t xml:space="preserve"> </w:t>
      </w:r>
      <w:r w:rsidRPr="00C44441">
        <w:rPr>
          <w:rFonts w:ascii="Calibri" w:hAnsi="Calibri" w:cs="Calibri"/>
          <w:sz w:val="22"/>
          <w:lang w:val="el-GR"/>
        </w:rPr>
        <w:t>ΟΧΙ</w:t>
      </w:r>
      <w:r w:rsidRPr="00C44441">
        <w:rPr>
          <w:rFonts w:asciiTheme="majorHAnsi" w:hAnsiTheme="majorHAnsi" w:cstheme="majorHAnsi"/>
          <w:sz w:val="22"/>
          <w:lang w:val="el-GR"/>
        </w:rPr>
        <w:t xml:space="preserve">    </w:t>
      </w:r>
    </w:p>
    <w:p w14:paraId="09CBC1AF" w14:textId="5A5D22F9" w:rsidR="00C44441" w:rsidRDefault="00C44441" w:rsidP="00C44441">
      <w:pPr>
        <w:spacing w:after="80" w:line="240" w:lineRule="auto"/>
        <w:rPr>
          <w:rFonts w:asciiTheme="majorHAnsi" w:hAnsiTheme="majorHAnsi" w:cstheme="majorHAnsi"/>
          <w:sz w:val="22"/>
          <w:lang w:val="el-GR"/>
        </w:rPr>
      </w:pPr>
      <w:r>
        <w:rPr>
          <w:rFonts w:asciiTheme="majorHAnsi" w:hAnsiTheme="majorHAnsi" w:cstheme="majorHAnsi"/>
          <w:sz w:val="22"/>
          <w:lang w:val="el-GR"/>
        </w:rPr>
        <w:t xml:space="preserve"> </w:t>
      </w:r>
      <w:r w:rsidRPr="00C44441">
        <w:rPr>
          <w:rFonts w:asciiTheme="majorHAnsi" w:hAnsiTheme="majorHAnsi" w:cstheme="majorHAnsi"/>
          <w:sz w:val="22"/>
          <w:lang w:val="el-GR"/>
        </w:rPr>
        <w:t>Εάν επιλεγεί ΝΑΙ, συμπληρώνεται υποχρεωτικά ο πίνακας «Πρόσθετα στοιχεία άρθρου 21» πριν από την υπογραφή.</w:t>
      </w:r>
    </w:p>
    <w:p w14:paraId="39E151AB" w14:textId="77777777" w:rsidR="00793663" w:rsidRPr="00C44441" w:rsidRDefault="00793663" w:rsidP="00C44441">
      <w:pPr>
        <w:spacing w:after="80" w:line="240" w:lineRule="auto"/>
        <w:rPr>
          <w:rFonts w:asciiTheme="majorHAnsi" w:hAnsiTheme="majorHAnsi" w:cstheme="majorHAnsi"/>
          <w:sz w:val="22"/>
          <w:lang w:val="el-GR"/>
        </w:rPr>
      </w:pPr>
    </w:p>
    <w:p w14:paraId="0FF40EC9" w14:textId="77777777" w:rsidR="00506567" w:rsidRPr="00C44441" w:rsidRDefault="00000000">
      <w:pPr>
        <w:shd w:val="clear" w:color="auto" w:fill="D9EAF7"/>
        <w:spacing w:before="80" w:after="60" w:line="240" w:lineRule="auto"/>
        <w:rPr>
          <w:rFonts w:asciiTheme="majorHAnsi" w:hAnsiTheme="majorHAnsi" w:cstheme="majorHAnsi"/>
          <w:sz w:val="22"/>
          <w:lang w:val="el-GR"/>
        </w:rPr>
      </w:pPr>
      <w:r w:rsidRPr="00C44441">
        <w:rPr>
          <w:rFonts w:asciiTheme="majorHAnsi" w:hAnsiTheme="majorHAnsi" w:cstheme="majorHAnsi"/>
          <w:b/>
          <w:sz w:val="22"/>
          <w:lang w:val="el-GR"/>
        </w:rPr>
        <w:t>ΠΡΟΣΘΕΤΑ ΣΤΟΙΧΕΙΑ ΑΡΘΡΟΥ 21 - ΣΥΜΠΛΗΡΩΝΕΤΑΙ ΜΟΝΟ ΕΦΟΣΟΝ ΕΧΕΙ ΕΠΙΛΕΓΕΙ «ΝΑΙ»</w:t>
      </w:r>
    </w:p>
    <w:tbl>
      <w:tblPr>
        <w:tblW w:w="0" w:type="auto"/>
        <w:tblBorders>
          <w:top w:val="single" w:sz="4" w:space="0" w:color="8FAFC7"/>
          <w:left w:val="single" w:sz="4" w:space="0" w:color="8FAFC7"/>
          <w:bottom w:val="single" w:sz="4" w:space="0" w:color="8FAFC7"/>
          <w:right w:val="single" w:sz="4" w:space="0" w:color="8FAFC7"/>
          <w:insideH w:val="single" w:sz="4" w:space="0" w:color="8FAFC7"/>
          <w:insideV w:val="single" w:sz="4" w:space="0" w:color="8FAFC7"/>
        </w:tblBorders>
        <w:tblLayout w:type="fixed"/>
        <w:tblLook w:val="04A0" w:firstRow="1" w:lastRow="0" w:firstColumn="1" w:lastColumn="0" w:noHBand="0" w:noVBand="1"/>
      </w:tblPr>
      <w:tblGrid>
        <w:gridCol w:w="5325"/>
        <w:gridCol w:w="3119"/>
        <w:gridCol w:w="2126"/>
      </w:tblGrid>
      <w:tr w:rsidR="00506567" w:rsidRPr="00C44441" w14:paraId="27CF7476" w14:textId="77777777" w:rsidTr="00C44441">
        <w:trPr>
          <w:tblHeader/>
        </w:trPr>
        <w:tc>
          <w:tcPr>
            <w:tcW w:w="5325" w:type="dxa"/>
            <w:shd w:val="clear" w:color="auto" w:fill="BDD7E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20E7F0BD" w14:textId="77777777" w:rsidR="00506567" w:rsidRPr="00C44441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Theme="majorHAnsi" w:hAnsiTheme="majorHAnsi" w:cstheme="majorHAnsi"/>
                <w:b/>
                <w:sz w:val="22"/>
              </w:rPr>
              <w:t>ΠΡΟΣΘΕΤΟ ΣΤΟΙΧΕΙΟ / ΤΕΚΜΗΡΙΩΣΗ</w:t>
            </w:r>
          </w:p>
        </w:tc>
        <w:tc>
          <w:tcPr>
            <w:tcW w:w="3119" w:type="dxa"/>
            <w:shd w:val="clear" w:color="auto" w:fill="BDD7E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7D0B5394" w14:textId="77777777" w:rsidR="00506567" w:rsidRPr="00C44441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Theme="majorHAnsi" w:hAnsiTheme="majorHAnsi" w:cstheme="majorHAnsi"/>
                <w:b/>
                <w:sz w:val="22"/>
              </w:rPr>
              <w:t>ΑΠΑΝΤΗΣΗ</w:t>
            </w:r>
          </w:p>
        </w:tc>
        <w:tc>
          <w:tcPr>
            <w:tcW w:w="2126" w:type="dxa"/>
            <w:shd w:val="clear" w:color="auto" w:fill="BDD7EE"/>
            <w:tcMar>
              <w:top w:w="70" w:type="dxa"/>
              <w:left w:w="80" w:type="dxa"/>
              <w:bottom w:w="70" w:type="dxa"/>
              <w:right w:w="80" w:type="dxa"/>
            </w:tcMar>
            <w:vAlign w:val="center"/>
          </w:tcPr>
          <w:p w14:paraId="36925B90" w14:textId="77777777" w:rsidR="00506567" w:rsidRPr="00C44441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Theme="majorHAnsi" w:hAnsiTheme="majorHAnsi" w:cstheme="majorHAnsi"/>
                <w:b/>
                <w:sz w:val="22"/>
              </w:rPr>
              <w:t>ΑΡΙΘΜΟΣ / ΗΜΕΡΟΜΗΝΙΑ / ΠΑΡΑΤΗΡΗΣΗ</w:t>
            </w:r>
          </w:p>
        </w:tc>
      </w:tr>
      <w:tr w:rsidR="00506567" w:rsidRPr="00C44441" w14:paraId="7B9295BB" w14:textId="77777777" w:rsidTr="00C44441">
        <w:tc>
          <w:tcPr>
            <w:tcW w:w="532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CB3A1D7" w14:textId="77777777" w:rsidR="00506567" w:rsidRPr="00C44441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>Ρητό αίτημα εφαρμογής του άρθρου 21 και αποζημίωσης από Φορείς Κύριας Ασφάλισης (ΦΚΑ).</w:t>
            </w:r>
          </w:p>
        </w:tc>
        <w:tc>
          <w:tcPr>
            <w:tcW w:w="3119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254A02D" w14:textId="47E8C0B8" w:rsidR="00506567" w:rsidRPr="00C44441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ΝΑΙ</w:t>
            </w:r>
            <w:r w:rsidR="00C44441"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C44441" w:rsidRPr="00C44441">
              <w:rPr>
                <w:rFonts w:asciiTheme="majorHAnsi" w:hAnsiTheme="majorHAnsi" w:cstheme="majorHAnsi"/>
                <w:sz w:val="22"/>
              </w:rPr>
              <w:t>ΌΧΙ</w:t>
            </w:r>
            <w:r w:rsidR="00C44441"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Δ/Ε</w:t>
            </w:r>
          </w:p>
        </w:tc>
        <w:tc>
          <w:tcPr>
            <w:tcW w:w="212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391CDD8" w14:textId="77777777" w:rsidR="00506567" w:rsidRPr="00C44441" w:rsidRDefault="00506567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506567" w:rsidRPr="00C44441" w14:paraId="17251556" w14:textId="77777777" w:rsidTr="00C44441">
        <w:tc>
          <w:tcPr>
            <w:tcW w:w="532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18724F7" w14:textId="77777777" w:rsidR="00506567" w:rsidRPr="00C44441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>Στοιχεία/έγγραφα που τεκμηριώνουν ότι ο Χορηγός/φορέας πληροί τις ειδικές προϋποθέσεις του άρθρου 21.</w:t>
            </w:r>
          </w:p>
        </w:tc>
        <w:tc>
          <w:tcPr>
            <w:tcW w:w="3119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8A1DF49" w14:textId="57200E64" w:rsidR="00506567" w:rsidRPr="00C44441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ΝΑΙ</w:t>
            </w:r>
            <w:r w:rsidR="00C44441"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C44441" w:rsidRPr="00C44441">
              <w:rPr>
                <w:rFonts w:asciiTheme="majorHAnsi" w:hAnsiTheme="majorHAnsi" w:cstheme="majorHAnsi"/>
                <w:sz w:val="22"/>
              </w:rPr>
              <w:t>ΌΧΙ</w:t>
            </w:r>
            <w:r w:rsidR="00C44441"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Δ/Ε</w:t>
            </w:r>
          </w:p>
        </w:tc>
        <w:tc>
          <w:tcPr>
            <w:tcW w:w="212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4FFDF43" w14:textId="77777777" w:rsidR="00506567" w:rsidRPr="00C44441" w:rsidRDefault="00506567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506567" w:rsidRPr="00C44441" w14:paraId="218B18D5" w14:textId="77777777" w:rsidTr="00C44441">
        <w:tc>
          <w:tcPr>
            <w:tcW w:w="532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4B051CC" w14:textId="77777777" w:rsidR="00506567" w:rsidRPr="00C44441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Στοιχεία νόμιμης κυκλοφορίας στην ελληνική αγορά του φαρμάκου / </w:t>
            </w:r>
            <w:proofErr w:type="spellStart"/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>ιατροτεχνολογικού</w:t>
            </w:r>
            <w:proofErr w:type="spellEnd"/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προϊόντος / </w:t>
            </w:r>
            <w:r w:rsidRPr="00C44441">
              <w:rPr>
                <w:rFonts w:asciiTheme="majorHAnsi" w:hAnsiTheme="majorHAnsi" w:cstheme="majorHAnsi"/>
                <w:sz w:val="22"/>
              </w:rPr>
              <w:t>IVD</w:t>
            </w:r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>, κατά περίπτωση.</w:t>
            </w:r>
          </w:p>
        </w:tc>
        <w:tc>
          <w:tcPr>
            <w:tcW w:w="3119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B3EB282" w14:textId="5A1C963E" w:rsidR="00506567" w:rsidRPr="00C44441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ΝΑΙ</w:t>
            </w:r>
            <w:r w:rsidR="00C44441"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C44441" w:rsidRPr="00C44441">
              <w:rPr>
                <w:rFonts w:asciiTheme="majorHAnsi" w:hAnsiTheme="majorHAnsi" w:cstheme="majorHAnsi"/>
                <w:sz w:val="22"/>
              </w:rPr>
              <w:t>ΌΧΙ</w:t>
            </w:r>
            <w:r w:rsidR="00C44441"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Δ/Ε</w:t>
            </w:r>
          </w:p>
        </w:tc>
        <w:tc>
          <w:tcPr>
            <w:tcW w:w="212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2F53164B" w14:textId="77777777" w:rsidR="00506567" w:rsidRPr="00C44441" w:rsidRDefault="00506567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506567" w:rsidRPr="00C44441" w14:paraId="01894FFC" w14:textId="77777777" w:rsidTr="00C44441">
        <w:tc>
          <w:tcPr>
            <w:tcW w:w="532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0447832" w14:textId="77777777" w:rsidR="00506567" w:rsidRPr="00C44441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>Αριθμός και ημερομηνία των απαιτούμενων εγκρίσεων/αποφάσεων της βασικής κατηγορίας της μελέτης (</w:t>
            </w:r>
            <w:r w:rsidRPr="00C44441">
              <w:rPr>
                <w:rFonts w:asciiTheme="majorHAnsi" w:hAnsiTheme="majorHAnsi" w:cstheme="majorHAnsi"/>
                <w:sz w:val="22"/>
              </w:rPr>
              <w:t>CTIS</w:t>
            </w:r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/ ΕΟΦ / ΕΕΔ / ΕΣ), κατά περίπτωση.</w:t>
            </w:r>
          </w:p>
        </w:tc>
        <w:tc>
          <w:tcPr>
            <w:tcW w:w="3119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DC407AF" w14:textId="0B95936A" w:rsidR="00506567" w:rsidRPr="00C44441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ΝΑΙ</w:t>
            </w:r>
            <w:r w:rsidR="00C44441"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C44441" w:rsidRPr="00C44441">
              <w:rPr>
                <w:rFonts w:asciiTheme="majorHAnsi" w:hAnsiTheme="majorHAnsi" w:cstheme="majorHAnsi"/>
                <w:sz w:val="22"/>
              </w:rPr>
              <w:t>ΌΧΙ</w:t>
            </w:r>
            <w:r w:rsidR="00C44441"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Δ/Ε</w:t>
            </w:r>
          </w:p>
        </w:tc>
        <w:tc>
          <w:tcPr>
            <w:tcW w:w="212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4677F3E" w14:textId="77777777" w:rsidR="00506567" w:rsidRPr="00C44441" w:rsidRDefault="00506567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506567" w:rsidRPr="00C44441" w14:paraId="6B37F851" w14:textId="77777777" w:rsidTr="00C44441">
        <w:tc>
          <w:tcPr>
            <w:tcW w:w="532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0BCE1D97" w14:textId="77777777" w:rsidR="00506567" w:rsidRPr="00C44441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Ακριβής προσδιορισμός του φαρμάκου / </w:t>
            </w:r>
            <w:proofErr w:type="spellStart"/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>ιατροτεχνολογικού</w:t>
            </w:r>
            <w:proofErr w:type="spellEnd"/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προϊόντος / </w:t>
            </w:r>
            <w:r w:rsidRPr="00C44441">
              <w:rPr>
                <w:rFonts w:asciiTheme="majorHAnsi" w:hAnsiTheme="majorHAnsi" w:cstheme="majorHAnsi"/>
                <w:sz w:val="22"/>
              </w:rPr>
              <w:t>IVD</w:t>
            </w:r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για το οποίο ζητείται αποζημίωση από ΦΚΑ.</w:t>
            </w:r>
          </w:p>
        </w:tc>
        <w:tc>
          <w:tcPr>
            <w:tcW w:w="3119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7D51CF51" w14:textId="71D422B0" w:rsidR="00506567" w:rsidRPr="00C44441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ΝΑΙ</w:t>
            </w:r>
            <w:r w:rsidR="00C44441"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C44441" w:rsidRPr="00C44441">
              <w:rPr>
                <w:rFonts w:asciiTheme="majorHAnsi" w:hAnsiTheme="majorHAnsi" w:cstheme="majorHAnsi"/>
                <w:sz w:val="22"/>
              </w:rPr>
              <w:t>ΌΧΙ</w:t>
            </w:r>
            <w:r w:rsidR="00C44441"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Δ/Ε</w:t>
            </w:r>
          </w:p>
        </w:tc>
        <w:tc>
          <w:tcPr>
            <w:tcW w:w="212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468B5B3C" w14:textId="77777777" w:rsidR="00506567" w:rsidRPr="00C44441" w:rsidRDefault="00506567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  <w:tr w:rsidR="00506567" w:rsidRPr="00C44441" w14:paraId="0D768DA4" w14:textId="77777777" w:rsidTr="00C44441">
        <w:tc>
          <w:tcPr>
            <w:tcW w:w="5325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5D3E2E5D" w14:textId="77777777" w:rsidR="00506567" w:rsidRPr="00C44441" w:rsidRDefault="00000000">
            <w:pPr>
              <w:spacing w:after="0" w:line="240" w:lineRule="auto"/>
              <w:rPr>
                <w:rFonts w:asciiTheme="majorHAnsi" w:hAnsiTheme="majorHAnsi" w:cstheme="majorHAnsi"/>
                <w:sz w:val="22"/>
                <w:lang w:val="el-GR"/>
              </w:rPr>
            </w:pPr>
            <w:r w:rsidRPr="00C44441">
              <w:rPr>
                <w:rFonts w:asciiTheme="majorHAnsi" w:hAnsiTheme="majorHAnsi" w:cstheme="majorHAnsi"/>
                <w:sz w:val="22"/>
                <w:lang w:val="el-GR"/>
              </w:rPr>
              <w:t>Στοιχεία και τεκμηρίωση της αιτούμενης αποζημίωσης από ΦΚΑ και σχετικός προϋπολογισμός / οικονομικά στοιχεία.</w:t>
            </w:r>
          </w:p>
        </w:tc>
        <w:tc>
          <w:tcPr>
            <w:tcW w:w="3119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35859834" w14:textId="796EDADE" w:rsidR="00506567" w:rsidRPr="00C44441" w:rsidRDefault="00000000">
            <w:pPr>
              <w:spacing w:after="0" w:line="240" w:lineRule="auto"/>
              <w:jc w:val="center"/>
              <w:rPr>
                <w:rFonts w:asciiTheme="majorHAnsi" w:hAnsiTheme="majorHAnsi" w:cstheme="majorHAnsi"/>
                <w:sz w:val="22"/>
              </w:rPr>
            </w:pP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ΝΑΙ</w:t>
            </w:r>
            <w:r w:rsidR="00C44441"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</w:t>
            </w:r>
            <w:r w:rsidR="00C44441" w:rsidRPr="00C44441">
              <w:rPr>
                <w:rFonts w:asciiTheme="majorHAnsi" w:hAnsiTheme="majorHAnsi" w:cstheme="majorHAnsi"/>
                <w:sz w:val="22"/>
              </w:rPr>
              <w:t>ΌΧΙ</w:t>
            </w:r>
            <w:r w:rsidR="00C44441" w:rsidRPr="00C44441">
              <w:rPr>
                <w:rFonts w:asciiTheme="majorHAnsi" w:hAnsiTheme="majorHAnsi" w:cstheme="majorHAnsi"/>
                <w:sz w:val="22"/>
                <w:lang w:val="el-GR"/>
              </w:rPr>
              <w:t xml:space="preserve"> </w:t>
            </w:r>
            <w:r w:rsidRPr="00C44441">
              <w:rPr>
                <w:rFonts w:ascii="Segoe UI Symbol" w:hAnsi="Segoe UI Symbol" w:cs="Segoe UI Symbol"/>
                <w:sz w:val="22"/>
              </w:rPr>
              <w:t>☐</w:t>
            </w:r>
            <w:r w:rsidRPr="00C44441">
              <w:rPr>
                <w:rFonts w:asciiTheme="majorHAnsi" w:hAnsiTheme="majorHAnsi" w:cstheme="majorHAnsi"/>
                <w:sz w:val="22"/>
              </w:rPr>
              <w:t xml:space="preserve"> Δ/Ε</w:t>
            </w:r>
          </w:p>
        </w:tc>
        <w:tc>
          <w:tcPr>
            <w:tcW w:w="2126" w:type="dxa"/>
            <w:tcMar>
              <w:top w:w="65" w:type="dxa"/>
              <w:left w:w="80" w:type="dxa"/>
              <w:bottom w:w="65" w:type="dxa"/>
              <w:right w:w="80" w:type="dxa"/>
            </w:tcMar>
            <w:vAlign w:val="center"/>
          </w:tcPr>
          <w:p w14:paraId="612CC460" w14:textId="77777777" w:rsidR="00506567" w:rsidRPr="00C44441" w:rsidRDefault="00506567">
            <w:pPr>
              <w:spacing w:after="0" w:line="240" w:lineRule="auto"/>
              <w:rPr>
                <w:rFonts w:asciiTheme="majorHAnsi" w:hAnsiTheme="majorHAnsi" w:cstheme="majorHAnsi"/>
                <w:sz w:val="22"/>
              </w:rPr>
            </w:pPr>
          </w:p>
        </w:tc>
      </w:tr>
    </w:tbl>
    <w:p w14:paraId="18247C3C" w14:textId="77777777" w:rsidR="00506567" w:rsidRPr="00C44441" w:rsidRDefault="00000000">
      <w:pPr>
        <w:spacing w:before="40" w:after="80" w:line="240" w:lineRule="auto"/>
        <w:rPr>
          <w:rFonts w:asciiTheme="majorHAnsi" w:hAnsiTheme="majorHAnsi" w:cstheme="majorHAnsi"/>
          <w:sz w:val="22"/>
          <w:lang w:val="el-GR"/>
        </w:rPr>
      </w:pPr>
      <w:r w:rsidRPr="00C44441">
        <w:rPr>
          <w:rFonts w:asciiTheme="majorHAnsi" w:hAnsiTheme="majorHAnsi" w:cstheme="majorHAnsi"/>
          <w:sz w:val="22"/>
          <w:lang w:val="el-GR"/>
        </w:rPr>
        <w:t>Σημείωση: Το άρθρο 21 αποτελεί πρόσθετη ειδική προϋπόθεση και δεν αντικαθιστά τα δικαιολογητικά και τη διοικητική διαδρομή της βασικής κατηγορίας της μελέτης.</w:t>
      </w:r>
    </w:p>
    <w:p w14:paraId="4ABED15A" w14:textId="77777777" w:rsidR="00506567" w:rsidRPr="00C44441" w:rsidRDefault="00000000">
      <w:pPr>
        <w:spacing w:before="100" w:after="40"/>
        <w:rPr>
          <w:rFonts w:asciiTheme="majorHAnsi" w:hAnsiTheme="majorHAnsi" w:cstheme="majorHAnsi"/>
          <w:sz w:val="22"/>
          <w:lang w:val="el-GR"/>
        </w:rPr>
      </w:pPr>
      <w:r w:rsidRPr="00C44441">
        <w:rPr>
          <w:rFonts w:asciiTheme="majorHAnsi" w:hAnsiTheme="majorHAnsi" w:cstheme="majorHAnsi"/>
          <w:b/>
          <w:color w:val="1F4E78"/>
          <w:sz w:val="22"/>
          <w:lang w:val="el-GR"/>
        </w:rPr>
        <w:t xml:space="preserve">Δήλωση υποβάλλοντος: </w:t>
      </w:r>
      <w:r w:rsidRPr="00C44441">
        <w:rPr>
          <w:rFonts w:asciiTheme="majorHAnsi" w:hAnsiTheme="majorHAnsi" w:cstheme="majorHAnsi"/>
          <w:sz w:val="22"/>
          <w:lang w:val="el-GR"/>
        </w:rPr>
        <w:t>Δηλώνεται ότι ο φάκελος συνοδεύεται από τα στοιχεία που έχουν σημειωθεί ως «ΝΑΙ» και ότι οι αναγραφόμενες εκδόσεις/ημερομηνίες αντιστοιχούν στα κατατιθέμενα έγγραφα.</w:t>
      </w:r>
    </w:p>
    <w:p w14:paraId="5080588E" w14:textId="77777777" w:rsidR="00C44441" w:rsidRDefault="00C44441">
      <w:pPr>
        <w:spacing w:after="40"/>
        <w:rPr>
          <w:rFonts w:asciiTheme="majorHAnsi" w:hAnsiTheme="majorHAnsi" w:cstheme="majorHAnsi"/>
          <w:b/>
          <w:sz w:val="22"/>
          <w:lang w:val="el-GR"/>
        </w:rPr>
      </w:pPr>
    </w:p>
    <w:p w14:paraId="251D9CA9" w14:textId="77777777" w:rsidR="00C44441" w:rsidRDefault="00C44441" w:rsidP="00C44441">
      <w:pPr>
        <w:spacing w:after="40"/>
        <w:jc w:val="right"/>
        <w:rPr>
          <w:rFonts w:asciiTheme="majorHAnsi" w:hAnsiTheme="majorHAnsi" w:cstheme="majorHAnsi"/>
          <w:sz w:val="22"/>
          <w:lang w:val="el-GR"/>
        </w:rPr>
      </w:pPr>
      <w:r w:rsidRPr="00C44441">
        <w:rPr>
          <w:rFonts w:asciiTheme="majorHAnsi" w:hAnsiTheme="majorHAnsi" w:cstheme="majorHAnsi"/>
          <w:b/>
          <w:sz w:val="22"/>
          <w:lang w:val="el-GR"/>
        </w:rPr>
        <w:t xml:space="preserve">Ημερομηνία: </w:t>
      </w:r>
      <w:r w:rsidRPr="00C44441">
        <w:rPr>
          <w:rFonts w:asciiTheme="majorHAnsi" w:hAnsiTheme="majorHAnsi" w:cstheme="majorHAnsi"/>
          <w:sz w:val="22"/>
          <w:lang w:val="el-GR"/>
        </w:rPr>
        <w:t xml:space="preserve">____/____/______    </w:t>
      </w:r>
    </w:p>
    <w:p w14:paraId="0316F220" w14:textId="77777777" w:rsidR="00C44441" w:rsidRDefault="00000000" w:rsidP="00C44441">
      <w:pPr>
        <w:spacing w:before="240" w:after="40"/>
        <w:jc w:val="right"/>
        <w:rPr>
          <w:rFonts w:asciiTheme="majorHAnsi" w:hAnsiTheme="majorHAnsi" w:cstheme="majorHAnsi"/>
          <w:sz w:val="22"/>
          <w:lang w:val="el-GR"/>
        </w:rPr>
      </w:pPr>
      <w:r w:rsidRPr="00C44441">
        <w:rPr>
          <w:rFonts w:asciiTheme="majorHAnsi" w:hAnsiTheme="majorHAnsi" w:cstheme="majorHAnsi"/>
          <w:b/>
          <w:sz w:val="22"/>
          <w:lang w:val="el-GR"/>
        </w:rPr>
        <w:t xml:space="preserve">Ονοματεπώνυμο / Ιδιότητα: </w:t>
      </w:r>
      <w:r w:rsidRPr="00C44441">
        <w:rPr>
          <w:rFonts w:asciiTheme="majorHAnsi" w:hAnsiTheme="majorHAnsi" w:cstheme="majorHAnsi"/>
          <w:sz w:val="22"/>
          <w:lang w:val="el-GR"/>
        </w:rPr>
        <w:t xml:space="preserve">__________________________    </w:t>
      </w:r>
    </w:p>
    <w:p w14:paraId="15725572" w14:textId="7C0FBEC8" w:rsidR="00506567" w:rsidRPr="00C44441" w:rsidRDefault="00000000" w:rsidP="00C44441">
      <w:pPr>
        <w:spacing w:before="240" w:after="40"/>
        <w:jc w:val="right"/>
        <w:rPr>
          <w:rFonts w:asciiTheme="majorHAnsi" w:hAnsiTheme="majorHAnsi" w:cstheme="majorHAnsi"/>
          <w:sz w:val="22"/>
          <w:lang w:val="el-GR"/>
        </w:rPr>
      </w:pPr>
      <w:r w:rsidRPr="00C44441">
        <w:rPr>
          <w:rFonts w:asciiTheme="majorHAnsi" w:hAnsiTheme="majorHAnsi" w:cstheme="majorHAnsi"/>
          <w:sz w:val="22"/>
          <w:lang w:val="el-GR"/>
        </w:rPr>
        <w:t>Υπογραφή: __________________</w:t>
      </w:r>
    </w:p>
    <w:sectPr w:rsidR="00506567" w:rsidRPr="00C44441" w:rsidSect="00034616">
      <w:footerReference w:type="default" r:id="rId10"/>
      <w:pgSz w:w="11906" w:h="16838"/>
      <w:pgMar w:top="567" w:right="680" w:bottom="567" w:left="6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E3A98A" w14:textId="77777777" w:rsidR="004D7B57" w:rsidRDefault="004D7B57">
      <w:pPr>
        <w:spacing w:after="0" w:line="240" w:lineRule="auto"/>
      </w:pPr>
      <w:r>
        <w:separator/>
      </w:r>
    </w:p>
  </w:endnote>
  <w:endnote w:type="continuationSeparator" w:id="0">
    <w:p w14:paraId="595FFE25" w14:textId="77777777" w:rsidR="004D7B57" w:rsidRDefault="004D7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D240EF" w14:textId="33B46B26" w:rsidR="00C44441" w:rsidRDefault="00C44441" w:rsidP="00C44441">
    <w:pPr>
      <w:spacing w:before="40" w:after="0"/>
      <w:rPr>
        <w:color w:val="666666"/>
        <w:sz w:val="16"/>
        <w:lang w:val="el-GR"/>
      </w:rPr>
    </w:pPr>
    <w:r w:rsidRPr="00C44441">
      <w:rPr>
        <w:color w:val="666666"/>
        <w:sz w:val="16"/>
        <w:lang w:val="el-GR"/>
      </w:rPr>
      <w:t>ΚΥΑ Δ3(α) 52922/2025 (ΦΕΚ Β΄ 230/22.01.2026), όπως διορθώθηκε με ΦΕΚ Β΄ 1315/11.03.2026, και το ειδικό πλαίσιο της αντίστοιχης κατηγορίας.</w:t>
    </w:r>
  </w:p>
  <w:p w14:paraId="4F98CB3A" w14:textId="304828A5" w:rsidR="00793663" w:rsidRPr="00C44441" w:rsidRDefault="00793663" w:rsidP="00793663">
    <w:pPr>
      <w:spacing w:before="40" w:after="0"/>
      <w:jc w:val="center"/>
      <w:rPr>
        <w:lang w:val="el-GR"/>
      </w:rPr>
    </w:pPr>
    <w:r>
      <w:rPr>
        <w:color w:val="666666"/>
        <w:sz w:val="16"/>
        <w:lang w:val="el-GR"/>
      </w:rPr>
      <w:t>ΓΑΝΠ ΜΕΤΑΞΑ – Επιστολή κατάθεσης φακέλου μελέτης</w:t>
    </w:r>
  </w:p>
  <w:p w14:paraId="62DC8631" w14:textId="5C11E39E" w:rsidR="00506567" w:rsidRPr="00C44441" w:rsidRDefault="00506567">
    <w:pPr>
      <w:pStyle w:val="a6"/>
      <w:jc w:val="right"/>
      <w:rPr>
        <w:lang w:val="el-GR"/>
      </w:rPr>
    </w:pPr>
    <w:r>
      <w:rPr>
        <w:b/>
        <w:sz w:val="16"/>
      </w:rPr>
      <w:t>Κωδικός ΜΕΤΑΞΑ: Ε.ΚΜ1-1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96DC55" w14:textId="77777777" w:rsidR="004D7B57" w:rsidRDefault="004D7B57">
      <w:pPr>
        <w:spacing w:after="0" w:line="240" w:lineRule="auto"/>
      </w:pPr>
      <w:r>
        <w:separator/>
      </w:r>
    </w:p>
  </w:footnote>
  <w:footnote w:type="continuationSeparator" w:id="0">
    <w:p w14:paraId="349D6352" w14:textId="77777777" w:rsidR="004D7B57" w:rsidRDefault="004D7B5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22109650">
    <w:abstractNumId w:val="8"/>
  </w:num>
  <w:num w:numId="2" w16cid:durableId="330959536">
    <w:abstractNumId w:val="6"/>
  </w:num>
  <w:num w:numId="3" w16cid:durableId="1407999817">
    <w:abstractNumId w:val="5"/>
  </w:num>
  <w:num w:numId="4" w16cid:durableId="327707650">
    <w:abstractNumId w:val="4"/>
  </w:num>
  <w:num w:numId="5" w16cid:durableId="126166284">
    <w:abstractNumId w:val="7"/>
  </w:num>
  <w:num w:numId="6" w16cid:durableId="990017140">
    <w:abstractNumId w:val="3"/>
  </w:num>
  <w:num w:numId="7" w16cid:durableId="2051221434">
    <w:abstractNumId w:val="2"/>
  </w:num>
  <w:num w:numId="8" w16cid:durableId="1849171052">
    <w:abstractNumId w:val="1"/>
  </w:num>
  <w:num w:numId="9" w16cid:durableId="14081860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503C"/>
    <w:rsid w:val="0006063C"/>
    <w:rsid w:val="0015074B"/>
    <w:rsid w:val="0029639D"/>
    <w:rsid w:val="00326F90"/>
    <w:rsid w:val="003C1E58"/>
    <w:rsid w:val="003C2BD4"/>
    <w:rsid w:val="004D7B57"/>
    <w:rsid w:val="00506567"/>
    <w:rsid w:val="00614C47"/>
    <w:rsid w:val="006E7133"/>
    <w:rsid w:val="00703786"/>
    <w:rsid w:val="00793663"/>
    <w:rsid w:val="008A7F1D"/>
    <w:rsid w:val="00AA1D8D"/>
    <w:rsid w:val="00B23CF4"/>
    <w:rsid w:val="00B47730"/>
    <w:rsid w:val="00C44441"/>
    <w:rsid w:val="00CB0664"/>
    <w:rsid w:val="00DC432A"/>
    <w:rsid w:val="00E37EA9"/>
    <w:rsid w:val="00F51DD5"/>
    <w:rsid w:val="00FC693F"/>
    <w:rsid w:val="00FE3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3A6B1BA"/>
  <w14:defaultImageDpi w14:val="300"/>
  <w15:docId w15:val="{E881F263-76FD-45E8-9085-2D08338478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528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3379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Ελένη Πέτρακα</cp:lastModifiedBy>
  <cp:revision>11</cp:revision>
  <dcterms:created xsi:type="dcterms:W3CDTF">2013-12-23T23:15:00Z</dcterms:created>
  <dcterms:modified xsi:type="dcterms:W3CDTF">2026-10-13T15:11:00Z</dcterms:modified>
  <cp:category/>
</cp:coreProperties>
</file>