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F4E78"/>
          <w:sz w:val="32"/>
        </w:rPr>
        <w:t>ΕΝΤΥΠΟ ΑΠΟΔΟΧΗΣ ΔΙΑΧΕΙΡΙΣΗΣ ΕΡΕΥΝΗΤΙΚΟΥ ΕΡΓΟΥ</w:t>
      </w:r>
    </w:p>
    <w:p>
      <w:pPr>
        <w:jc w:val="center"/>
      </w:pPr>
      <w:r>
        <w:rPr>
          <w:b/>
          <w:sz w:val="21"/>
        </w:rPr>
        <w:t>Παράρτημα Β΄ - ΚΥΑ Δ3(α) 52922/2025 (ΦΕΚ Β΄ 230/22.01.2026)</w:t>
      </w:r>
    </w:p>
    <w:p/>
    <w:p>
      <w:r>
        <w:rPr>
          <w:b/>
        </w:rPr>
        <w:t>Στοιχεία Επιστημονικά Υπεύθυνου/Υπεύθυνης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Ονοματεπώνυμο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Ιδιότητα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Τμήμα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Εργαστήριο (αν εφαρμόζεται)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Τομέας/Νοσοκομείο/Μονάδα Π.Φ.Υ.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Τηλ.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e-mail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</w:tbl>
    <w:p/>
    <w:p>
      <w:r>
        <w:t>Προς την Επιτροπή Ε.Λ.Κ.Ε.Α. της […]ης Υ.ΠΕ. […] / Ε.Λ.Κ.Ε. του […] (Πανεπιστημίου) / Ιδιωτικό Νοσηλευτικό Ίδρυμα</w:t>
      </w:r>
    </w:p>
    <w:p>
      <w:r>
        <w:t>Παρακαλώ να αποδεχτείτε τη διαχείριση του έργου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Φορέας/εις Χρηματοδότησης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Συνολικός Προϋπολογισμός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Διάρκεια (σε μήνες)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Ημερομηνία Έναρξης Διεξαγωγής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  <w:tr>
        <w:tc>
          <w:tcPr>
            <w:tcW w:type="dxa" w:w="3118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sz w:val="22"/>
              </w:rPr>
              <w:t>Ημερομηνία Λήξης Διεξαγωγής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sz w:val="22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Ο Διευθυντής του Τμήματος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….../….../….</w:t>
              <w:br/>
              <w:t>Ο Επιστημονικά Υπεύθυνος</w:t>
            </w:r>
          </w:p>
        </w:tc>
      </w:tr>
      <w:tr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Ονοματεπώνυμο και Υπογραφή</w:t>
              <w:br/>
              <w:t>Σφραγίδα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Υπογραφή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/>
        <w:sz w:val="16"/>
      </w:rPr>
      <w:t>Κωδικός ΜΕΤΑΞΑ: Ε.ΚΜ1-6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4E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F4E78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